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Aku Cinta Al-Qur'an dan Huruf Hijaiyah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bahwa Al-Qur'an adalah kitab suci umat Islam yang diturunkan kepada Nabi Muhammad SAW.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29 huruf hijaiyah tunggal dengan artikulasi makhraj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huruf hijaiyah yang diberi tanda harakat fathah, kasrah, dan dhammah secara lancar.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Surat Al-Fatihah dengan bacaan tartil dan benar.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1 untuk mengenal kitab suci Al-Qur'an, melafalkan 29 huruf hijaiyah tunggal, serta mengenal tanda baca harakat fathah, kasrah, dan dhammah.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Al-Qur'an dan Surat Al-Fatihah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Al-Qur'an sebagai kitab suci umat Islam dan melafalkan Surat Al-Fatihah ayat demi ayat.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Bentuk dan Melafalkan Huruf Hijaiyah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Mengenali bentuk 29 huruf hijaiyah tunggal dan melafalkannya sesuai makharijul huruf dasar.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Mengenal Harakat Fathah, Kasrah, dan Dhammah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huruf hijaiyah berharakat (ba, bi, bu; ta, ti, tu) dan menulis huruf dari arah kanan ke kiri.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Kitab suci pedoman hidup umat Islam yang diturunkan kepada Nabi Muhammad SAW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Al-Qur'an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Taurat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Zabur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Injil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Al-Qur'an adalah kitab suci umat Islam yang ditulis dalam huruf Arab (Hijaiyah).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Huruf pertama dalam susunan abjad huruf Hijaiyah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Alif (ا)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 (ب)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 (ت)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Jim (ج)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Huruf pertama hijaiyah adalah Alif.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Tanda harakat berupa garis lurus kecil di atas huruf yang menghasilkan bunyi vokal 'A'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Fathah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Kasrah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Dhammah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Sukun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Harakat Fathah (ـَ) terletak di atas huruf dan berbunyi vokal 'a'.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Harakat Kasrah (ـِ) terletak di bawah huruf dan menghasilkan bunyi vokal...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Kasrah berbunyi vokal 'i'.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Huruf hijaiyah ditulis dan dibaca mulai dari arah...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Kanan ke kiri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Kiri ke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Bawah ke 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Atas ke samping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Penulisan dan pembacaan teks Arab/Hijaiyah dimulai dari sisi sebelah kanan menuju kiri.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Aku Cinta Al-Qur'an dan Huruf Hijaiyah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Al-Qur'an dan Surat Al-Fatihah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Al-Qur'an sebagai kitab suci umat Islam dan melafalkan Surat Al-Fatihah ayat demi ayat.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Bentuk dan Melafalkan Huruf Hijaiyah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Mengenali bentuk 29 huruf hijaiyah tunggal dan melafalkannya sesuai makharijul huruf dasar.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Mengenal Harakat Fathah, Kasrah, dan Dhammah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huruf hijaiyah berharakat (ba, bi, bu; ta, ti, tu) dan menulis huruf dari arah kanan ke kiri.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Pendidikan Agama Islam pada Fase A diawali dengan menumbuhkan kecintaan terhadap kitab suci Al-Qur'an sebagai pedoman hidup umat Islam. Peserta didik dikenalkan pada bentuk fisik mushaf Al-Qur'an dan adab memuliakannya.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mempelajari pengenalan visual dan pelafalan makhraj huruf hijaiyah dari Alif sampai Ya. Siswa juga diperkenalkan pada tiga tanda baca (harakat) dasar: fathah (berbunyi 'a'), kasrah (berbunyi 'i'), dan dhammah (berbunyi 'u').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menggunakan lagu huruf hijaiyah yang menyenangkan, kartu peraga fonik Arab, latihan menebalkan garis huruf arab secara terarah dari kanan ke kiri, serta hafalan Surat Al-Fatihah secara tartil.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Al-Qur'an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Kitab suci umat Islam yang berisi firman Allah SWT yang diturunkan kepada Nabi Muhammad SAW melalui Malaikat Jibril.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Huruf Hijaiyah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Abjad bahasa Arab yang berjumlah 29 huruf dan digunakan dalam penulisan Al-Qur'an.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Harakat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baca vokalisasi dalam tulisan Arab yang menentukan bunyi pelafalan huruf.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Fathah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Tanda garis di atas huruf hijaiyah yang menghasilkan bunyi vokal 'a'.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Makhraj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Tempat keluarnya bunyi huruf hijaiyah pada organ mulut atau tenggorokan saat diucapkan.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