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Hidup Damai dalam Kebersamaan (Q.S. Ali 'Imran:64)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Q.S. Ali 'Imran/3:64 secara tartil dan menerapkan hukum tajwid nun sukun/tanwin secara presisi.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Q.S. Ali 'Imran/3:64 beserta terjemahannya secara lancar.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prinsip musyawarah, persaudaraan kemanusiaan (ukhuwah insaniyah), dan toleransi dalam Al-Qur'an.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dengan kaidah izhar halqi dan idgham bi ghunnah, menghafal, dan memahami pesan Q.S. Ali 'Imran/3:64 tentang titik temu (kalimatun sawa') dalam persaudaraan antarumat manusia.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Q.S. Ali 'Imran Ayat 64 dengan Tartil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hukum bacaan mad dan melafalkan ayat dengan makhraj fasih.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Konsep Kalimatun Sawa' (Titik Temu Persamaan)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prinsip persatuan nilai kebaikan universal antarumat beragama.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Menjalin Hubungan Harmonis di Lingkungan Sekolah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dialogis, menghindari prasangka buruk, dan tolong menolong.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Makna dari istilah 'Kalimatun Sawa'' yang terdapat dalam Q.S. Ali 'Imran ayat 64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Perdebatan yang sengit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Titik temu kalimat persamaan dalam kebaikan dan tauhid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Permusuhan antarsuku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Pemisahan kelompok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Kalimatun sawa' adalah prinsip mencari titik temu persamaan nilai luhur demi kerukunan.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Hukum bacaan tajwid ketika huruf mad bertemu dengan hamzah dalam SATU kata bersambung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Mad Wajib Muttashil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Mad Jaiz Munfashil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Mad Thabi'i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Mad Iwad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Mad Wajib Muttashil terjadi saat mad bertemu hamzah dalam satu kata tunggal (contoh: jaa'a).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Penerapan nilai Q.S. Ali 'Imran ayat 64 dalam kehidupan berbangsa di Indonesia tercermin dalam semboyan...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Tut Wuri Handayani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Bhinneka Tunggal 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Ing Madya Mangun Karsa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Gemah Ripah Loh Jinawi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Bhinneka Tunggal Ika mencerminkan persatuan dalam keberagaman titik temu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yang harus kita hindari saat berdialog dengan teman yang berbeda pendapat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Mendengarkan dengan sabar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Memotong pembicaraan dan memaksakan kehendak dengan marah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Berbicara santun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Mengutamakan musyawarah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Memaksakan kehendak dan mencela merusak jalinan harmoni kebersamaan.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Panjang harakat membaca hukum Mad Wajib Muttashil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harakat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atau 5 harakat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harakat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 harakat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Mad Wajib Muttashil dibaca panjang 4 sampai 5 harakat.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6: Hidup Damai dalam Kebersamaan (Q.S. Ali 'Imran:64)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Q.S. Ali 'Imran Ayat 64 dengan Tartil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hukum bacaan mad dan melafalkan ayat dengan makhraj fasih.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Konsep Kalimatun Sawa' (Titik Temu Persamaan)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prinsip persatuan nilai kebaikan universal antarumat beragama.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Menjalin Hubungan Harmonis di Lingkungan Sekolah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dialogis, menghindari prasangka buruk, dan tolong menolong.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hidup damai dalam kebersamaan mengkaji firman Allah Swt. dalam Q.S. Ali 'Imran ayat 64 tentang seruan mencari titik temu kalimat persamaan (kalimatun sawa') dalam kehidupan bermasyarakat majemuk.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hukum tajwid mad wajib muttashil dan mad jaiz munfashil, melafalkan ayat dengan tartil, serta memahami pentingnya dialog damai dan musyawarah.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membimbing siswa mengedepankan persamaan nilai-nilai kemanusiaan (keadilan, kejujuran, kasih sayang, tolong menolong) dalam bergaul dengan seluruh komponen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Ali 'Imran:64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Ayat Al-Qur'an yang mengajak ahli kitab mencari kesepakatan titik temu kalimat persamaan untuk menyembah Allah semata.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Kalimatun Sawa'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persamaan atau titik temu kesepakatan bersama dalam nilai-nilai kebaikan dan keadilan.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Mad Wajib Muttashil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mad bertemu huruf hamzah dalam satu kata, dibaca panjang 4-5 harakat.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Mad Jaiz Munfashil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mad bertemu huruf hamzah di lain kata, dibaca panjang 4-5 harakat.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Harmoni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keselarasan dan ketenteraman hidup dalam masyarakat majemuk yang saling menghormati.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