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Hidup Lapang dengan Berbagi (Zakat, Infak, Sedekah, Hadiah)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ketentuan zakat fitrah, zakat mal, infak, sedekah, dan hadiah menurut syariat Islam.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8 golongan orang yang berhak menerima zakat (mustahik) sesuai Q.S. At-Taubah:60.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besaran zakat fitrah (beras/makanan pokok) dan membiasakan diri gemar berinfak dan bersedekah.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rukun, syarat, nisab, mustahik zakat (8 asnaf), perbedaan zakat fitrah dan zakat mal, serta hikmah infak, sedekah, dan hadiah dalam membersihkan jiwa dan memberdayakan umat.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Ketentuan Zakat Fitrah dan Zakat Mal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takaran beras zakat fitrah dan memahami nisab zakat mal.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8 Golongan Penerima Zakat (Mustahik)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fakir, miskin, amil, mualaf, riqab, gharimin, sabilillah, dan ibnu sabil.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Keutamaan Infak, Sedekah, dan Hadiah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hukum sedekah sukarela dan adab memberi hadiah yang mempererat kasih sayang.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Besaran takaran makanan pokok (beras) yang wajib dikeluarkan untuk Zakat Fitrah per satu jiwa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1,5 kg atau 2 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2,5 kg atau 3,5 liter beras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 kg beras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 kg beras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Ukuran standar zakat fitrah per jiwa di Indonesia adalah 2,5 kg atau setara 3,5 liter beras.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Waktu yang paling utama (afdhal) untuk membayarkan Zakat Fitrah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Sejak awal bulan Syakban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Setelah salat Subuh pada hari raya Idulfitri hingga sebelum salat Idulfitri dimulai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Pada hari tasyrik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Pada bulan Muharram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Waktu afdhal pembayaran zakat fitrah adalah pagi hari raya Idulfitri sebelum salat Id didirikan.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Petugas yang ditunjuk untuk mengumpulkan, mencatat, dan membagikan zakat kepada mustahik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Mualaf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Amil Zakat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Gharimin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Ibnu Sabil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Amil zakat adalah salah satu dari 8 mustahik yang bertugas mengelola zakat.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Amal sedekah non-materi yang paling mudah dilakukan dan bernilai pahala menurut sabda Rasulullah saw.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Menghibahkan tanah ribuan hektar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Tersenyum tulus di hadapan saudaramu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Membeli mobil mewah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Berdiam diri seharian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Hadis nabi: 'Tabassumuka fii wajhi akhiika shadaqah' (Senyummu di hadapan saudaramu adalah sedekah).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Orang yang baru masuk Islam dan hatinya masih membutuhkan penguatan iman tergolong mustahik penerima zakat yang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Mualaf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Musafir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Fakir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Miskin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Mualaf berhak menerima zakat untuk memperkuat keimanan dan persaudaraan Islam.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Hidup Lapang dengan Berbagi (Zakat, Infak, Sedekah, Hadiah)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Ketentuan Zakat Fitrah dan Zakat Mal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takaran beras zakat fitrah dan memahami nisab zakat mal.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8 Golongan Penerima Zakat (Mustahik)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fakir, miskin, amil, mualaf, riqab, gharimin, sabilillah, dan ibnu sabil.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Keutamaan Infak, Sedekah, dan Hadiah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hukum sedekah sukarela dan adab memberi hadiah yang mempererat kasih sayang.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hidup lapang dengan berbagi membedah syariat fikih muamalah dan ibadah maliyah: Zakat Fitrah, Zakat Mal, Infak, Sedekah, dan Hadiah.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ketentuan Zakat Fitrah (waktu wajib, ukuran 2,5 kg atau 3,5 liter makanan pokok beras per jiwa), syarat muzakki, serta 8 golongan orang yang berhak menerima zakat (asnaf mustahik dalam Q.S. At-Taubah:60).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membedakan sedekah materi dan non-materi (senyuman, menyingkirkan duri di jalan, tutur kata baik) serta menumbuhkan jiwa dermawan gemar berbagi.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Zakat Fitrah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Zakat jiwa berupa makanan pokok yang wajib dikeluarkan oleh setiap muslim pada bulan Ramadan sebelum salat Idulfitri.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Muzakki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 yang memiliki kewajiban membayar atau mengeluarkan zakat.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Mustahik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Golongan orang yang berhak menerima penyaluran harta zakat sesuai ketentuan Al-Qur'an.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Infak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Mengeluarkan sebagian harta atau pendapatan untuk suatu kepentingan yang diperintahkan dalam ajaran Islam.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Sedekah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sukarela berupa harta, barang, tenaga, atau kebaikan non-materi semata-mata mencari pahala Allah.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