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AGAMA ISLAM DAN BUDI PEKERTI — FASE C (KELAS 5)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5)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Agama Islam dan Budi Pekerti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Lebih Dekat dengan Nama-Nama Allah (Al-Qawiyyu, Al-Qayyum, Al-Muhyi, Al-Mumit, Al-Ba'its)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Pembiasaan Reflektif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Mushala/ruang ibadah, mushaf Al-Qur'an dan terjemahan, media audio-visual,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Menjelaskan makna filosofis dan dalil Al-Qur'an terkait 5 Asmaulhusna (Al-Qawiyyu, Al-Qayyum, Al-Muhyi, Al-Mumit, Al-Ba'its).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Menghafal lafal 5 Asmaulhusna beserta artinya secara benar dan fasih.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Menunjukkan sikap optimis, mandiri, gigih, dan senantiasa mempersiapkan bekal amal kebajikan untuk kehidupan akhirat.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Memahami arti, dalil, dan pengamalan Asmaulhusna Al-Qawiyyu (Maha Kuat), Al-Qayyum (Maha Mandiri), Al-Muhyi (Maha Menghidupkan), Al-Mumit (Maha Mematikan), dan Al-Ba'its (Maha Membangkitkan).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Makna Al-Qawiyyu dan Al-Qayyum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kekuatan mutlak Allah dan sifat mandiri tanpa bantuan makhluk.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Makna Al-Muhyi, Al-Mumit, dan Al-Ba'its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siklus kehidupan, kepastian kematian, dan kebangkitan di padang Mahsyar.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Meneladani Sifat Mandiri dan Tangguh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Mempraktikkan kemandirian merapikan kamar, belajar tekun, dan optimis.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Asmaulhusna 'Al-Qayyum' memiliki arti bahwa Allah Swt. adalah Zat yang...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Maha Mendengar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Maha Berdiri Sendiri (Maha Mandiri) tanpa butuh bantuan makhluk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Maha Menghitung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Maha Lembut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Al-Qayyum bermakna Maha Mandiri dan terus-menerus mengurus makhluk-Nya.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Menghidupkan tanah yang tandus menjadi subur dengan turunnya air hujan merupakan bukti dari Asmaulhusna...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Al-Mumit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Al-Muhyi (Maha Menghidupkan)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Al-Qawiyyu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Al-Ba'its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Al-Muhyi adalah sifat Allah yang Maha Menghidupkan dan memberi daya hidup pada alam.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Contoh perilaku meneladani Asmaulhusna 'Al-Qayyum' dalam kehidupan seorang pelajar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Selalu meminta orang tua mengerjakan tugas sekolah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Mandiri menyiapkan peralatan sekolah sendiri dan merapikan tempat tidur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Menyerah saat menemui kesulitan belajar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Tidak mau belajar sendiri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Kemandirian merawat diri dan menyiapkan kebutuhan sendiri adalah wujud teladan Al-Qayyum.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Keyakinan bahwa seluruh manusia yang telah meninggal dunia kelak akan dibangkitkan kembali dari alam kubur merupakan pengamalan Asmaulhusna...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Al-Ba'its (Maha Membangkitkan)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Al-Qawiyyu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Al-Malik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As-Salam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Al-Ba'its adalah Zat yang membangkitkan manusia pada hari kebangkitan (Yaumul Ba'ats).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Setiap makhluk yang bernyawa pasti akan mengalami kematian jika ajalnya telah tiba. Hal ini menunjukkan bukti asma Allah...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Al-Muhyi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Al-Mumit (Maha Mematikan)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Al-Qawiyyu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Al-Aziz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Al-Mumit adalah Yang Maha Menentukan waktu kematian setiap makhluk.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Agama Islam dan Budi Pekerti • Bab 2: Lebih Dekat dengan Nama-Nama Allah (Al-Qawiyyu, Al-Qayyum, Al-Muhyi, Al-Mumit, Al-Ba'its)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Makna Al-Qawiyyu dan Al-Qayyum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kekuatan mutlak Allah dan sifat mandiri tanpa bantuan makhluk.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Makna Al-Muhyi, Al-Mumit, dan Al-Ba'its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siklus kehidupan, kepastian kematian, dan kebangkitan di padang Mahsyar.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Meneladani Sifat Mandiri dan Tangguh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Mempraktikkan kemandirian merapikan kamar, belajar tekun, dan optimis.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ini memperdalam pemahaman ketuhanan melalui lima Asmaulhusna: Al-Qawiyyu (Maha Kuat), Al-Qayyum (Maha Mandiri/Berdiri Sendiri), Al-Muhyi (Maha Menghidupkan), Al-Mumit (Maha Mematikan), dan Al-Ba'its (Maha Membangkitkan).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bukti kebesaran Allah dalam penciptaan kehidupan, kematian sebagai pintu gerbang akhirat, dan hari kebangkitan manusia dari alam kubur (Yaumul Ba'ats).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meneladani sifat Al-Qawiyyu dengan memiliki kekuatan iman dan fisik, serta meneladani Al-Qayyum dengan melatih kemandirian hidup tanpa bergantung pada orang lain.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Al-Qawiyyu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Allah Maha Kuat, Maha Perkasa, dan kekuatan-Nya tidak terbatas oleh ruang dan waktu.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Al-Qayyum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Allah Maha Mandiri, Berdiri Sendiri dalam mengatur seluruh alam tanpa butuh bantuan siapapun.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Al-Muhyi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Allah Maha Menghidupkan segala makhluk yang ada di bumi dan di langit.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Al-Mumit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Allah Maha Mematikan seluruh makhluk bernyawa sesuai ajal yang telah ditetapkan-Nya.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Al-Ba'its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Allah Maha Membangkitkan seluruh manusia dari alam kubur pada hari kiamat.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Kebijakan Pendidikan Dasar dan Menengah Kemendikdasmen No. 020 Tahun 2026 tentang Capaian Pembelajaran Pendidikan Agama dan Budi Pekerti.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Agama Islam dan Budi Pekerti Kelas 5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