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Beriman kepada Rasul-Rasul Allah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pengertian iman kepada rasul Allah serta menyebutkan 25 nabi dan rasul yang wajib diimani.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4 sifat wajib dan 4 sifat mustahil bagi para rasul Allah SWT.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Meneladani keteguhan dan kesabaran 5 nabi penerima gelar Ulul Azmi (Nabi Nuh, Ibrahim, Musa, Isa, Muhammad saw.).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rukun iman keempat: beriman kepada rasul Allah, mengenal 25 nabi/rasul, sifat wajib (siddiq, amanah, tablig, fatanah), sifat mustahil, dan keteladanan rasul Ulul Azmi.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dan Perbedaan Nabi dan Rasul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tugas kenabian, risalah kerasulan, dan mukjizat para nabi.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25 Nabi dan Rasul serta Rasul Ulul Azmi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nama 25 nabi serta ketabahan 5 rasul Ulul Azmi (NIMIM).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Sifat Wajib Rasul (Siddiq, Amanah, Tablig, Fatanah)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perilaku jujur dalam ujian dan bertanggung jawab memegang amanah.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nabi dan rasul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Nabi tidak menerima wahyu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Rasul wajib menyampaikan wahyu yang diterimanya kepada umatnya, sedangkan nabi tidak wajib menyampaikannya kepada umat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Nabi lebih mulia daripada rasul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Rasul hanya berjumlah satu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Rasul dibebani tugas risalah kenabian untuk membimbing umatnya dengan wahyu.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Kelompok lima rasul yang bergelar Ulul Azmi karena ketabahan luar biasanya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Adam, Idris, Nuh, Hud, Saleh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Nuh a.s., Ibrahim a.s., Musa a.s., Isa a.s., dan Muhammad saw.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Yusuf, Yunus, Yahya, Zakaria, Ilyas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Daud, Sulaiman, Ayyub, Syuaib, Luth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Lima rasul Ulul Azmi disingkat NIMIM: Nuh, Ibrahim, Musa, Isa, Muhammad.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Sifat wajib rasul 'Tablig'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berkata jujur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Dapat dipercaya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Menyampaikan kebenaran wahyu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Cerdas dan bijaksana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Tablig bermakna menyampaikan seluruh risalah wahyu Allah tanpa menyembunyikannya sedikit pun.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siswa yang mengembalikan dompet berisi uang yang ditemukannya di perpustakaan kepada guru piket meneladani 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Amanah (Dapat dipercaya)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Kazib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Khianat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Kitman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Menjaga dan mengembalikan hak orang lain adalah wujud sifat amanah.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Lawan dari sifat wajib rasul 'Fatanah' (cerdas) adalah sifat mustahil...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Baladah (Bodoh)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Kazib (Dusta)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Khianat (Curang)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Kitman (Menyembunyikan)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Baladah (bodoh) adalah sifat mustahil bagi para rasul Allah.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7: Beriman kepada Rasul-Rasul Allah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dan Perbedaan Nabi dan Rasul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tugas kenabian, risalah kerasulan, dan mukjizat para nabi.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25 Nabi dan Rasul serta Rasul Ulul Azmi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nama 25 nabi serta ketabahan 5 rasul Ulul Azmi (NIMIM).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Sifat Wajib Rasul (Siddiq, Amanah, Tablig, Fatanah)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perilaku jujur dalam ujian dan bertanggung jawab memegang amanah.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beriman kepada rasul-rasul Allah memperkokoh pilar rukun iman keempat pada peserta didik kelas 4 SD.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antara nabi (menerima wahyu untuk diri sendiri) dan rasul (menerima wahyu dan wajib menyampaikan kepada umatnya), mengenal 25 nabi dan rasul yang wajib diimani, serta 5 rasul bergelar Ulul Azmi (Nuh a.s., Ibrahim a.s., Musa a.s., Isa a.s., Muhammad saw.) yang memiliki ketabahan luar biasa.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meneladani 4 sifat wajib rasul: Siddiq (jujur), Amanah (dapat dipercaya), Tablig (menyampaikan kebenaran), dan Fatanah (cerdas/bijaksana) dalam kehidupan sehari-hari.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Laki-laki pilihan Allah Swt. yang menerima wahyu syariat dan wajib menyampaikannya kepada umat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Ulul Azmi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Gelar khusus bagi lima rasul Allah yang memiliki ketabahan, kesabaran, dan keteguhan hati luar biasa dalam berdakwah.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Siddiq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wajib rasul yang berarti selalu benar dan jujur dalam perkataan dan perbuatan.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wajib rasul yang berarti dapat dipercaya dalam memegang rahasia dan tanggung jawab.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Fatanah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wajib rasul yang berarti cerdas, bijaksana, dan memiliki kecerdasan intelektual serta spiritual tinggi.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