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Mari Mengaji dan Mengkaji Q.S. Al-Hujurat Ayat 13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Q.S. Al-Hujurat/49:13 secara tartil dengan menerapkan kaidah tajwid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Q.S. Al-Hujurat/49:13 beserta terjemahan artinya secara lancar.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pesan pokok keragaman penciptaan manusia dan pentingnya sikap saling mengenal antarsesama.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dengan tajwid, menghafal, dan memahami pesan pokok Q.S. Al-Hujurat/49:13 tentang keragaman suku dan bangsa sebagai tanda kebesaran Allah untuk saling mengenal (ta'aruf).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Q.S. Al-Hujurat Ayat 13 dengan Tajwid yang Benar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hukum bacaan gunnah, mad thabi'i, dan lafal huruf hijaiyah berharakat.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Pesan Pokok dan Tafsir Kandungan Ayat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konsep lita'arafu (saling mengenal) dan keragaman ciptaan Allah Swt.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Sikap Toleran dalam Kehidupan Nyata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saling menghargai teman yang berbeda suku dan budaya di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Menurut Q.S. Al-Hujurat ayat 13, tujuan Allah Swt. menciptakan manusia berbangsa-bangsa dan bersuku-suku adalah agar...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Saling bermusuhan dan memamerkan kekayaan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Saling mengenal, memahami, dan tolong-menolong (lita'arafu)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Merasa sukunya paling mulia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Terpisah dan tidak bertegur sapa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'lita'arafu' dalam ayat tersebut berarti 'agar kalian saling mengenal dan berinteraksi baik'.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Tolok ukur kemuliaan seseorang di sisi Allah Swt. bukan ditentukan oleh rupa atau kekayaan, melainkan oleh...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Tingkat ketakwaan dan amal salehnya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Asal suku bangsanya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Jumlah kendaraan mewahnya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Kepopulerannya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Kutipan ayat: 'Inna akramakum 'indallahi atqaakum' (Sesungguhnya yang paling mulia di antara kamu di sisi Allah ialah orang yang paling bertakwa).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Hukum bacaan tajwid ketika membaca huruf nun bertasydid (نّ)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Idzhar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Gunnah (mendengung)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Qalqalah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Iqlab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Nun bertasydid dibaca mendengung sepanjang 2 harakat (gunnah).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perilaku yang mencerminkan pengamalan Q.S. Al-Hujurat ayat 13 di lingkungan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Memilih-milih teman hanya yang satu daerah asal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Berteman dengan semua murid tanpa membedakan latar belakang suku dan bahasa daerah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Mengejek logat bahasa teman yang baru pindah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mau bekerja kelompok dengan teman berbeda suku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Sikap inklusif berteman dengan semua orang tanpa diskriminasi adalah cerminan ayat 13.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Arti lafal 'Syu'uban wa qaba'ila' dalam Q.S. Al-Hujurat ayat 13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Laki-laki dan perempuan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Berbangsa-bangsa dan bersuku-suku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Langit dan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Siang dan malam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'Syu'uban' artinya berbangsa-bangsa dan 'qaba'ila' artinya bersuku-suku.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Mari Mengaji dan Mengkaji Q.S. Al-Hujurat Ayat 13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Q.S. Al-Hujurat Ayat 13 dengan Tajwid yang Benar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hukum bacaan gunnah, mad thabi'i, dan lafal huruf hijaiyah berharakat.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Pesan Pokok dan Tafsir Kandungan Ayat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konsep lita'arafu (saling mengenal) dan keragaman ciptaan Allah Swt.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Sikap Toleran dalam Kehidupan Nyata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saling menghargai teman yang berbeda suku dan budaya di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PAI kelas 4 SD diawali dengan kajian surah Al-Qur'an tentang persaudaraan universal dan toleransi, yaitu Q.S. Al-Hujurat ayat 13.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hukum bacaan tajwid hukum nun sukun dan tanwin (gunnah, idzhar, idgham), melafalkan ayat dengan makharijul huruf yang fasih, dan memahami terjemahan ayat tentang penciptaan manusia bersuku-suku dan berbangsa-bangsa agar saling mengenal (lita'arafu).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menginternalisasi pesan ketakwaan sebagai satu-satunya tolok ukur kemuliaan manusia di sisi Allah Swt. tanpa memandang rupa, harta, atau suku 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Q.S. Al-Hujurat:13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Ayat Al-Qur'an yang menegaskan bahwa Allah menciptakan manusia berbangsa-bangsa dan bersuku-suku untuk saling mengenal.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Lita'arafu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ajaran Islam untuk saling mengenal, memahami, dan menghargai keragaman suku bangsa.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Takwa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Menjalankan segala perintah Allah Swt. dan menjauhi segala larangan-Nya dengan penuh keikhlasan.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Gunnah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tajwid mendengung pada huruf nun atau mim bertasydid.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Toleransi (Tasamuh)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lapang dada menghormati dan menghargai perbedaan keyakinan dan kebudayaan orang lain.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