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Teknik Integrasi Lanjut dan Volume Benda Putar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integral menggunakan teknik integrasi parsial dan metode substitusi trigonometri.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integrasi fungsi pecahan parsial rasional.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volume benda putar menggunakan metode cakram dan cincin.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Teknik integrasi parsial (</w:t>
      </w:r>
      <m:oMath>
        <m:r>
          <m:t>int</m:t>
        </m:r>
        <m:r>
          <m:t>u</m:t>
        </m:r>
        <m:r>
          <m:t> </m:t>
        </m:r>
        <m:r>
          <m:t>d</m:t>
        </m:r>
        <m:r>
          <m:t>v</m:t>
        </m:r>
        <m:r>
          <m:t>=</m:t>
        </m:r>
        <m:r>
          <m:t>u</m:t>
        </m:r>
        <m:r>
          <m:t>v</m:t>
        </m:r>
        <m:r>
          <m:t>-</m:t>
        </m:r>
        <m:r>
          <m:t>int</m:t>
        </m:r>
        <m:r>
          <m:t>v</m:t>
        </m:r>
        <m:r>
          <m:t> </m:t>
        </m:r>
        <m:r>
          <m:t>d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metode Tanzalin/Tabel), integral substitusi trigonometri, dekomposisi pecahan parsial rasional, perhitungan volume benda putar mengelilingi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sumbu-</w:t>
      </w:r>
      <m:oMath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(metode cakram dan cincin: </w:t>
      </w:r>
      <m:oMath>
        <m:r>
          <m:t>V</m:t>
        </m:r>
        <m:r>
          <m:t>=</m:t>
        </m:r>
        <m:r>
          <m:t>π</m:t>
        </m:r>
        <m:r>
          <m:t>int</m:t>
        </m:r>
        <m:r>
          <m:t>[</m:t>
        </m:r>
        <m:r>
          <m:t>f</m:t>
        </m:r>
        <m:r>
          <m:t>(</m:t>
        </m:r>
        <m:r>
          <m:t>x</m:t>
        </m:r>
        <m:r>
          <m:t>)</m:t>
        </m:r>
        <m:sSup>
          <m:e>
            <m:r>
              <m:t>]</m:t>
            </m:r>
          </m:e>
          <m:sup>
            <m:r>
              <m:t>2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panjang busur kurva.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Teknik Integrasi Parsial dan Metode Tabel Tanzalin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</w:t>
      </w:r>
      <m:oMath>
        <m:r>
          <m:t>int</m:t>
        </m:r>
        <m:r>
          <m:t>x</m:t>
        </m:r>
        <m:r>
          <m:t>cos </m:t>
        </m:r>
        <m:r>
          <m:t>x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int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menggunakan turunan dan integral berulang.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Integrasi Substitusi Trigonometri pada Bentuk Akar Kuadrat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Menerapkan substitusi </w:t>
      </w:r>
      <m:oMath>
        <m:r>
          <m:t>x</m:t>
        </m:r>
        <m:r>
          <m:t>=</m:t>
        </m:r>
        <m:r>
          <m:t>a</m:t>
        </m:r>
        <m:r>
          <m:t>sin </m:t>
        </m:r>
        <m:r>
          <m:t>θ</m:t>
        </m:r>
        <m:r>
          <m:t>,</m:t>
        </m:r>
        <m:r>
          <m:t>a</m:t>
        </m:r>
        <m:r>
          <m:t>tan </m:t>
        </m:r>
        <m:r>
          <m:t>θ</m:t>
        </m:r>
        <m:r>
          <m:t>,</m:t>
        </m:r>
        <m:r>
          <m:t>a</m:t>
        </m:r>
        <m:r>
          <m:t>sec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integral fungsi aljabar irasional.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Integrasi Pecahan Parsial Fungsi Rasional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Mendekomposisi faktor linear berbeda dan faktor kuadratik tak tereduksi pada fungsi pecahan aljabar.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Integral: Volume Benda Putar dan Panjang Busur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volume putar metode cakram dan metode cincin mengelilingi sumbu-X dan sumbu-Y.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Hasil dari integral parsial </w:t>
      </w:r>
      <m:oMath>
        <m:r>
          <m:t>int</m:t>
        </m:r>
        <m:r>
          <m:t>x</m:t>
        </m:r>
        <m:r>
          <m:t>sin </m:t>
        </m:r>
        <m:r>
          <m:t>x</m:t>
        </m:r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-</m:t>
        </m:r>
        <m:r>
          <m:t>x</m:t>
        </m:r>
        <m:r>
          <m:t>cos </m:t>
        </m:r>
        <m:r>
          <m:t>x</m:t>
        </m:r>
        <m:r>
          <m:t>+</m:t>
        </m:r>
        <m:r>
          <m:t>sin 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x</m:t>
        </m:r>
        <m:r>
          <m:t>cos </m:t>
        </m:r>
        <m:r>
          <m:t>x</m:t>
        </m:r>
        <m:r>
          <m:t>-</m:t>
        </m:r>
        <m:r>
          <m:t>sin 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-</m:t>
        </m:r>
        <m:r>
          <m:t>x</m:t>
        </m:r>
        <m:r>
          <m:t>cos </m:t>
        </m:r>
        <m:r>
          <m:t>x</m:t>
        </m:r>
        <m:r>
          <m:t>-</m:t>
        </m:r>
        <m:r>
          <m:t>sin </m:t>
        </m:r>
        <m:r>
          <m:t>x</m:t>
        </m:r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x</m:t>
        </m:r>
        <m:r>
          <m:t>sin </m:t>
        </m:r>
        <m:r>
          <m:t>x</m:t>
        </m:r>
        <m:r>
          <m:t>+</m:t>
        </m:r>
        <m:r>
          <m:t>cos </m:t>
        </m:r>
        <m:r>
          <m:t>x</m:t>
        </m:r>
        <m:r>
          <m:t>+</m:t>
        </m:r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Misal </w:t>
      </w:r>
      <m:oMath>
        <m:r>
          <m:t>u</m:t>
        </m:r>
        <m:r>
          <m:t>=</m:t>
        </m:r>
        <m:r>
          <m:t>x</m:t>
        </m:r>
        <m:r>
          <m:t>→</m:t>
        </m:r>
        <m:r>
          <m:t>d</m:t>
        </m:r>
        <m:r>
          <m:t>u</m:t>
        </m:r>
        <m:r>
          <m:t>=</m:t>
        </m:r>
        <m:r>
          <m:t>d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; </w:t>
      </w:r>
      <m:oMath>
        <m:r>
          <m:t>d</m:t>
        </m:r>
        <m:r>
          <m:t>v</m:t>
        </m:r>
        <m:r>
          <m:t>=</m:t>
        </m:r>
        <m:r>
          <m:t>sin </m:t>
        </m:r>
        <m:r>
          <m:t>x</m:t>
        </m:r>
        <m:r>
          <m:t>d</m:t>
        </m:r>
        <m:r>
          <m:t>x</m:t>
        </m:r>
        <m:r>
          <m:t>→</m:t>
        </m:r>
        <m:r>
          <m:t>v</m:t>
        </m:r>
        <m:r>
          <m:t>=</m:t>
        </m:r>
        <m:r>
          <m:t>-</m:t>
        </m:r>
        <m:r>
          <m:t>cos 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int</m:t>
        </m:r>
        <m:r>
          <m:t>u</m:t>
        </m:r>
        <m:r>
          <m:t>d</m:t>
        </m:r>
        <m:r>
          <m:t>v</m:t>
        </m:r>
        <m:r>
          <m:t>=</m:t>
        </m:r>
        <m:r>
          <m:t>u</m:t>
        </m:r>
        <m:r>
          <m:t>v</m:t>
        </m:r>
        <m:r>
          <m:t>-</m:t>
        </m:r>
        <m:r>
          <m:t>int</m:t>
        </m:r>
        <m:r>
          <m:t>v</m:t>
        </m:r>
        <m:r>
          <m:t>d</m:t>
        </m:r>
        <m:r>
          <m:t>u</m:t>
        </m:r>
        <m:r>
          <m:t>=</m:t>
        </m:r>
        <m:r>
          <m:t>x</m:t>
        </m:r>
        <m:r>
          <m:t>(</m:t>
        </m:r>
        <m:r>
          <m:t>-</m:t>
        </m:r>
        <m:r>
          <m:t>cos </m:t>
        </m:r>
        <m:r>
          <m:t>x</m:t>
        </m:r>
        <m:r>
          <m:t>)</m:t>
        </m:r>
        <m:r>
          <m:t>-</m:t>
        </m:r>
        <m:r>
          <m:t>int</m:t>
        </m:r>
        <m:r>
          <m:t>(</m:t>
        </m:r>
        <m:r>
          <m:t>-</m:t>
        </m:r>
        <m:r>
          <m:t>cos 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-</m:t>
        </m:r>
        <m:r>
          <m:t>x</m:t>
        </m:r>
        <m:r>
          <m:t>cos </m:t>
        </m:r>
        <m:r>
          <m:t>x</m:t>
        </m:r>
        <m:r>
          <m:t>+</m:t>
        </m:r>
        <m:r>
          <m:t>sin 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Volume benda putar yang terjadi jika daerah yang dibatasi oleh garis </w:t>
      </w:r>
      <m:oMath>
        <m:r>
          <m:t>y</m:t>
        </m:r>
        <m:r>
          <m:t>=</m:t>
        </m:r>
        <m:r>
          <m:t>2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,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garis </w:t>
      </w:r>
      <m:oMath>
        <m:r>
          <m:t>x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</w:t>
      </w:r>
      <m:oMath>
        <m:r>
          <m:t>x</m:t>
        </m:r>
        <m:r>
          <m:t>=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diputar mengelilingi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sejauh </w:t>
      </w:r>
      <m:oMath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3</m:t>
        </m:r>
        <m:r>
          <m:t>6</m:t>
        </m:r>
        <m:r>
          <m:t>π</m:t>
        </m:r>
        <m:r>
          <m:t>s</m:t>
        </m:r>
      </m:oMath>
    </w:p>
    <w:p>
      <w:pPr>
        <w:spacing w:before="0" w:after="20"/>
        <w:ind w:left="576"/>
      </w:pPr>
      <m:oMath>
        <m:r>
          <m:t>1</m:t>
        </m:r>
        <m:r>
          <m:t>8</m:t>
        </m:r>
        <m:r>
          <m:t>π</m:t>
        </m:r>
        <m:r>
          <m:t>s</m:t>
        </m:r>
      </m:oMath>
    </w:p>
    <w:p>
      <w:pPr>
        <w:spacing w:before="0" w:after="20"/>
        <w:ind w:left="576"/>
      </w:pPr>
      <m:oMath>
        <m:r>
          <m:t>7</m:t>
        </m:r>
        <m:r>
          <m:t>2</m:t>
        </m:r>
        <m:r>
          <m:t>π</m:t>
        </m:r>
        <m:r>
          <m:t>s</m:t>
        </m:r>
      </m:oMath>
    </w:p>
    <w:p>
      <w:pPr>
        <w:spacing w:before="0" w:after="20"/>
        <w:ind w:left="576"/>
      </w:pPr>
      <m:oMath>
        <m:r>
          <m:t>2</m:t>
        </m:r>
        <m:r>
          <m:t>4</m:t>
        </m:r>
        <m:r>
          <m:t>π</m:t>
        </m:r>
        <m:r>
          <m:t>s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V</m:t>
        </m:r>
        <m:r>
          <m:t>=</m:t>
        </m:r>
        <m:r>
          <m:t>π</m:t>
        </m:r>
        <m:sSubSup>
          <m:e>
            <m:r>
              <m:t>int</m:t>
            </m:r>
          </m:e>
          <m:sub>
            <m:r>
              <m:t>0</m:t>
            </m:r>
          </m:sub>
          <m:sup>
            <m:r>
              <m:t>3</m:t>
            </m:r>
          </m:sup>
        </m:sSubSup>
        <m:sSup>
          <m:e>
            <m:r>
              <m:t>y</m:t>
            </m:r>
          </m:e>
          <m:sup>
            <m:r>
              <m:t>2</m:t>
            </m:r>
          </m:sup>
        </m:sSup>
        <m:r>
          <m:t>d</m:t>
        </m:r>
        <m:r>
          <m:t>x</m:t>
        </m:r>
        <m:r>
          <m:t>=</m:t>
        </m:r>
        <m:r>
          <m:t>π</m:t>
        </m:r>
        <m:sSubSup>
          <m:e>
            <m:r>
              <m:t>int</m:t>
            </m:r>
          </m:e>
          <m:sub>
            <m:r>
              <m:t>0</m:t>
            </m:r>
          </m:sub>
          <m:sup>
            <m:r>
              <m:t>3</m:t>
            </m:r>
          </m:sup>
        </m:sSubSup>
        <m:r>
          <m:t>(</m:t>
        </m:r>
        <m:r>
          <m:t>2</m:t>
        </m:r>
        <m:r>
          <m:t>x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d</m:t>
        </m:r>
        <m:r>
          <m:t>x</m:t>
        </m:r>
        <m:r>
          <m:t>=</m:t>
        </m:r>
        <m:r>
          <m:t>π</m:t>
        </m:r>
        <m:sSubSup>
          <m:e>
            <m:r>
              <m:t>int</m:t>
            </m:r>
          </m:e>
          <m:sub>
            <m:r>
              <m:t>0</m:t>
            </m:r>
          </m:sub>
          <m:sup>
            <m:r>
              <m:t>3</m:t>
            </m:r>
          </m:sup>
        </m:sSubSup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d</m:t>
        </m:r>
        <m:r>
          <m:t>x</m:t>
        </m:r>
        <m:r>
          <m:t>=</m:t>
        </m:r>
        <m:r>
          <m:t>π</m:t>
        </m:r>
        <m:r>
          <m:t>[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sSubSup>
          <m:e>
            <m:r>
              <m:t>]</m:t>
            </m:r>
          </m:e>
          <m:sub>
            <m:r>
              <m:t>0</m:t>
            </m:r>
          </m:sub>
          <m:sup>
            <m:r>
              <m:t>3</m:t>
            </m:r>
          </m:sup>
        </m:sSubSup>
        <m:r>
          <m:t>=</m:t>
        </m:r>
        <m:r>
          <m:t>π</m:t>
        </m:r>
        <m:r>
          <m:t>[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(</m:t>
        </m:r>
        <m:r>
          <m:t>2</m:t>
        </m:r>
        <m:r>
          <m:t>7</m:t>
        </m:r>
        <m:r>
          <m:t>)</m:t>
        </m:r>
        <m:r>
          <m:t>-</m:t>
        </m:r>
        <m:r>
          <m:t>0</m:t>
        </m:r>
        <m:r>
          <m:t>]</m:t>
        </m:r>
        <m:r>
          <m:t>=</m:t>
        </m:r>
        <m:r>
          <m:t>3</m:t>
        </m:r>
        <m:r>
          <m:t>6</m:t>
        </m:r>
        <m:r>
          <m:t>π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Substitusi trigonometri yang paling tepat digunakan untuk menyelesaikan integral </w:t>
      </w:r>
      <m:oMath>
        <m:r>
          <m:t>int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1"/>
              </m:radPr>
              <m:deg/>
              <m:e>
                <m:r>
                  <m:t>9</m:t>
                </m:r>
                <m:r>
                  <m:t>-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x</m:t>
        </m:r>
        <m:r>
          <m:t>=</m:t>
        </m:r>
        <m:r>
          <m:t>3</m:t>
        </m:r>
        <m:r>
          <m:t>sin </m:t>
        </m:r>
        <m:r>
          <m:t>θ</m:t>
        </m:r>
      </m:oMath>
    </w:p>
    <w:p>
      <w:pPr>
        <w:spacing w:before="0" w:after="20"/>
        <w:ind w:left="576"/>
      </w:pPr>
      <m:oMath>
        <m:r>
          <m:t>x</m:t>
        </m:r>
        <m:r>
          <m:t>=</m:t>
        </m:r>
        <m:r>
          <m:t>3</m:t>
        </m:r>
        <m:r>
          <m:t>tan </m:t>
        </m:r>
        <m:r>
          <m:t>θ</m:t>
        </m:r>
      </m:oMath>
    </w:p>
    <w:p>
      <w:pPr>
        <w:spacing w:before="0" w:after="20"/>
        <w:ind w:left="576"/>
      </w:pPr>
      <m:oMath>
        <m:r>
          <m:t>x</m:t>
        </m:r>
        <m:r>
          <m:t>=</m:t>
        </m:r>
        <m:r>
          <m:t>3</m:t>
        </m:r>
        <m:r>
          <m:t>sec </m:t>
        </m:r>
        <m:r>
          <m:t>θ</m:t>
        </m:r>
      </m:oMath>
    </w:p>
    <w:p>
      <w:pPr>
        <w:spacing w:before="0" w:after="20"/>
        <w:ind w:left="576"/>
      </w:pPr>
      <m:oMath>
        <m:r>
          <m:t>x</m:t>
        </m:r>
        <m:r>
          <m:t>=</m:t>
        </m:r>
        <m:r>
          <m:t>9</m:t>
        </m:r>
        <m:r>
          <m:t>cos </m:t>
        </m:r>
        <m:r>
          <m:t>θ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Bentuk </w:t>
      </w:r>
      <m:oMath>
        <m:rad>
          <m:radPr>
            <m:degHide m:val="1"/>
          </m:radPr>
          <m:deg/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-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 diselesaikan dengan substitusi </w:t>
      </w:r>
      <m:oMath>
        <m:r>
          <m:t>x</m:t>
        </m:r>
        <m:r>
          <m:t>=</m:t>
        </m:r>
        <m:r>
          <m:t>a</m:t>
        </m:r>
        <m:r>
          <m:t>sin </m:t>
        </m:r>
        <m:r>
          <m:t>θ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Untuk </w:t>
      </w:r>
      <m:oMath>
        <m:r>
          <m:t>a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maka </w:t>
      </w:r>
      <m:oMath>
        <m:r>
          <m:t>x</m:t>
        </m:r>
        <m:r>
          <m:t>=</m:t>
        </m:r>
        <m:r>
          <m:t>3</m:t>
        </m:r>
        <m:r>
          <m:t>sin </m:t>
        </m:r>
        <m:r>
          <m:t>θ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Hasil dari integral </w:t>
      </w:r>
      <m:oMath>
        <m:r>
          <m:t>int</m:t>
        </m:r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 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menggunakan metode parsial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+</m:t>
        </m:r>
        <m:r>
          <m:t>C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+</m:t>
        </m:r>
        <m:r>
          <m:t>C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u</m:t>
        </m:r>
        <m:r>
          <m:t>=</m:t>
        </m:r>
        <m:r>
          <m:t>x</m:t>
        </m:r>
        <m:r>
          <m:t>→</m:t>
        </m:r>
        <m:r>
          <m:t>d</m:t>
        </m:r>
        <m:r>
          <m:t>u</m:t>
        </m:r>
        <m:r>
          <m:t>=</m:t>
        </m:r>
        <m:r>
          <m:t>d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; </w:t>
      </w:r>
      <m:oMath>
        <m:r>
          <m:t>d</m:t>
        </m:r>
        <m:r>
          <m:t>v</m:t>
        </m:r>
        <m: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d</m:t>
        </m:r>
        <m:r>
          <m:t>x</m:t>
        </m:r>
        <m:r>
          <m:t>→</m:t>
        </m:r>
        <m:r>
          <m:t>v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Hasil </w:t>
      </w:r>
      <m:oMath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r>
          <m:t>int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d</m:t>
        </m:r>
        <m:r>
          <m:t>x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t>+</m:t>
        </m:r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Bentuk dekomposisi pecahan parsial dari fungsi </w:t>
      </w:r>
      <m:oMath>
        <m:f>
          <m:fPr>
            <m:type m:val="bar"/>
          </m:fPr>
          <m:num>
            <m:r>
              <m:t>5</m:t>
            </m:r>
            <m:r>
              <m:t>x</m:t>
            </m:r>
            <m:r>
              <m:t>-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x</m:t>
            </m:r>
            <m:r>
              <m:t>-</m:t>
            </m:r>
            <m:r>
              <m:t>2</m:t>
            </m:r>
          </m:den>
        </m:f>
        <m:r>
          <m:t>=</m:t>
        </m:r>
        <m:f>
          <m:fPr>
            <m:type m:val="bar"/>
          </m:fPr>
          <m:num>
            <m:r>
              <m:t>5</m:t>
            </m:r>
            <m:r>
              <m:t>x</m:t>
            </m:r>
            <m:r>
              <m:t>-</m:t>
            </m:r>
            <m:r>
              <m:t>1</m:t>
            </m:r>
          </m:num>
          <m:den>
            <m:r>
              <m:t>(</m:t>
            </m:r>
            <m:r>
              <m:t>x</m:t>
            </m:r>
            <m:r>
              <m:t>-</m:t>
            </m:r>
            <m:r>
              <m:t>2</m:t>
            </m:r>
            <m:r>
              <m:t>)</m:t>
            </m:r>
            <m:r>
              <m:t>(</m:t>
            </m:r>
            <m:r>
              <m:t>x</m:t>
            </m:r>
            <m:r>
              <m:t>+</m:t>
            </m:r>
            <m:r>
              <m:t>1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f>
          <m:fPr>
            <m:type m:val="bar"/>
          </m:fPr>
          <m:num>
            <m:r>
              <m:t>A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  <m:r>
          <m:t>=</m:t>
        </m:r>
        <m:f>
          <m:fPr>
            <m:type m:val="bar"/>
          </m:fPr>
          <m:num>
            <m:r>
              <m:t>A</m:t>
            </m:r>
            <m:r>
              <m:t>(</m:t>
            </m:r>
            <m:r>
              <m:t>x</m:t>
            </m:r>
            <m:r>
              <m:t>+</m:t>
            </m:r>
            <m:r>
              <m:t>1</m:t>
            </m:r>
            <m:r>
              <m:t>)</m:t>
            </m:r>
            <m:r>
              <m:t>+</m:t>
            </m:r>
            <m:r>
              <m:t>B</m:t>
            </m:r>
            <m:r>
              <m:t>(</m:t>
            </m:r>
            <m:r>
              <m:t>x</m:t>
            </m:r>
            <m:r>
              <m:t>-</m:t>
            </m:r>
            <m:r>
              <m:t>2</m:t>
            </m:r>
            <m:r>
              <m:t>)</m:t>
            </m:r>
          </m:num>
          <m:den>
            <m:r>
              <m:t>(</m:t>
            </m:r>
            <m:r>
              <m:t>x</m:t>
            </m:r>
            <m:r>
              <m:t>-</m:t>
            </m:r>
            <m:r>
              <m:t>2</m:t>
            </m:r>
            <m:r>
              <m:t>)</m:t>
            </m:r>
            <m:r>
              <m:t>(</m:t>
            </m:r>
            <m:r>
              <m:t>x</m:t>
            </m:r>
            <m:r>
              <m:t>+</m:t>
            </m:r>
            <m:r>
              <m:t>1</m:t>
            </m:r>
            <m:r>
              <m:t>)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Untuk </w:t>
      </w:r>
      <m:oMath>
        <m:r>
          <m:t>x</m:t>
        </m:r>
        <m:r>
          <m:t>=</m:t>
        </m:r>
        <m:r>
          <m:t>2</m:t>
        </m:r>
        <m:r>
          <m:t>→</m:t>
        </m:r>
        <m:r>
          <m:t>3</m:t>
        </m:r>
        <m:r>
          <m:t>A</m:t>
        </m:r>
        <m:r>
          <m:t>=</m:t>
        </m:r>
        <m:r>
          <m:t>9</m:t>
        </m:r>
        <m:r>
          <m:t>→</m:t>
        </m:r>
        <m:r>
          <m:t>A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Untuk </w:t>
      </w:r>
      <m:oMath>
        <m:r>
          <m:t>x</m:t>
        </m:r>
        <m:r>
          <m:t>=</m:t>
        </m:r>
        <m:r>
          <m:t>-</m:t>
        </m:r>
        <m:r>
          <m:t>1</m:t>
        </m:r>
        <m:r>
          <m:t>→</m:t>
        </m:r>
        <m:r>
          <m:t>-</m:t>
        </m:r>
        <m:r>
          <m:t>3</m:t>
        </m:r>
        <m:r>
          <m:t>B</m:t>
        </m:r>
        <m:r>
          <m:t>=</m:t>
        </m:r>
        <m:r>
          <m:t>-</m:t>
        </m:r>
        <m:r>
          <m:t>6</m:t>
        </m:r>
        <m:r>
          <m:t>→</m:t>
        </m:r>
        <m:r>
          <m:t>B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</w:t>
      </w:r>
      <m:oMath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  <m:r>
              <m:t>-</m:t>
            </m:r>
            <m:r>
              <m:t>2</m:t>
            </m:r>
          </m:den>
        </m:f>
        <m: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  <m:r>
              <m:t>+</m:t>
            </m:r>
            <m:r>
              <m:t>1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4: Teknik Integrasi Lanjut dan Volume Benda Putar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Teknik Integrasi Parsial dan Metode Tabel Tanzalin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</w:t>
      </w:r>
      <m:oMath>
        <m:r>
          <m:t>int</m:t>
        </m:r>
        <m:r>
          <m:t>x</m:t>
        </m:r>
        <m:r>
          <m:t>cos </m:t>
        </m:r>
        <m:r>
          <m:t>x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int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menggunakan turunan dan integral berulang.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Integrasi Substitusi Trigonometri pada Bentuk Akar Kuadrat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Menerapkan substitusi </w:t>
      </w:r>
      <m:oMath>
        <m:r>
          <m:t>x</m:t>
        </m:r>
        <m:r>
          <m:t>=</m:t>
        </m:r>
        <m:r>
          <m:t>a</m:t>
        </m:r>
        <m:r>
          <m:t>sin </m:t>
        </m:r>
        <m:r>
          <m:t>θ</m:t>
        </m:r>
        <m:r>
          <m:t>,</m:t>
        </m:r>
        <m:r>
          <m:t>a</m:t>
        </m:r>
        <m:r>
          <m:t>tan </m:t>
        </m:r>
        <m:r>
          <m:t>θ</m:t>
        </m:r>
        <m:r>
          <m:t>,</m:t>
        </m:r>
        <m:r>
          <m:t>a</m:t>
        </m:r>
        <m:r>
          <m:t>sec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integral fungsi aljabar irasional.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Integrasi Pecahan Parsial Fungsi Rasional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Mendekomposisi faktor linear berbeda dan faktor kuadratik tak tereduksi pada fungsi pecahan aljabar.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Integral: Volume Benda Putar dan Panjang Busur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volume putar metode cakram dan metode cincin mengelilingi sumbu-X dan sumbu-Y.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Teknik integrasi lanjut memperluas repertoar kalkulus integral untuk menyelesaikan integran yang tidak dapat disederhanakan oleh substitusi aljabar sederhana. Integrasi Parsial diturunkan dari aturan turunan perkalian dua fungsi: </w:t>
      </w:r>
      <m:oMath>
        <m:r>
          <m:t>int</m:t>
        </m:r>
        <m:r>
          <m:t>u</m:t>
        </m:r>
        <m:r>
          <m:t> </m:t>
        </m:r>
        <m:r>
          <m:t>d</m:t>
        </m:r>
        <m:r>
          <m:t>v</m:t>
        </m:r>
        <m:r>
          <m:t>=</m:t>
        </m:r>
        <m:r>
          <m:t>u</m:t>
        </m:r>
        <m:r>
          <m:t>v</m:t>
        </m:r>
        <m:r>
          <m:t>-</m:t>
        </m:r>
        <m:r>
          <m:t>int</m:t>
        </m:r>
        <m:r>
          <m:t>v</m:t>
        </m:r>
        <m:r>
          <m:t> </m:t>
        </m:r>
        <m:r>
          <m:t>d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>, yang sangat efektif untuk perkalian fungsi aljabar dengan trigonometri atau eksponensial.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Substitusi trigonometri memanfaatkan identitas Pythagoras (seperti </w:t>
      </w:r>
      <m:oMath>
        <m:r>
          <m:t>x</m:t>
        </m:r>
        <m:r>
          <m:t>=</m:t>
        </m:r>
        <m:r>
          <m:t>a</m:t>
        </m:r>
        <m:r>
          <m:t>sin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untuk </w:t>
      </w:r>
      <m:oMath>
        <m:rad>
          <m:radPr>
            <m:degHide m:val="1"/>
          </m:radPr>
          <m:deg/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-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x</m:t>
        </m:r>
        <m:r>
          <m:t>=</m:t>
        </m:r>
        <m:r>
          <m:t>a</m:t>
        </m:r>
        <m:r>
          <m:t>tan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untuk </w:t>
      </w:r>
      <m:oMath>
        <m:rad>
          <m:radPr>
            <m:degHide m:val="1"/>
          </m:radPr>
          <m:deg/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 w:val="0"/>
          <w:color w:val="000000"/>
          <w:sz w:val="19"/>
        </w:rPr>
        <w:t xml:space="preserve">) untuk mengeliminasi bentuk irasional akar kuadrat. Dekomposisi pecahan parsial memecah fungsi rasional </w:t>
      </w:r>
      <m:oMath>
        <m:f>
          <m:fPr>
            <m:type m:val="bar"/>
          </m:fPr>
          <m:num>
            <m:r>
              <m:t>P</m:t>
            </m:r>
            <m:r>
              <m:t>(</m:t>
            </m:r>
            <m:r>
              <m:t>x</m:t>
            </m:r>
            <m:r>
              <m:t>)</m:t>
            </m:r>
          </m:num>
          <m:den>
            <m:r>
              <m:t>Q</m:t>
            </m:r>
            <m:r>
              <m:t>(</m:t>
            </m:r>
            <m:r>
              <m:t>x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menjadi penjumlahan suku-suku linear sederhana.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Aplikasi integral tentu mencakup perhitungan volume benda putar 3D yang dihasilkan dari pemutaran daerah kurva sejauh </w:t>
      </w:r>
      <m:oMath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mengelilingi sumbu koordinat menggunakan Metode Cakram (</w:t>
      </w:r>
      <m:oMath>
        <m:r>
          <m:t>V</m:t>
        </m:r>
        <m:r>
          <m:t>=</m:t>
        </m:r>
        <m:r>
          <m:t>π</m:t>
        </m:r>
        <m:sSubSup>
          <m:e>
            <m:r>
              <m:t>int</m:t>
            </m:r>
          </m:e>
          <m:sub>
            <m:r>
              <m:t>a</m:t>
            </m:r>
          </m:sub>
          <m:sup>
            <m:r>
              <m:t>b</m:t>
            </m:r>
          </m:sup>
        </m:sSubSup>
        <m:sSup>
          <m:e>
            <m:r>
              <m:t>y</m:t>
            </m:r>
          </m:e>
          <m:sup>
            <m:r>
              <m:t>2</m:t>
            </m:r>
          </m:sup>
        </m:sSup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Metode Cincin Silindris (</w:t>
      </w:r>
      <m:oMath>
        <m:r>
          <m:t>V</m:t>
        </m:r>
        <m:r>
          <m:t>=</m:t>
        </m:r>
        <m:r>
          <m:t>π</m:t>
        </m:r>
        <m:sSubSup>
          <m:e>
            <m:r>
              <m:t>int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t>(</m:t>
        </m:r>
        <m:sSubSup>
          <m:e>
            <m:r>
              <m:t>y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t>-</m:t>
        </m:r>
        <m:sSubSup>
          <m:e>
            <m:r>
              <m:t>y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t>)</m:t>
        </m:r>
        <m:r>
          <m:t>d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Parsial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Teknik pengintegralan yang didasarkan pada rumus </w:t>
            </w:r>
            <m:oMath>
              <m:r>
                <m:t>int</m:t>
              </m:r>
              <m:r>
                <m:t>u</m:t>
              </m:r>
              <m:r>
                <m:t> </m:t>
              </m:r>
              <m:r>
                <m:t>d</m:t>
              </m:r>
              <m:r>
                <m:t>v</m:t>
              </m:r>
              <m:r>
                <m:t>=</m:t>
              </m:r>
              <m:r>
                <m:t>u</m:t>
              </m:r>
              <m:r>
                <m:t>v</m:t>
              </m:r>
              <m:r>
                <m:t>-</m:t>
              </m:r>
              <m:r>
                <m:t>int</m:t>
              </m:r>
              <m:r>
                <m:t>v</m:t>
              </m:r>
              <m:r>
                <m:t> </m:t>
              </m:r>
              <m:r>
                <m:t>d</m:t>
              </m:r>
              <m:r>
                <m:t>u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untuk integran berupa hasil kali dua jenis fungsi berbeda.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Tanzalin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komputasi cepat integrasi parsial berulang menggunakan kolom turunan (diferensial) dan kolom integral dengan tanda berselang-seling (</w:t>
            </w:r>
            <m:oMath>
              <m:r>
                <m:t>+</m:t>
              </m:r>
              <m:r>
                <m:t>-</m:t>
              </m:r>
              <m:r>
                <m:t>+</m:t>
              </m:r>
              <m:r>
                <m:t>-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Cakram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Metode perhitungan volume benda putar dengan membagi benda putar menjadi kepingan-kepingan cakram silinder pejal tipis berketebalan </w:t>
            </w:r>
            <m:oMath>
              <m:r>
                <m:t>d</m:t>
              </m:r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: </w:t>
            </w:r>
            <m:oMath>
              <m:r>
                <m:t>V</m:t>
              </m:r>
              <m:r>
                <m:t>=</m:t>
              </m:r>
              <m:r>
                <m:t>π</m:t>
              </m:r>
              <m:r>
                <m:t>int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d</m:t>
              </m:r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Cincin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Metode perhitungan volume benda putar yang memiliki rongga di tengah akibat perputaran daerah antara dua kurva: </w:t>
            </w:r>
            <m:oMath>
              <m:r>
                <m:t>V</m:t>
              </m:r>
              <m:r>
                <m:t>=</m:t>
              </m:r>
              <m:r>
                <m:t>π</m:t>
              </m:r>
              <m:r>
                <m:t>int</m:t>
              </m:r>
              <m:r>
                <m:t>(</m:t>
              </m:r>
              <m:sSubSup>
                <m:e>
                  <m:r>
                    <m:t>R</m:t>
                  </m:r>
                </m:e>
                <m:sub>
                  <m:r>
                    <m:t>l</m:t>
                  </m:r>
                </m:sub>
                <m:sup>
                  <m:r>
                    <m:t>2</m:t>
                  </m:r>
                </m:sup>
              </m:sSubSup>
              <m:r>
                <m:t>-</m:t>
              </m:r>
              <m:sSubSup>
                <m:e>
                  <m:r>
                    <m:t>r</m:t>
                  </m:r>
                </m:e>
                <m:sub>
                  <m:r>
                    <m:t>d</m:t>
                  </m:r>
                </m:sub>
                <m:sup>
                  <m:r>
                    <m:t>2</m:t>
                  </m:r>
                </m:sup>
              </m:sSubSup>
              <m:r>
                <m:t>)</m:t>
              </m:r>
              <m:r>
                <m:t>d</m:t>
              </m:r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 Parsial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aljabar untuk menguraikan satu fungsi rasional berpenyebut terfaktorkan menjadi jumlah pecahan-pecahan aljabar yang lebih sederhana.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