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Turunan Fungsi Trigonometri dan Aplikasi Optimasi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turunan pertama dan kedua dari fungsi trigonometri menggunakan aturan rantai.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persamaan garis singgung, selang kemonotonan, dan titik belok grafik fungsi trigonometri.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memodelkan dan menyelesaikan masalah kontekstual optimasi maksimum-minimum.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Rumus turunan fungsi trigonometri dasar (</w:t>
      </w:r>
      <m:oMath>
        <m:r>
          <m:t>sin </m:t>
        </m:r>
        <m:r>
          <m:t>x</m:t>
        </m:r>
        <m:r>
          <m:t>,</m:t>
        </m:r>
        <m:r>
          <m:t>cos </m:t>
        </m:r>
        <m:r>
          <m:t>x</m:t>
        </m:r>
        <m:r>
          <m:t>,</m:t>
        </m:r>
        <m:r>
          <m:t>tan </m:t>
        </m:r>
        <m:r>
          <m:t>x</m:t>
        </m:r>
        <m:r>
          <m:t>,</m:t>
        </m:r>
        <m:r>
          <m:t>sec </m:t>
        </m:r>
        <m:r>
          <m:t>x</m:t>
        </m:r>
        <m:r>
          <m:t>,</m:t>
        </m:r>
        <m:r>
          <m:t>csc </m:t>
        </m:r>
        <m:r>
          <m:t>x</m:t>
        </m:r>
        <m:r>
          <m:t>,</m:t>
        </m:r>
        <m:r>
          <m:t>cot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), Aturan Rantai turunan fungsi komposit trigonometri, persamaan garis singgung dan normal kurva trigonometri, selang kemonotonan (fungsi naik-turun), kecekungan kurva dan titik belok, serta pemecahan masalah optimasi nilai ekstrem maksimum/minimum.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Rumus Dasar dan Pembuktian Turunan Fungsi Trigonometri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Menurunkan turunan </w:t>
      </w:r>
      <m:oMath>
        <m:r>
          <m:t>sin </m:t>
        </m:r>
        <m:r>
          <m:t>x</m:t>
        </m:r>
        <m:r>
          <m:t>,</m:t>
        </m:r>
        <m:r>
          <m:t>cos </m:t>
        </m:r>
        <m:r>
          <m:t>x</m:t>
        </m:r>
        <m:r>
          <m:t>,</m:t>
        </m:r>
        <m:r>
          <m:t>tan </m:t>
        </m:r>
        <m:r>
          <m:t>x</m:t>
        </m:r>
        <m:r>
          <m:t>,</m:t>
        </m:r>
        <m:r>
          <m:t>cot </m:t>
        </m:r>
        <m:r>
          <m:t>x</m:t>
        </m:r>
        <m:r>
          <m:t>,</m:t>
        </m:r>
        <m:r>
          <m:t>sec </m:t>
        </m:r>
        <m:r>
          <m:t>x</m:t>
        </m:r>
        <m:r>
          <m:t>,</m:t>
        </m:r>
        <m:r>
          <m:t>csc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menggunakan limit fungsi.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Aturan Rantai pada Turunan Fungsi Komposisi Trigonometri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Menyelesaikan turunan fungsi bentuk </w:t>
      </w:r>
      <m:oMath>
        <m:r>
          <m:t>y</m:t>
        </m:r>
        <m:r>
          <m:t>=</m:t>
        </m:r>
        <m:r>
          <m:t>f</m:t>
        </m:r>
        <m:r>
          <m:t>(</m:t>
        </m:r>
        <m:r>
          <m:t>u</m:t>
        </m:r>
        <m:r>
          <m:t>(</m:t>
        </m:r>
        <m:r>
          <m:t>x</m:t>
        </m:r>
        <m:r>
          <m:t>)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perkalian/pembagian fungsi trigonometri.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Persamaan Garis Singgung dan Garis Normal Kurva Trigonometri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gradien garis singgung </w:t>
      </w:r>
      <m:oMath>
        <m:r>
          <m:t>m</m:t>
        </m:r>
        <m:r>
          <m:t>=</m:t>
        </m:r>
        <m:r>
          <m:t>f</m:t>
        </m:r>
        <m:r>
          <m:t>'</m:t>
        </m:r>
        <m: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titik berabsis tertentu.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Uji Turunan Pertama dan Kedua: Kemonotonan, Titik Belok, dan Optimasi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interval fungsi naik/turun, nilai maksimum-minimum lokal, dan aplikasi masalah nyata.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Turunan pertama dari fungsi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sin </m:t>
            </m:r>
          </m:e>
          <m:sup>
            <m:r>
              <m:t>3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6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cos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</w:p>
    <w:p>
      <w:pPr>
        <w:spacing w:before="0" w:after="20"/>
        <w:ind w:left="576"/>
      </w:pPr>
      <m:oMath>
        <m:r>
          <m:t>3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cos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</w:p>
    <w:p>
      <w:pPr>
        <w:spacing w:before="0" w:after="20"/>
        <w:ind w:left="576"/>
      </w:pPr>
      <m:oMath>
        <m:r>
          <m:t>6</m:t>
        </m:r>
        <m:r>
          <m:t>sin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sSup>
          <m:e>
            <m:r>
              <m:t>cos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</w:p>
    <w:p>
      <w:pPr>
        <w:spacing w:before="0" w:after="20"/>
        <w:ind w:left="576"/>
      </w:pPr>
      <m:oMath>
        <m:r>
          <m:t>-</m:t>
        </m:r>
        <m:r>
          <m:t>6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cos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Aturan rantai: </w:t>
      </w:r>
      <m:oMath>
        <m:r>
          <m:t>f</m:t>
        </m:r>
        <m:r>
          <m:t>'</m:t>
        </m:r>
        <m:r>
          <m:t>(</m:t>
        </m:r>
        <m:r>
          <m:t>x</m:t>
        </m:r>
        <m:r>
          <m:t>)</m:t>
        </m:r>
        <m:r>
          <m:t>=</m:t>
        </m:r>
        <m:r>
          <m:t>3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·</m:t>
        </m:r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sin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)</m:t>
        </m:r>
        <m:r>
          <m:t>=</m:t>
        </m:r>
        <m:r>
          <m:t>3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·</m:t>
        </m:r>
        <m:r>
          <m:t>cos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·</m:t>
        </m:r>
        <m:r>
          <m:t>2</m:t>
        </m:r>
        <m:r>
          <m:t>=</m:t>
        </m:r>
        <m:r>
          <m:t>6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  <m:r>
          <m:t>cos </m:t>
        </m:r>
        <m:r>
          <m:t>(</m:t>
        </m:r>
        <m:r>
          <m:t>2</m:t>
        </m:r>
        <m:r>
          <m:t>x</m:t>
        </m:r>
        <m:r>
          <m:t>-</m:t>
        </m:r>
        <m:r>
          <m:t>5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Persamaan garis singgung kurva </w:t>
      </w:r>
      <m:oMath>
        <m:r>
          <m:t>y</m:t>
        </m:r>
        <m:r>
          <m:t>=</m:t>
        </m:r>
        <m:r>
          <m:t>2</m:t>
        </m:r>
        <m:r>
          <m:t>cos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titik yang berabsis </w:t>
      </w:r>
      <m:oMath>
        <m:r>
          <m:t>x</m:t>
        </m:r>
        <m: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y</m:t>
        </m:r>
        <m:r>
          <m:t>-</m:t>
        </m:r>
        <m:r>
          <m:t>1</m:t>
        </m:r>
        <m:r>
          <m:t>=</m:t>
        </m:r>
        <m:r>
          <m:t>-</m:t>
        </m:r>
        <m:rad>
          <m:radPr>
            <m:degHide m:val="1"/>
          </m:radPr>
          <m:deg/>
          <m:e>
            <m:r>
              <m:t>3</m:t>
            </m:r>
          </m:e>
        </m:rad>
        <m:r>
          <m:t>(</m:t>
        </m:r>
        <m:r>
          <m:t>x</m:t>
        </m:r>
        <m:r>
          <m:t>-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y</m:t>
        </m:r>
        <m:r>
          <m:t>-</m:t>
        </m:r>
        <m:r>
          <m:t>1</m:t>
        </m:r>
        <m:r>
          <m:t>=</m:t>
        </m:r>
        <m:rad>
          <m:radPr>
            <m:degHide m:val="1"/>
          </m:radPr>
          <m:deg/>
          <m:e>
            <m:r>
              <m:t>3</m:t>
            </m:r>
          </m:e>
        </m:rad>
        <m:r>
          <m:t>(</m:t>
        </m:r>
        <m:r>
          <m:t>x</m:t>
        </m:r>
        <m:r>
          <m:t>-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y</m:t>
        </m:r>
        <m:r>
          <m:t>-</m:t>
        </m:r>
        <m:r>
          <m:t>2</m:t>
        </m:r>
        <m:r>
          <m:t>=</m:t>
        </m:r>
        <m:r>
          <m:t>-</m:t>
        </m:r>
        <m:rad>
          <m:radPr>
            <m:degHide m:val="1"/>
          </m:radPr>
          <m:deg/>
          <m:e>
            <m:r>
              <m:t>3</m:t>
            </m:r>
          </m:e>
        </m:rad>
        <m:r>
          <m:t>(</m:t>
        </m:r>
        <m:r>
          <m:t>x</m:t>
        </m:r>
        <m:r>
          <m:t>-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y</m:t>
        </m:r>
        <m:r>
          <m:t>-</m:t>
        </m:r>
        <m:r>
          <m:t>1</m:t>
        </m:r>
        <m:r>
          <m:t>=</m:t>
        </m:r>
        <m:r>
          <m:t>-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den>
        </m:f>
        <m:r>
          <m:t>(</m:t>
        </m:r>
        <m:r>
          <m:t>x</m:t>
        </m:r>
        <m:r>
          <m:t>-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t>=</m:t>
        </m:r>
        <m:r>
          <m:t>2</m:t>
        </m:r>
        <m:r>
          <m:t>cos </m:t>
        </m:r>
        <m:r>
          <m:t>(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  <m:r>
          <m:t>=</m:t>
        </m:r>
        <m:r>
          <m:t>2</m:t>
        </m:r>
        <m:r>
          <m:t>(</m:t>
        </m:r>
        <m:r>
          <m:t>0</m:t>
        </m:r>
        <m:r>
          <m:t>.</m:t>
        </m:r>
        <m:r>
          <m:t>5</m:t>
        </m:r>
        <m:r>
          <m:t>)</m:t>
        </m:r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y</m:t>
        </m:r>
        <m:r>
          <m:t>'</m:t>
        </m:r>
        <m:r>
          <m:t>=</m:t>
        </m:r>
        <m:r>
          <m:t>-</m:t>
        </m:r>
        <m:r>
          <m:t>2</m:t>
        </m:r>
        <m:r>
          <m:t>sin </m:t>
        </m:r>
        <m:r>
          <m:t>x</m:t>
        </m:r>
        <m:r>
          <m:t>→</m:t>
        </m:r>
        <m:r>
          <m:t>m</m:t>
        </m:r>
        <m:r>
          <m:t>=</m:t>
        </m:r>
        <m:r>
          <m:t>-</m:t>
        </m:r>
        <m:r>
          <m:t>2</m:t>
        </m:r>
        <m:r>
          <m:t>sin </m:t>
        </m:r>
        <m:r>
          <m:t>(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  <m:r>
          <m:t>=</m:t>
        </m:r>
        <m:r>
          <m:t>-</m:t>
        </m:r>
        <m:r>
          <m:t>2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=</m:t>
        </m:r>
        <m:r>
          <m:t>-</m:t>
        </m:r>
        <m:rad>
          <m:radPr>
            <m:degHide m:val="1"/>
          </m:radPr>
          <m:deg/>
          <m:e>
            <m:r>
              <m:t>3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. Persamaan garis singgung: </w:t>
      </w:r>
      <m:oMath>
        <m:r>
          <m:t>y</m:t>
        </m:r>
        <m:r>
          <m:t>-</m:t>
        </m:r>
        <m:r>
          <m:t>1</m:t>
        </m:r>
        <m:r>
          <m:t>=</m:t>
        </m:r>
        <m:r>
          <m:t>-</m:t>
        </m:r>
        <m:rad>
          <m:radPr>
            <m:degHide m:val="1"/>
          </m:radPr>
          <m:deg/>
          <m:e>
            <m:r>
              <m:t>3</m:t>
            </m:r>
          </m:e>
        </m:rad>
        <m:r>
          <m:t>(</m:t>
        </m:r>
        <m:r>
          <m:t>x</m:t>
        </m:r>
        <m:r>
          <m:t>-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Fungsi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sin </m:t>
        </m:r>
        <m:r>
          <m:t>x</m:t>
        </m:r>
        <m:r>
          <m:t>+</m:t>
        </m:r>
        <m:r>
          <m:t>cos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interval </w:t>
      </w:r>
      <m:oMath>
        <m:r>
          <m:t>0</m:t>
        </m:r>
        <m:r>
          <m:t>≤</m:t>
        </m:r>
        <m:r>
          <m:t>x</m:t>
        </m:r>
        <m:r>
          <m:t>≤</m:t>
        </m:r>
        <m:r>
          <m:t>2</m:t>
        </m:r>
        <m:r>
          <m:t>π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akan mencapai nilai maksimum mutlak sebesar...</w:t>
      </w:r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2</m:t>
            </m:r>
          </m:e>
        </m:rad>
      </m:oMath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r>
          <m:t>1</m:t>
        </m:r>
      </m:oMath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3</m:t>
            </m:r>
          </m:e>
        </m:rad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Bentuk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t>cos </m:t>
        </m:r>
        <m:r>
          <m:t>(</m:t>
        </m:r>
        <m:r>
          <m:t>x</m:t>
        </m:r>
        <m:r>
          <m:t>-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)</m:t>
        </m:r>
        <m:r>
          <m:t>=</m:t>
        </m:r>
        <m:rad>
          <m:radPr>
            <m:degHide m:val="1"/>
          </m:radPr>
          <m:deg/>
          <m:e>
            <m:r>
              <m:t>2</m:t>
            </m:r>
          </m:e>
        </m:rad>
        <m:r>
          <m:t>cos </m:t>
        </m:r>
        <m:r>
          <m:t>(</m:t>
        </m:r>
        <m:r>
          <m:t>x</m:t>
        </m:r>
        <m:r>
          <m:t>-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Nilai maksimum </w:t>
      </w:r>
      <m:oMath>
        <m:r>
          <m:t>cos 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adalah 1, sehingga nilai maksimum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ad>
          <m:radPr>
            <m:degHide m:val="1"/>
          </m:radPr>
          <m:deg/>
          <m:e>
            <m:r>
              <m:t>2</m:t>
            </m:r>
          </m:e>
        </m:rad>
      </m:oMath>
      <w:r>
        <w:rPr>
          <w:rFonts w:ascii="Calibri" w:hAnsi="Calibri"/>
          <w:b w:val="0"/>
          <w:i/>
          <w:color w:val="64748B"/>
          <w:sz w:val="17"/>
        </w:rPr>
        <w:t xml:space="preserve"> (tercapai di </w:t>
      </w:r>
      <m:oMath>
        <m:r>
          <m:t>x</m:t>
        </m:r>
        <m: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Grafik fungsi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cos </m:t>
        </m:r>
        <m:r>
          <m:t>(</m:t>
        </m:r>
        <m:r>
          <m:t>2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interval </w:t>
      </w:r>
      <m:oMath>
        <m:r>
          <m:t>0</m:t>
        </m:r>
        <m:r>
          <m:t>&lt;</m:t>
        </m:r>
        <m:r>
          <m:t>x</m:t>
        </m:r>
        <m:r>
          <m:t>&lt;</m:t>
        </m:r>
        <m:r>
          <m:t>π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akan cekung ke atas pada selang interval...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t>&lt;</m:t>
        </m:r>
        <m:r>
          <m:t>x</m:t>
        </m:r>
        <m:r>
          <m:t>&lt;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</w:p>
    <w:p>
      <w:pPr>
        <w:spacing w:before="0" w:after="20"/>
        <w:ind w:left="576"/>
      </w:pPr>
      <m:oMath>
        <m:r>
          <m:t>0</m:t>
        </m:r>
        <m:r>
          <m:t>&lt;</m:t>
        </m:r>
        <m:r>
          <m:t>x</m:t>
        </m:r>
        <m: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t>&lt;</m:t>
        </m:r>
        <m:r>
          <m:t>x</m:t>
        </m:r>
        <m:r>
          <m:t>&lt;</m:t>
        </m:r>
        <m:r>
          <m:t>π</m:t>
        </m:r>
      </m:oMath>
    </w:p>
    <w:p>
      <w:pPr>
        <w:spacing w:before="0" w:after="20"/>
        <w:ind w:left="576"/>
      </w:pPr>
      <m:oMath>
        <m:r>
          <m:t>0</m:t>
        </m:r>
        <m:r>
          <m:t>&lt;</m:t>
        </m:r>
        <m:r>
          <m:t>x</m:t>
        </m:r>
        <m: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f</m:t>
        </m:r>
        <m:r>
          <m:t>'</m:t>
        </m:r>
        <m:r>
          <m:t>(</m:t>
        </m:r>
        <m:r>
          <m:t>x</m:t>
        </m:r>
        <m:r>
          <m:t>)</m:t>
        </m:r>
        <m:r>
          <m:t>=</m:t>
        </m:r>
        <m:r>
          <m:t>-</m:t>
        </m:r>
        <m:r>
          <m:t>2</m:t>
        </m:r>
        <m:r>
          <m:t>sin </m:t>
        </m:r>
        <m:r>
          <m:t>(</m:t>
        </m:r>
        <m:r>
          <m:t>2</m:t>
        </m:r>
        <m:r>
          <m:t>x</m:t>
        </m:r>
        <m:r>
          <m:t>)</m:t>
        </m:r>
        <m:r>
          <m:t>→</m:t>
        </m:r>
        <m:r>
          <m:t>f</m:t>
        </m:r>
        <m:r>
          <m:t>'</m:t>
        </m:r>
        <m:r>
          <m:t>'</m:t>
        </m:r>
        <m:r>
          <m:t>(</m:t>
        </m:r>
        <m:r>
          <m:t>x</m:t>
        </m:r>
        <m:r>
          <m:t>)</m:t>
        </m:r>
        <m:r>
          <m:t>=</m:t>
        </m:r>
        <m:r>
          <m:t>-</m:t>
        </m:r>
        <m:r>
          <m:t>4</m:t>
        </m:r>
        <m:r>
          <m:t>cos </m:t>
        </m:r>
        <m:r>
          <m:t>(</m:t>
        </m:r>
        <m:r>
          <m:t>2</m:t>
        </m:r>
        <m:r>
          <m:t>x</m:t>
        </m:r>
        <m:r>
          <m:t>)</m:t>
        </m:r>
        <m:r>
          <m:t>&gt;</m:t>
        </m:r>
        <m:r>
          <m:t>0</m:t>
        </m:r>
        <m:r>
          <m:t>→</m:t>
        </m:r>
        <m:r>
          <m:t>cos </m:t>
        </m:r>
        <m:r>
          <m:t>(</m:t>
        </m:r>
        <m:r>
          <m:t>2</m:t>
        </m:r>
        <m:r>
          <m:t>x</m:t>
        </m:r>
        <m:r>
          <m:t>)</m:t>
        </m:r>
        <m:r>
          <m:t>&lt;</m:t>
        </m:r>
        <m:r>
          <m:t>0</m:t>
        </m:r>
        <m:r>
          <m:t>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t>&lt;</m:t>
        </m:r>
        <m:r>
          <m:t>2</m:t>
        </m:r>
        <m:r>
          <m:t>x</m:t>
        </m:r>
        <m:r>
          <m:t>&lt;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2</m:t>
            </m:r>
          </m:den>
        </m:f>
        <m:r>
          <m:t>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t>&lt;</m:t>
        </m:r>
        <m:r>
          <m:t>x</m:t>
        </m:r>
        <m:r>
          <m:t>&lt;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Turunan pertama dari fungsi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tan </m:t>
        </m:r>
        <m:r>
          <m:t>(</m:t>
        </m:r>
        <m:r>
          <m:t>3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3</m:t>
        </m:r>
        <m:sSup>
          <m:e>
            <m:r>
              <m:t>sec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</m:oMath>
    </w:p>
    <w:p>
      <w:pPr>
        <w:spacing w:before="0" w:after="20"/>
        <w:ind w:left="576"/>
      </w:pPr>
      <m:oMath>
        <m:sSup>
          <m:e>
            <m:r>
              <m:t>sec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</m:oMath>
    </w:p>
    <w:p>
      <w:pPr>
        <w:spacing w:before="0" w:after="20"/>
        <w:ind w:left="576"/>
      </w:pPr>
      <m:oMath>
        <m:r>
          <m:t>3</m:t>
        </m:r>
        <m:sSup>
          <m:e>
            <m:r>
              <m:t>cot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</m:oMath>
    </w:p>
    <w:p>
      <w:pPr>
        <w:spacing w:before="0" w:after="20"/>
        <w:ind w:left="576"/>
      </w:pPr>
      <m:oMath>
        <m:r>
          <m:t>-</m:t>
        </m:r>
        <m:r>
          <m:t>3</m:t>
        </m:r>
        <m:sSup>
          <m:e>
            <m:r>
              <m:t>csc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tan </m:t>
        </m:r>
        <m:r>
          <m:t>(</m:t>
        </m:r>
        <m:r>
          <m:t>3</m:t>
        </m:r>
        <m:r>
          <m:t>x</m:t>
        </m:r>
        <m:r>
          <m:t>)</m:t>
        </m:r>
        <m:r>
          <m:t>)</m:t>
        </m:r>
        <m:r>
          <m:t>=</m:t>
        </m:r>
        <m:sSup>
          <m:e>
            <m:r>
              <m:t>sec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  <m:r>
          <m:t>·</m:t>
        </m:r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3</m:t>
        </m:r>
        <m:r>
          <m:t>x</m:t>
        </m:r>
        <m:r>
          <m:t>)</m:t>
        </m:r>
        <m:r>
          <m:t>=</m:t>
        </m:r>
        <m:r>
          <m:t>3</m:t>
        </m:r>
        <m:sSup>
          <m:e>
            <m:r>
              <m:t>sec </m:t>
            </m:r>
          </m:e>
          <m:sup>
            <m:r>
              <m:t>2</m:t>
            </m:r>
          </m:sup>
        </m:sSup>
        <m:r>
          <m:t>(</m:t>
        </m:r>
        <m:r>
          <m:t>3</m:t>
        </m:r>
        <m:r>
          <m:t>x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3: Turunan Fungsi Trigonometri dan Aplikasi Optimasi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Rumus Dasar dan Pembuktian Turunan Fungsi Trigonometri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Menurunkan turunan </w:t>
      </w:r>
      <m:oMath>
        <m:r>
          <m:t>sin </m:t>
        </m:r>
        <m:r>
          <m:t>x</m:t>
        </m:r>
        <m:r>
          <m:t>,</m:t>
        </m:r>
        <m:r>
          <m:t>cos </m:t>
        </m:r>
        <m:r>
          <m:t>x</m:t>
        </m:r>
        <m:r>
          <m:t>,</m:t>
        </m:r>
        <m:r>
          <m:t>tan </m:t>
        </m:r>
        <m:r>
          <m:t>x</m:t>
        </m:r>
        <m:r>
          <m:t>,</m:t>
        </m:r>
        <m:r>
          <m:t>cot </m:t>
        </m:r>
        <m:r>
          <m:t>x</m:t>
        </m:r>
        <m:r>
          <m:t>,</m:t>
        </m:r>
        <m:r>
          <m:t>sec </m:t>
        </m:r>
        <m:r>
          <m:t>x</m:t>
        </m:r>
        <m:r>
          <m:t>,</m:t>
        </m:r>
        <m:r>
          <m:t>csc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menggunakan limit fungsi.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Aturan Rantai pada Turunan Fungsi Komposisi Trigonometri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Menyelesaikan turunan fungsi bentuk </w:t>
      </w:r>
      <m:oMath>
        <m:r>
          <m:t>y</m:t>
        </m:r>
        <m:r>
          <m:t>=</m:t>
        </m:r>
        <m:r>
          <m:t>f</m:t>
        </m:r>
        <m:r>
          <m:t>(</m:t>
        </m:r>
        <m:r>
          <m:t>u</m:t>
        </m:r>
        <m:r>
          <m:t>(</m:t>
        </m:r>
        <m:r>
          <m:t>x</m:t>
        </m:r>
        <m:r>
          <m:t>)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perkalian/pembagian fungsi trigonometri.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Persamaan Garis Singgung dan Garis Normal Kurva Trigonometri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gradien garis singgung </w:t>
      </w:r>
      <m:oMath>
        <m:r>
          <m:t>m</m:t>
        </m:r>
        <m:r>
          <m:t>=</m:t>
        </m:r>
        <m:r>
          <m:t>f</m:t>
        </m:r>
        <m:r>
          <m:t>'</m:t>
        </m:r>
        <m: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titik berabsis tertentu.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Uji Turunan Pertama dan Kedua: Kemonotonan, Titik Belok, dan Optimasi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interval fungsi naik/turun, nilai maksimum-minimum lokal, dan aplikasi masalah nyata.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Turunan fungsi trigonometri mengukur laju perubahan sesaat dari fungsi periodik. Rumus turunan dasar: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sin </m:t>
        </m:r>
        <m:r>
          <m:t>x</m:t>
        </m:r>
        <m:r>
          <m:t>)</m:t>
        </m:r>
        <m:r>
          <m:t>=</m:t>
        </m:r>
        <m:r>
          <m:t>cos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cos </m:t>
        </m:r>
        <m:r>
          <m:t>x</m:t>
        </m:r>
        <m:r>
          <m:t>)</m:t>
        </m:r>
        <m:r>
          <m:t>=</m:t>
        </m:r>
        <m:r>
          <m:t>-</m:t>
        </m:r>
        <m:r>
          <m:t>sin 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x</m:t>
            </m:r>
          </m:den>
        </m:f>
        <m:r>
          <m:t>(</m:t>
        </m:r>
        <m:r>
          <m:t>tan </m:t>
        </m:r>
        <m:r>
          <m:t>x</m:t>
        </m:r>
        <m:r>
          <m:t>)</m:t>
        </m:r>
        <m:r>
          <m:t>=</m:t>
        </m:r>
        <m:sSup>
          <m:e>
            <m:r>
              <m:t>sec </m:t>
            </m:r>
          </m:e>
          <m:sup>
            <m:r>
              <m:t>2</m:t>
            </m:r>
          </m:sup>
        </m:sSup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diturunkan melalui definisi limit perbandingan Newton.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Aturan Rantai (*Chain Rule*) </w:t>
      </w:r>
      <m:oMath>
        <m:f>
          <m:fPr>
            <m:type m:val="bar"/>
          </m:fPr>
          <m:num>
            <m:r>
              <m:t>d</m:t>
            </m:r>
            <m:r>
              <m:t>y</m:t>
            </m:r>
          </m:num>
          <m:den>
            <m:r>
              <m:t>d</m:t>
            </m:r>
            <m:r>
              <m:t>x</m:t>
            </m:r>
          </m:den>
        </m:f>
        <m:r>
          <m:t>=</m:t>
        </m:r>
        <m:f>
          <m:fPr>
            <m:type m:val="bar"/>
          </m:fPr>
          <m:num>
            <m:r>
              <m:t>d</m:t>
            </m:r>
            <m:r>
              <m:t>y</m:t>
            </m:r>
          </m:num>
          <m:den>
            <m:r>
              <m:t>d</m:t>
            </m:r>
            <m:r>
              <m:t>u</m:t>
            </m:r>
          </m:den>
        </m:f>
        <m:r>
          <m:t>·</m:t>
        </m:r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d</m:t>
            </m:r>
            <m:r>
              <m:t>x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diterapkan secara terstruktur untuk mendiferensialkan fungsi komposisi trigonometri berpangkat tinggi seperti </w:t>
      </w:r>
      <m:oMath>
        <m:r>
          <m:t>y</m:t>
        </m:r>
        <m:r>
          <m:t>=</m:t>
        </m:r>
        <m:sSup>
          <m:e>
            <m:r>
              <m:t>sin </m:t>
            </m:r>
          </m:e>
          <m:sup>
            <m:r>
              <m:t>n</m:t>
            </m:r>
          </m:sup>
        </m:sSup>
        <m:r>
          <m:t>(</m:t>
        </m:r>
        <m:r>
          <m:t>u</m:t>
        </m:r>
        <m:r>
          <m:t>(</m:t>
        </m:r>
        <m:r>
          <m:t>x</m:t>
        </m:r>
        <m:r>
          <m:t>)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Turunan kedua </w:t>
      </w:r>
      <m:oMath>
        <m:r>
          <m:t>f</m:t>
        </m:r>
        <m:r>
          <m:t>'</m:t>
        </m:r>
        <m:r>
          <m:t>'</m:t>
        </m:r>
        <m:r>
          <m:t>(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digunakan untuk menguji kecekungan kurva (cekung ke atas jika </w:t>
      </w:r>
      <m:oMath>
        <m:r>
          <m:t>f</m:t>
        </m:r>
        <m:r>
          <m:t>'</m:t>
        </m:r>
        <m:r>
          <m:t>'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cekung ke bawah jika </w:t>
      </w:r>
      <m:oMath>
        <m:r>
          <m:t>f</m:t>
        </m:r>
        <m:r>
          <m:t>'</m:t>
        </m:r>
        <m:r>
          <m:t>'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serta mendeteksi titik belok kurva (</w:t>
      </w:r>
      <m:oMath>
        <m:r>
          <m:t>f</m:t>
        </m:r>
        <m:r>
          <m:t>'</m:t>
        </m:r>
        <m:r>
          <m:t>'</m:t>
        </m:r>
        <m:r>
          <m:t>(</m:t>
        </m:r>
        <m:r>
          <m:t>x</m:t>
        </m:r>
        <m:r>
          <m:t>)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Aplikasi turunan trigonometri memegang peranan krusial dalam menentukan titik stasioner puncak, kemiringan garis singgung gelombang, laju pertambahan volume, dan optimasi matematis luas/panjang maksimum dalam bidang rekayasa mekanik.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Aturan Rantai (Chain Rule)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Rumus diferensiasi fungsi komposisi: jika </w:t>
            </w:r>
            <m:oMath>
              <m:r>
                <m:t>y</m:t>
              </m:r>
              <m:r>
                <m:t>=</m:t>
              </m:r>
              <m:r>
                <m:t>f</m:t>
              </m:r>
              <m:r>
                <m:t>(</m:t>
              </m:r>
              <m:r>
                <m:t>g</m:t>
              </m:r>
              <m:r>
                <m:t>(</m:t>
              </m:r>
              <m:r>
                <m:t>x</m:t>
              </m:r>
              <m:r>
                <m:t>)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, maka </w:t>
            </w:r>
            <m:oMath>
              <m:r>
                <m:t>y</m:t>
              </m:r>
              <m:r>
                <m:t>'</m:t>
              </m:r>
              <m:r>
                <m:t>=</m:t>
              </m:r>
              <m:r>
                <m:t>f</m:t>
              </m:r>
              <m:r>
                <m:t>'</m:t>
              </m:r>
              <m:r>
                <m:t>(</m:t>
              </m:r>
              <m:r>
                <m:t>g</m:t>
              </m:r>
              <m:r>
                <m:t>(</m:t>
              </m:r>
              <m:r>
                <m:t>x</m:t>
              </m:r>
              <m:r>
                <m:t>)</m:t>
              </m:r>
              <m:r>
                <m:t>)</m:t>
              </m:r>
              <m:r>
                <m:t>·</m:t>
              </m:r>
              <m:r>
                <m:t>g</m:t>
              </m:r>
              <m:r>
                <m:t>'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Gradien Garis Singgung (</w:t>
            </w:r>
            <m:oMath>
              <m:r>
                <m:t>m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Kemiringan garis yang menyinggung kurva fungsi di titik </w:t>
            </w:r>
            <m:oMath>
              <m:r>
                <m:t>x</m:t>
              </m:r>
              <m:r>
                <m:t>=</m:t>
              </m:r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, yang nilainya sama dengan turunan pertama fungsi di titik tersebut (</w:t>
            </w:r>
            <m:oMath>
              <m:r>
                <m:t>m</m:t>
              </m:r>
              <m:r>
                <m:t>=</m:t>
              </m:r>
              <m:r>
                <m:t>f</m:t>
              </m:r>
              <m:r>
                <m:t>'</m:t>
              </m:r>
              <m:r>
                <m:t>(</m:t>
              </m:r>
              <m:r>
                <m:t>a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Stasioner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pada kurva fungsi di mana turunan pertamanya bernilai nol (</w:t>
            </w:r>
            <m:oMath>
              <m:r>
                <m:t>f</m:t>
              </m:r>
              <m:r>
                <m:t>'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), yang dapat berupa titik balik maksimum, minimum, atau titik belok horizontal.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Kecekungan Kurva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Sifat kelengkungan grafik fungsi yang ditentukan oleh tanda turunan kedua: cekung ke atas jika </w:t>
            </w:r>
            <m:oMath>
              <m:r>
                <m:t>f</m:t>
              </m:r>
              <m:r>
                <m:t>'</m:t>
              </m:r>
              <m:r>
                <m:t>'</m:t>
              </m:r>
              <m:r>
                <m:t>(</m:t>
              </m:r>
              <m:r>
                <m:t>x</m:t>
              </m:r>
              <m:r>
                <m:t>)</m:t>
              </m:r>
              <m:r>
                <m:t>&gt;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dan cekung ke bawah jika </w:t>
            </w:r>
            <m:oMath>
              <m:r>
                <m:t>f</m:t>
              </m:r>
              <m:r>
                <m:t>'</m:t>
              </m:r>
              <m:r>
                <m:t>'</m:t>
              </m:r>
              <m:r>
                <m:t>(</m:t>
              </m:r>
              <m:r>
                <m:t>x</m:t>
              </m:r>
              <m:r>
                <m:t>)</m:t>
              </m:r>
              <m:r>
                <m:t>&lt;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Belok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pada kurva tempat terjadinya perubahan arah kecekungan dari cekung ke atas menjadi cekung ke bawah atau sebaliknya (</w:t>
            </w:r>
            <m:oMath>
              <m:r>
                <m:t>f</m:t>
              </m:r>
              <m:r>
                <m:t>'</m:t>
              </m:r>
              <m:r>
                <m:t>'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