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TINGKAT LANJUT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 Tingkat Lanjut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 JP (5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Trigonometri Lanjut dan Identitas Trigonometri Analitik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membuktikan dan menggunakan rumus trigonometri jumlah, selisih sudut, sudut ganda, dan sudut paruh.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mengubah bentuk perkalian trigonometri menjadi penjumlahan dan sebaliknya.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menyelesaikan persamaan trigonometri dan memodelkan fenomena gelombang periodik.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Rumus trigonometri jumlah dan selisih dua sudut, rumus sudut ganda dan sudut paruh, konversi bentuk perkalian ke penjumlahan/pengurangan, serta penyelesaian persamaan trigonometri analitik.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Rumus Jumlah dan Selisih Dua Sudut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Membuktikan dan menerapkan rumus sinus, kosinus, dan tangen untuk penjumlahan dan pengurangan sudut.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Rumus Sudut Ganda dan Sudut Paruh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Menurunkan rumus </w:t>
      </w:r>
      <m:oMath>
        <m:r>
          <m:t>sin </m:t>
        </m:r>
        <m:r>
          <m:t>2</m:t>
        </m:r>
        <m:r>
          <m:t>A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</w:t>
      </w:r>
      <m:oMath>
        <m:r>
          <m:t>cos </m:t>
        </m:r>
        <m:r>
          <m:t>2</m:t>
        </m:r>
        <m:r>
          <m:t>A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</w:t>
      </w:r>
      <m:oMath>
        <m:r>
          <m:t>tan </m:t>
        </m:r>
        <m:r>
          <m:t>2</m:t>
        </m:r>
        <m:r>
          <m:t>A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serta rumus setengah sudut </w:t>
      </w:r>
      <m:oMath>
        <m:r>
          <m:t>sin </m:t>
        </m:r>
        <m:r>
          <m:t>(</m:t>
        </m:r>
        <m:f>
          <m:fPr>
            <m:type m:val="bar"/>
          </m:fPr>
          <m:num>
            <m:r>
              <m:t>A</m:t>
            </m:r>
          </m:num>
          <m:den>
            <m:r>
              <m:t>2</m:t>
            </m:r>
          </m:den>
        </m:f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cos </m:t>
        </m:r>
        <m:r>
          <m:t>(</m:t>
        </m:r>
        <m:f>
          <m:fPr>
            <m:type m:val="bar"/>
          </m:fPr>
          <m:num>
            <m:r>
              <m:t>A</m:t>
            </m:r>
          </m:num>
          <m:den>
            <m:r>
              <m:t>2</m:t>
            </m:r>
          </m:den>
        </m:f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Rumus Perkalian dan Penjumlahan Sinus-Kosinus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Mengubah bentuk perkalian </w:t>
      </w:r>
      <m:oMath>
        <m:r>
          <m:t>2</m:t>
        </m:r>
        <m:r>
          <m:t>sin </m:t>
        </m:r>
        <m:r>
          <m:t>A</m:t>
        </m:r>
        <m:r>
          <m:t>cos </m:t>
        </m:r>
        <m:r>
          <m:t>B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menjadi bentuk penjumlahan/pengurangan gelombang.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Persamaan Trigonometri dan Bentuk $a\cos x + b\sin x$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himpunan penyelesaian persamaan trigonometri dalam interval radian maupun derajat.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Nilai dari </w:t>
      </w:r>
      <m:oMath>
        <m:r>
          <m:t>cos </m:t>
        </m:r>
        <m:r>
          <m:t>7</m:t>
        </m:r>
        <m:sSup>
          <m:e>
            <m:r>
              <m:t>5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t>(</m:t>
        </m:r>
        <m:rad>
          <m:radPr>
            <m:degHide m:val="1"/>
          </m:radPr>
          <m:deg/>
          <m:e>
            <m:r>
              <m:t>6</m:t>
            </m:r>
          </m:e>
        </m:rad>
        <m:r>
          <m:t>-</m:t>
        </m:r>
        <m:rad>
          <m:radPr>
            <m:degHide m:val="1"/>
          </m:radPr>
          <m:deg/>
          <m:e>
            <m:r>
              <m:t>2</m:t>
            </m:r>
          </m:e>
        </m:rad>
        <m:r>
          <m:t>)</m:t>
        </m:r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t>(</m:t>
        </m:r>
        <m:rad>
          <m:radPr>
            <m:degHide m:val="1"/>
          </m:radPr>
          <m:deg/>
          <m:e>
            <m:r>
              <m:t>6</m:t>
            </m:r>
          </m:e>
        </m:rad>
        <m:r>
          <m:t>+</m:t>
        </m:r>
        <m:rad>
          <m:radPr>
            <m:degHide m:val="1"/>
          </m:radPr>
          <m:deg/>
          <m:e>
            <m:r>
              <m:t>2</m:t>
            </m:r>
          </m:e>
        </m:rad>
        <m:r>
          <m:t>)</m:t>
        </m:r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(</m:t>
        </m:r>
        <m:rad>
          <m:radPr>
            <m:degHide m:val="1"/>
          </m:radPr>
          <m:deg/>
          <m:e>
            <m:r>
              <m:t>6</m:t>
            </m:r>
          </m:e>
        </m:rad>
        <m:r>
          <m:t>-</m:t>
        </m:r>
        <m:rad>
          <m:radPr>
            <m:degHide m:val="1"/>
          </m:radPr>
          <m:deg/>
          <m:e>
            <m:r>
              <m:t>2</m:t>
            </m:r>
          </m:e>
        </m:rad>
        <m:r>
          <m:t>)</m:t>
        </m:r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t>(</m:t>
        </m:r>
        <m:rad>
          <m:radPr>
            <m:degHide m:val="1"/>
          </m:radPr>
          <m:deg/>
          <m:e>
            <m:r>
              <m:t>3</m:t>
            </m:r>
          </m:e>
        </m:rad>
        <m:r>
          <m:t>-</m:t>
        </m:r>
        <m:rad>
          <m:radPr>
            <m:degHide m:val="1"/>
          </m:radPr>
          <m:deg/>
          <m:e>
            <m:r>
              <m:t>2</m:t>
            </m:r>
          </m:e>
        </m:rad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cos </m:t>
        </m:r>
        <m:r>
          <m:t>7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=</m:t>
        </m:r>
        <m:r>
          <m:t>cos </m:t>
        </m:r>
        <m:r>
          <m:t>(</m:t>
        </m:r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+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)</m:t>
        </m:r>
        <m:r>
          <m:t>=</m:t>
        </m:r>
        <m:r>
          <m:t>cos </m:t>
        </m:r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cos 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-</m:t>
        </m:r>
        <m:r>
          <m:t>sin </m:t>
        </m:r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sin 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=</m:t>
        </m:r>
        <m:r>
          <m:t>(</m:t>
        </m:r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  <m:r>
          <m:t>)</m:t>
        </m:r>
        <m:r>
          <m:t>(</m:t>
        </m:r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t>)</m:t>
        </m:r>
        <m:r>
          <m:t>-</m:t>
        </m:r>
        <m:r>
          <m:t>(</m:t>
        </m:r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  <m:r>
          <m:t>)</m:t>
        </m:r>
        <m: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)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t>(</m:t>
        </m:r>
        <m:rad>
          <m:radPr>
            <m:degHide m:val="1"/>
          </m:radPr>
          <m:deg/>
          <m:e>
            <m:r>
              <m:t>6</m:t>
            </m:r>
          </m:e>
        </m:rad>
        <m:r>
          <m:t>-</m:t>
        </m:r>
        <m:rad>
          <m:radPr>
            <m:degHide m:val="1"/>
          </m:radPr>
          <m:deg/>
          <m:e>
            <m:r>
              <m:t>2</m:t>
            </m:r>
          </m:e>
        </m:rad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Diketahui </w:t>
      </w:r>
      <m:oMath>
        <m:r>
          <m:t>sin </m:t>
        </m:r>
        <m:r>
          <m:t>A</m:t>
        </m:r>
        <m: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</w:t>
      </w:r>
      <m:oMath>
        <m:r>
          <m:t>A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sudut lancip. Nilai dari </w:t>
      </w:r>
      <m:oMath>
        <m:r>
          <m:t>cos </m:t>
        </m:r>
        <m:r>
          <m:t>(</m:t>
        </m:r>
        <m:r>
          <m:t>2</m:t>
        </m:r>
        <m:r>
          <m:t>A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  <m:r>
              <m:t>5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2</m:t>
            </m:r>
            <m:r>
              <m:t>4</m:t>
            </m:r>
          </m:num>
          <m:den>
            <m:r>
              <m:t>2</m:t>
            </m:r>
            <m:r>
              <m:t>5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  <m:r>
              <m:t>6</m:t>
            </m:r>
          </m:num>
          <m:den>
            <m:r>
              <m:t>2</m:t>
            </m:r>
            <m:r>
              <m:t>5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9</m:t>
            </m:r>
          </m:num>
          <m:den>
            <m:r>
              <m:t>2</m:t>
            </m:r>
            <m:r>
              <m:t>5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cos </m:t>
        </m:r>
        <m:r>
          <m:t>(</m:t>
        </m:r>
        <m:r>
          <m:t>2</m:t>
        </m:r>
        <m:r>
          <m:t>A</m:t>
        </m:r>
        <m:r>
          <m:t>)</m:t>
        </m:r>
        <m:r>
          <m:t>=</m:t>
        </m:r>
        <m:r>
          <m:t>1</m:t>
        </m:r>
        <m:r>
          <m:t>-</m:t>
        </m:r>
        <m:r>
          <m:t>2</m:t>
        </m:r>
        <m:sSup>
          <m:e>
            <m:r>
              <m:t>sin </m:t>
            </m:r>
          </m:e>
          <m:sup>
            <m:r>
              <m:t>2</m:t>
            </m:r>
          </m:sup>
        </m:sSup>
        <m:r>
          <m:t>A</m:t>
        </m:r>
        <m:r>
          <m:t>=</m:t>
        </m:r>
        <m:r>
          <m:t>1</m:t>
        </m:r>
        <m:r>
          <m:t>-</m:t>
        </m:r>
        <m:r>
          <m:t>2</m:t>
        </m:r>
        <m:r>
          <m:t>(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sSup>
          <m:e>
            <m:r>
              <m:t>)</m:t>
            </m:r>
          </m:e>
          <m:sup>
            <m:r>
              <m:t>2</m:t>
            </m:r>
          </m:sup>
        </m:sSup>
        <m:r>
          <m:t>=</m:t>
        </m:r>
        <m:r>
          <m:t>1</m:t>
        </m:r>
        <m:r>
          <m:t>-</m:t>
        </m:r>
        <m:r>
          <m:t>2</m:t>
        </m:r>
        <m:r>
          <m:t>(</m:t>
        </m:r>
        <m:f>
          <m:fPr>
            <m:type m:val="bar"/>
          </m:fPr>
          <m:num>
            <m:r>
              <m:t>9</m:t>
            </m:r>
          </m:num>
          <m:den>
            <m:r>
              <m:t>2</m:t>
            </m:r>
            <m:r>
              <m:t>5</m:t>
            </m:r>
          </m:den>
        </m:f>
        <m:r>
          <m:t>)</m:t>
        </m:r>
        <m:r>
          <m:t>=</m:t>
        </m:r>
        <m:r>
          <m:t>1</m:t>
        </m:r>
        <m:r>
          <m:t>-</m:t>
        </m:r>
        <m:f>
          <m:fPr>
            <m:type m:val="bar"/>
          </m:fPr>
          <m:num>
            <m:r>
              <m:t>1</m:t>
            </m:r>
            <m:r>
              <m:t>8</m:t>
            </m:r>
          </m:num>
          <m:den>
            <m:r>
              <m:t>2</m:t>
            </m:r>
            <m:r>
              <m:t>5</m:t>
            </m:r>
          </m:den>
        </m:f>
        <m: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  <m:r>
              <m:t>5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Bentuk sederhana dari </w:t>
      </w:r>
      <m:oMath>
        <m:f>
          <m:fPr>
            <m:type m:val="bar"/>
          </m:fPr>
          <m:num>
            <m:r>
              <m:t>sin </m:t>
            </m:r>
            <m:r>
              <m:t>3</m:t>
            </m:r>
            <m:r>
              <m:t>x</m:t>
            </m:r>
            <m:r>
              <m:t>+</m:t>
            </m:r>
            <m:r>
              <m:t>sin </m:t>
            </m:r>
            <m:r>
              <m:t>x</m:t>
            </m:r>
          </m:num>
          <m:den>
            <m:r>
              <m:t>cos </m:t>
            </m:r>
            <m:r>
              <m:t>3</m:t>
            </m:r>
            <m:r>
              <m:t>x</m:t>
            </m:r>
            <m:r>
              <m:t>+</m:t>
            </m:r>
            <m:r>
              <m:t>cos </m:t>
            </m:r>
            <m:r>
              <m:t>x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tan </m:t>
        </m:r>
        <m:r>
          <m:t>2</m:t>
        </m:r>
        <m:r>
          <m:t>x</m:t>
        </m:r>
      </m:oMath>
    </w:p>
    <w:p>
      <w:pPr>
        <w:spacing w:before="0" w:after="20"/>
        <w:ind w:left="576"/>
      </w:pPr>
      <m:oMath>
        <m:r>
          <m:t>cot </m:t>
        </m:r>
        <m:r>
          <m:t>2</m:t>
        </m:r>
        <m:r>
          <m:t>x</m:t>
        </m:r>
      </m:oMath>
    </w:p>
    <w:p>
      <w:pPr>
        <w:spacing w:before="0" w:after="20"/>
        <w:ind w:left="576"/>
      </w:pPr>
      <m:oMath>
        <m:r>
          <m:t>tan </m:t>
        </m:r>
        <m:r>
          <m:t>x</m:t>
        </m:r>
      </m:oMath>
    </w:p>
    <w:p>
      <w:pPr>
        <w:spacing w:before="0" w:after="20"/>
        <w:ind w:left="576"/>
      </w:pPr>
      <m:oMath>
        <m:r>
          <m:t>sin </m:t>
        </m:r>
        <m:r>
          <m:t>2</m:t>
        </m:r>
        <m:r>
          <m:t>x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Menggunakan rumus jumlah ke perkalian: </w:t>
      </w:r>
      <m:oMath>
        <m:f>
          <m:fPr>
            <m:type m:val="bar"/>
          </m:fPr>
          <m:num>
            <m:r>
              <m:t>2</m:t>
            </m:r>
            <m:r>
              <m:t>sin </m:t>
            </m:r>
            <m:r>
              <m:t>2</m:t>
            </m:r>
            <m:r>
              <m:t>x</m:t>
            </m:r>
            <m:r>
              <m:t>cos </m:t>
            </m:r>
            <m:r>
              <m:t>x</m:t>
            </m:r>
          </m:num>
          <m:den>
            <m:r>
              <m:t>2</m:t>
            </m:r>
            <m:r>
              <m:t>cos </m:t>
            </m:r>
            <m:r>
              <m:t>2</m:t>
            </m:r>
            <m:r>
              <m:t>x</m:t>
            </m:r>
            <m:r>
              <m:t>cos </m:t>
            </m:r>
            <m:r>
              <m:t>x</m:t>
            </m:r>
          </m:den>
        </m:f>
        <m:r>
          <m:t>=</m:t>
        </m:r>
        <m:f>
          <m:fPr>
            <m:type m:val="bar"/>
          </m:fPr>
          <m:num>
            <m:r>
              <m:t>sin </m:t>
            </m:r>
            <m:r>
              <m:t>2</m:t>
            </m:r>
            <m:r>
              <m:t>x</m:t>
            </m:r>
          </m:num>
          <m:den>
            <m:r>
              <m:t>cos </m:t>
            </m:r>
            <m:r>
              <m:t>2</m:t>
            </m:r>
            <m:r>
              <m:t>x</m:t>
            </m:r>
          </m:den>
        </m:f>
        <m:r>
          <m:t>=</m:t>
        </m:r>
        <m:r>
          <m:t>tan </m:t>
        </m:r>
        <m:r>
          <m:t>2</m:t>
        </m:r>
        <m:r>
          <m:t>x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Himpunan penyelesaian dari </w:t>
      </w:r>
      <m:oMath>
        <m:r>
          <m:t>sin </m:t>
        </m:r>
        <m:r>
          <m:t>(</m:t>
        </m:r>
        <m:r>
          <m:t>2</m:t>
        </m:r>
        <m:r>
          <m:t>x</m:t>
        </m:r>
        <m:r>
          <m:t>)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untuk </w:t>
      </w:r>
      <m:oMath>
        <m:sSup>
          <m:e>
            <m:r>
              <m:t>0</m:t>
            </m:r>
          </m:e>
          <m:sup>
            <m:r>
              <m:t>°</m:t>
            </m:r>
          </m:sup>
        </m:sSup>
        <m:r>
          <m:t>≤</m:t>
        </m:r>
        <m:r>
          <m:t>x</m:t>
        </m:r>
        <m:r>
          <m:t>≤</m:t>
        </m:r>
        <m:r>
          <m:t>1</m:t>
        </m:r>
        <m:r>
          <m:t>8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\</m:t>
        </m:r>
        <m:r>
          <m:t>1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,</m:t>
        </m:r>
        <m:r>
          <m:t>7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\</m:t>
        </m:r>
      </m:oMath>
    </w:p>
    <w:p>
      <w:pPr>
        <w:spacing w:before="0" w:after="20"/>
        <w:ind w:left="576"/>
      </w:pPr>
      <m:oMath>
        <m:r>
          <m:t>\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  <m:r>
          <m:t>1</m:t>
        </m:r>
        <m:r>
          <m:t>5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\</m:t>
        </m:r>
      </m:oMath>
    </w:p>
    <w:p>
      <w:pPr>
        <w:spacing w:before="0" w:after="20"/>
        <w:ind w:left="576"/>
      </w:pPr>
      <m:oMath>
        <m:r>
          <m:t>\</m:t>
        </m:r>
        <m:r>
          <m:t>1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,</m:t>
        </m:r>
        <m:r>
          <m:t>1</m:t>
        </m:r>
        <m:r>
          <m:t>0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\</m:t>
        </m:r>
      </m:oMath>
    </w:p>
    <w:p>
      <w:pPr>
        <w:spacing w:before="0" w:after="20"/>
        <w:ind w:left="576"/>
      </w:pPr>
      <m:oMath>
        <m:r>
          <m:t>\</m:t>
        </m:r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,</m:t>
        </m:r>
        <m:r>
          <m:t>1</m:t>
        </m:r>
        <m:r>
          <m:t>3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\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sin </m:t>
        </m:r>
        <m:r>
          <m:t>(</m:t>
        </m:r>
        <m:r>
          <m:t>2</m:t>
        </m:r>
        <m:r>
          <m:t>x</m:t>
        </m:r>
        <m:r>
          <m:t>)</m:t>
        </m:r>
        <m:r>
          <m:t>=</m:t>
        </m:r>
        <m:r>
          <m:t>sin 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→</m:t>
        </m:r>
        <m:r>
          <m:t>2</m:t>
        </m:r>
        <m:r>
          <m:t>x</m:t>
        </m:r>
        <m:r>
          <m:t>=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+</m:t>
        </m:r>
        <m:r>
          <m:t>k</m:t>
        </m:r>
        <m:r>
          <m:t>·</m:t>
        </m:r>
        <m:r>
          <m:t>3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→</m:t>
        </m:r>
        <m:r>
          <m:t>x</m:t>
        </m:r>
        <m:r>
          <m:t>=</m:t>
        </m:r>
        <m:r>
          <m:t>1</m:t>
        </m:r>
        <m:sSup>
          <m:e>
            <m:r>
              <m:t>5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; atau </w:t>
      </w:r>
      <m:oMath>
        <m:r>
          <m:t>2</m:t>
        </m:r>
        <m:r>
          <m:t>x</m:t>
        </m:r>
        <m:r>
          <m:t>=</m:t>
        </m:r>
        <m:r>
          <m:t>1</m:t>
        </m:r>
        <m:r>
          <m:t>5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+</m:t>
        </m:r>
        <m:r>
          <m:t>k</m:t>
        </m:r>
        <m:r>
          <m:t>·</m:t>
        </m:r>
        <m:r>
          <m:t>3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→</m:t>
        </m:r>
        <m:r>
          <m:t>x</m:t>
        </m:r>
        <m:r>
          <m:t>=</m:t>
        </m:r>
        <m:r>
          <m:t>7</m:t>
        </m:r>
        <m:sSup>
          <m:e>
            <m:r>
              <m:t>5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. Jadi HP = </w:t>
      </w:r>
      <m:oMath>
        <m:r>
          <m:t>\</m:t>
        </m:r>
        <m:r>
          <m:t>1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,</m:t>
        </m:r>
        <m:r>
          <m:t>7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\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Bentuk </w:t>
      </w:r>
      <m:oMath>
        <m:r>
          <m:t>k</m:t>
        </m:r>
        <m:r>
          <m:t>cos </m:t>
        </m:r>
        <m:r>
          <m:t>(</m:t>
        </m:r>
        <m:r>
          <m:t>x</m:t>
        </m:r>
        <m:r>
          <m:t>-</m:t>
        </m:r>
        <m:r>
          <m:t>α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dari fungsi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ad>
          <m:radPr>
            <m:degHide m:val="1"/>
          </m:radPr>
          <m:deg/>
          <m:e>
            <m:r>
              <m:t>3</m:t>
            </m:r>
          </m:e>
        </m:rad>
        <m:r>
          <m:t>cos </m:t>
        </m:r>
        <m:r>
          <m:t>x</m:t>
        </m:r>
        <m:r>
          <m:t>+</m:t>
        </m:r>
        <m:r>
          <m:t>sin 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2</m:t>
        </m:r>
        <m:r>
          <m:t>cos </m:t>
        </m:r>
        <m:r>
          <m:t>(</m:t>
        </m:r>
        <m:r>
          <m:t>x</m:t>
        </m:r>
        <m:r>
          <m:t>-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)</m:t>
        </m:r>
      </m:oMath>
    </w:p>
    <w:p>
      <w:pPr>
        <w:spacing w:before="0" w:after="20"/>
        <w:ind w:left="576"/>
      </w:pPr>
      <m:oMath>
        <m:r>
          <m:t>2</m:t>
        </m:r>
        <m:r>
          <m:t>cos </m:t>
        </m:r>
        <m:r>
          <m:t>(</m:t>
        </m:r>
        <m:r>
          <m:t>x</m:t>
        </m:r>
        <m:r>
          <m:t>-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)</m:t>
        </m:r>
      </m:oMath>
    </w:p>
    <w:p>
      <w:pPr>
        <w:spacing w:before="0" w:after="20"/>
        <w:ind w:left="576"/>
      </w:pPr>
      <m:oMath>
        <m:rad>
          <m:radPr>
            <m:degHide m:val="1"/>
          </m:radPr>
          <m:deg/>
          <m:e>
            <m:r>
              <m:t>2</m:t>
            </m:r>
          </m:e>
        </m:rad>
        <m:r>
          <m:t>cos </m:t>
        </m:r>
        <m:r>
          <m:t>(</m:t>
        </m:r>
        <m:r>
          <m:t>x</m:t>
        </m:r>
        <m:r>
          <m:t>-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)</m:t>
        </m:r>
      </m:oMath>
    </w:p>
    <w:p>
      <w:pPr>
        <w:spacing w:before="0" w:after="20"/>
        <w:ind w:left="576"/>
      </w:pPr>
      <m:oMath>
        <m:r>
          <m:t>4</m:t>
        </m:r>
        <m:r>
          <m:t>cos </m:t>
        </m:r>
        <m:r>
          <m:t>(</m:t>
        </m:r>
        <m:r>
          <m:t>x</m:t>
        </m:r>
        <m:r>
          <m:t>-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k</m:t>
        </m:r>
        <m:r>
          <m:t>=</m:t>
        </m:r>
        <m:rad>
          <m:radPr>
            <m:degHide m:val="1"/>
          </m:radPr>
          <m:deg/>
          <m:e>
            <m:r>
              <m:t>(</m:t>
            </m:r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  <m:sSup>
              <m:e>
                <m:r>
                  <m:t>)</m:t>
                </m:r>
              </m:e>
              <m:sup>
                <m:r>
                  <m:t>2</m:t>
                </m:r>
              </m:sup>
            </m:sSup>
            <m:r>
              <m:t>+</m:t>
            </m:r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</m:e>
        </m:rad>
        <m:r>
          <m:t>=</m:t>
        </m:r>
        <m:rad>
          <m:radPr>
            <m:degHide m:val="1"/>
          </m:radPr>
          <m:deg/>
          <m:e>
            <m:r>
              <m:t>4</m:t>
            </m:r>
          </m:e>
        </m:rad>
        <m:r>
          <m:t>=</m:t>
        </m:r>
        <m:r>
          <m:t>2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tan </m:t>
        </m:r>
        <m:r>
          <m:t>α</m:t>
        </m:r>
        <m:r>
          <m:t>=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den>
        </m:f>
        <m:r>
          <m:t>→</m:t>
        </m:r>
        <m:r>
          <m:t>α</m:t>
        </m:r>
        <m:r>
          <m:t>=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 (karena kuadran I). Maka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2</m:t>
        </m:r>
        <m:r>
          <m:t>cos </m:t>
        </m:r>
        <m:r>
          <m:t>(</m:t>
        </m:r>
        <m:r>
          <m:t>x</m:t>
        </m:r>
        <m:r>
          <m:t>-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Tingkat Lanjut • Bab 4: Trigonometri Lanjut dan Identitas Trigonometri Analitik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Rumus Jumlah dan Selisih Dua Sudut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Membuktikan dan menerapkan rumus sinus, kosinus, dan tangen untuk penjumlahan dan pengurangan sudut.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Rumus Sudut Ganda dan Sudut Paruh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Menurunkan rumus </w:t>
      </w:r>
      <m:oMath>
        <m:r>
          <m:t>sin </m:t>
        </m:r>
        <m:r>
          <m:t>2</m:t>
        </m:r>
        <m:r>
          <m:t>A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</w:t>
      </w:r>
      <m:oMath>
        <m:r>
          <m:t>cos </m:t>
        </m:r>
        <m:r>
          <m:t>2</m:t>
        </m:r>
        <m:r>
          <m:t>A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</w:t>
      </w:r>
      <m:oMath>
        <m:r>
          <m:t>tan </m:t>
        </m:r>
        <m:r>
          <m:t>2</m:t>
        </m:r>
        <m:r>
          <m:t>A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serta rumus setengah sudut </w:t>
      </w:r>
      <m:oMath>
        <m:r>
          <m:t>sin </m:t>
        </m:r>
        <m:r>
          <m:t>(</m:t>
        </m:r>
        <m:f>
          <m:fPr>
            <m:type m:val="bar"/>
          </m:fPr>
          <m:num>
            <m:r>
              <m:t>A</m:t>
            </m:r>
          </m:num>
          <m:den>
            <m:r>
              <m:t>2</m:t>
            </m:r>
          </m:den>
        </m:f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cos </m:t>
        </m:r>
        <m:r>
          <m:t>(</m:t>
        </m:r>
        <m:f>
          <m:fPr>
            <m:type m:val="bar"/>
          </m:fPr>
          <m:num>
            <m:r>
              <m:t>A</m:t>
            </m:r>
          </m:num>
          <m:den>
            <m:r>
              <m:t>2</m:t>
            </m:r>
          </m:den>
        </m:f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Rumus Perkalian dan Penjumlahan Sinus-Kosinus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Mengubah bentuk perkalian </w:t>
      </w:r>
      <m:oMath>
        <m:r>
          <m:t>2</m:t>
        </m:r>
        <m:r>
          <m:t>sin </m:t>
        </m:r>
        <m:r>
          <m:t>A</m:t>
        </m:r>
        <m:r>
          <m:t>cos </m:t>
        </m:r>
        <m:r>
          <m:t>B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menjadi bentuk penjumlahan/pengurangan gelombang.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Persamaan Trigonometri dan Bentuk $a\cos x + b\sin x$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himpunan penyelesaian persamaan trigonometri dalam interval radian maupun derajat.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Trigonometri analitik memperluas perbandingan segitiga siku-siku menuju relasi aljabar fungsi periodik. Penguasaan identitas trigonometri memungkinkan penyederhanaan model gelombang, analisis medan elektromagnetik, dan getaran harmonik teredam.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Rumus jumlah dan selisih sudut seperti </w:t>
      </w:r>
      <m:oMath>
        <m:r>
          <m:t>sin </m:t>
        </m:r>
        <m:r>
          <m:t>(</m:t>
        </m:r>
        <m:r>
          <m:t>α</m:t>
        </m:r>
        <m:r>
          <m:t>±</m:t>
        </m:r>
        <m:r>
          <m:t>β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r>
          <m:t>cos </m:t>
        </m:r>
        <m:r>
          <m:t>(</m:t>
        </m:r>
        <m:r>
          <m:t>α</m:t>
        </m:r>
        <m:r>
          <m:t>±</m:t>
        </m:r>
        <m:r>
          <m:t>β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diturunkan melalui geometri lingkaran satuan dan hukum kosinus. Rumus sudut ganda </w:t>
      </w:r>
      <m:oMath>
        <m:r>
          <m:t>sin </m:t>
        </m:r>
        <m:r>
          <m:t>(</m:t>
        </m:r>
        <m:r>
          <m:t>2</m:t>
        </m:r>
        <m:r>
          <m:t>α</m:t>
        </m:r>
        <m:r>
          <m:t>)</m:t>
        </m:r>
        <m:r>
          <m:t>=</m:t>
        </m:r>
        <m:r>
          <m:t>2</m:t>
        </m:r>
        <m:r>
          <m:t>sin </m:t>
        </m:r>
        <m:r>
          <m:t>α</m:t>
        </m:r>
        <m:r>
          <m:t>cos </m:t>
        </m:r>
        <m:r>
          <m:t>α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bentuk linearisasi </w:t>
      </w:r>
      <m:oMath>
        <m:r>
          <m:t>cos </m:t>
        </m:r>
        <m:r>
          <m:t>(</m:t>
        </m:r>
        <m:r>
          <m:t>2</m:t>
        </m:r>
        <m:r>
          <m:t>α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sangat penting untuk teknik integrasi kalkulus.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Persamaan trigonometri dasar dan persamaan kuadratik trigonometri diselesaikan dengan mempertimbangkan periode fungsi (</w:t>
      </w:r>
      <m:oMath>
        <m:r>
          <m:t>2</m:t>
        </m:r>
        <m:r>
          <m:t>π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atau </w:t>
      </w:r>
      <m:oMath>
        <m:r>
          <m:t>π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). Manipulasi bentuk </w:t>
      </w:r>
      <m:oMath>
        <m:r>
          <m:t>a</m:t>
        </m:r>
        <m:r>
          <m:t>cos </m:t>
        </m:r>
        <m:r>
          <m:t>x</m:t>
        </m:r>
        <m:r>
          <m:t>+</m:t>
        </m:r>
        <m:r>
          <m:t>b</m:t>
        </m:r>
        <m:r>
          <m:t>sin </m:t>
        </m:r>
        <m:r>
          <m:t>x</m:t>
        </m:r>
        <m:r>
          <m:t>=</m:t>
        </m:r>
        <m:r>
          <m:t>k</m:t>
        </m:r>
        <m:r>
          <m:t>cos </m:t>
        </m:r>
        <m:r>
          <m:t>(</m:t>
        </m:r>
        <m:r>
          <m:t>x</m:t>
        </m:r>
        <m:r>
          <m:t>-</m:t>
        </m:r>
        <m:r>
          <m:t>α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mempermudah penentuan nilai ekstrem dan grafik gelombang.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Identitas Trigonometri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Persamaan yang memuat fungsi trigonometri dan bernilai benar untuk setiap nilai variabel sudut pada daerah asal.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Ganda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Relasi trigonometri untuk sudut kelipatan dua (</w:t>
            </w:r>
            <m:oMath>
              <m:r>
                <m:t>2</m:t>
              </m:r>
              <m:r>
                <m:t>α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 yang dinyatakan dalam fungsi trigonometri sudut tunggal (</w:t>
            </w:r>
            <m:oMath>
              <m:r>
                <m:t>α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Amplitudo Gelombang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Nilai mutlak simpangan maksimum gelombang periodik yang dinyatakan oleh </w:t>
            </w:r>
            <m:oMath>
              <m:r>
                <m:t>k</m:t>
              </m:r>
              <m:r>
                <m:t>=</m:t>
              </m:r>
              <m:rad>
                <m:radPr>
                  <m:degHide m:val="1"/>
                </m:radPr>
                <m:deg/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+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pada bentuk </w:t>
            </w:r>
            <m:oMath>
              <m:r>
                <m:t>a</m:t>
              </m:r>
              <m:r>
                <m:t>cos </m:t>
              </m:r>
              <m:r>
                <m:t>x</m:t>
              </m:r>
              <m:r>
                <m:t>+</m:t>
              </m:r>
              <m:r>
                <m:t>b</m:t>
              </m:r>
              <m:r>
                <m:t>sin </m:t>
              </m:r>
              <m:r>
                <m:t>x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Periode Gelombang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Panjang interval sudut terkecil yang diperlukan suatu fungsi trigonometri untuk menyelesaikan satu siklus penuh berulang.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Fase Awal (Sudut Bantu)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Besar sudut </w:t>
            </w:r>
            <m:oMath>
              <m:r>
                <m:t>α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pada konversi </w:t>
            </w:r>
            <m:oMath>
              <m:r>
                <m:t>a</m:t>
              </m:r>
              <m:r>
                <m:t>cos </m:t>
              </m:r>
              <m:r>
                <m:t>x</m:t>
              </m:r>
              <m:r>
                <m:t>+</m:t>
              </m:r>
              <m:r>
                <m:t>b</m:t>
              </m:r>
              <m:r>
                <m:t>sin </m:t>
              </m:r>
              <m:r>
                <m:t>x</m:t>
              </m:r>
              <m:r>
                <m:t>=</m:t>
              </m:r>
              <m:r>
                <m:t>k</m:t>
              </m:r>
              <m:r>
                <m:t>cos </m:t>
              </m:r>
              <m:r>
                <m:t>(</m:t>
              </m:r>
              <m:r>
                <m:t>x</m:t>
              </m:r>
              <m:r>
                <m:t>-</m:t>
              </m:r>
              <m:r>
                <m:t>α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dengan </w:t>
            </w:r>
            <m:oMath>
              <m:r>
                <m:t>tan </m:t>
              </m:r>
              <m:r>
                <m:t>α</m:t>
              </m:r>
              <m:r>
                <m:t>=</m:t>
              </m:r>
              <m:f>
                <m:fPr>
                  <m:type m:val="bar"/>
                </m:fPr>
                <m:num>
                  <m:r>
                    <m:t>b</m:t>
                  </m:r>
                </m:num>
                <m:den>
                  <m:r>
                    <m:t>a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Tingkat Lanjut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