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Transformasi Geometri Analitik Berbasis Matriks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mengaitkan operasi geometri (translasi, refleksi, rotasi, dilatasi) dengan matriks transformasi.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bayangan titik, garis, dan kurva yang mengalami komposisi transformasi geometri.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perubahan luas bangun datar yang ditransformasikan oleh matriks.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Representasi analitik transformasi geometri (translasi, refleksi, rotasi dengan pusat sembarang, dan dilatasi) menggunakan perkalian matriks, komposisi transformasi, serta luas bayangan bangun datar.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Translasi dan Matriks Perpindahan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bayangan titik, garis, dan kurva parabola akibat pergeseran vektor </w:t>
      </w:r>
      <m:oMath>
        <m:r>
          <m:t>T</m:t>
        </m:r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Refleksi dan Matriks Pencerminan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matriks refleksi terhadap sumbu koordinat, garis </w:t>
      </w:r>
      <m:oMath>
        <m:r>
          <m:t>y</m:t>
        </m:r>
        <m:r>
          <m:t>=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y</m:t>
        </m:r>
        <m:r>
          <m:t>=</m:t>
        </m:r>
        <m:r>
          <m:t>-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x</m:t>
        </m:r>
        <m:r>
          <m:t>=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</w:t>
      </w:r>
      <m:oMath>
        <m:r>
          <m:t>y</m:t>
        </m:r>
        <m:r>
          <m:t>=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Rotasi dan Dilatasi Berbasis Matriks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bayangan objek oleh rotasi </w:t>
      </w:r>
      <m:oMath>
        <m:r>
          <m:t>R</m:t>
        </m:r>
        <m:r>
          <m:t>(</m:t>
        </m:r>
        <m:r>
          <m:t>P</m:t>
        </m:r>
        <m:r>
          <m:t>,</m:t>
        </m:r>
        <m:r>
          <m:t>θ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dilatasi </w:t>
      </w:r>
      <m:oMath>
        <m:r>
          <m:t>[</m:t>
        </m:r>
        <m:r>
          <m:t>P</m:t>
        </m:r>
        <m:r>
          <m:t>,</m:t>
        </m:r>
        <m:r>
          <m:t>k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dengan titik pusat </w:t>
      </w:r>
      <m:oMath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Komposisi Transformasi dan Transformasi Luas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transformasi majemuk dan menghitung luas bangun geometri baru menggunakan nilai mutlak determinan matriks.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Bayangan titik </w:t>
      </w:r>
      <m:oMath>
        <m:r>
          <m:t>A</m:t>
        </m:r>
        <m:r>
          <m:t>(</m:t>
        </m:r>
        <m:r>
          <m:t>3</m:t>
        </m:r>
        <m:r>
          <m:t>,</m:t>
        </m:r>
        <m:r>
          <m:t>-</m:t>
        </m:r>
        <m:r>
          <m:t>2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oleh rotasi sebesar </w:t>
      </w: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berlawanan arah jarum jam dengan pusat </w:t>
      </w:r>
      <m:oMath>
        <m:r>
          <m:t>O</m:t>
        </m:r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2</m:t>
        </m:r>
        <m:r>
          <m:t>,</m:t>
        </m:r>
        <m:r>
          <m:t>3</m:t>
        </m:r>
        <m:r>
          <m:t>)</m:t>
        </m:r>
      </m:oMath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-</m:t>
        </m:r>
        <m:r>
          <m:t>2</m:t>
        </m:r>
        <m:r>
          <m:t>,</m:t>
        </m:r>
        <m:r>
          <m:t>-</m:t>
        </m:r>
        <m:r>
          <m:t>3</m:t>
        </m:r>
        <m:r>
          <m:t>)</m:t>
        </m:r>
      </m:oMath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2</m:t>
        </m:r>
        <m:r>
          <m:t>,</m:t>
        </m:r>
        <m:r>
          <m:t>-</m:t>
        </m:r>
        <m:r>
          <m:t>3</m:t>
        </m:r>
        <m:r>
          <m:t>)</m:t>
        </m:r>
      </m:oMath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-</m:t>
        </m:r>
        <m:r>
          <m:t>3</m:t>
        </m:r>
        <m:r>
          <m:t>,</m:t>
        </m:r>
        <m:r>
          <m:t>2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Matriks rotasi </w:t>
      </w: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adalah </w:t>
      </w:r>
      <m:oMath>
        <m:d>
          <m:dPr>
            <m:begChr m:val="("/>
            <m:endChr m:val=")"/>
          </m:dPr>
          <m:e>
            <m:m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rPr>
          <w:rFonts w:ascii="Calibri" w:hAnsi="Calibri"/>
          <w:b w:val="0"/>
          <w:i/>
          <w:color w:val="64748B"/>
          <w:sz w:val="17"/>
        </w:rPr>
        <w:t xml:space="preserve">. Bayangannya: </w:t>
      </w:r>
      <m:oMath>
        <m:d>
          <m:dPr>
            <m:begChr m:val="("/>
            <m:endChr m:val=")"/>
          </m:dPr>
          <m:e>
            <m:m>
              <m:mr>
                <m:e>
                  <m:r>
                    <m:t>x</m:t>
                  </m:r>
                  <m:r>
                    <m:t>'</m:t>
                  </m:r>
                </m:e>
              </m:mr>
              <m:mr>
                <m:e>
                  <m:r>
                    <m:t>y</m:t>
                  </m:r>
                  <m:r>
                    <m:t>'</m:t>
                  </m:r>
                </m:e>
              </m:mr>
            </m:m>
          </m:e>
        </m:d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  <m:d>
          <m:dPr>
            <m:begChr m:val="("/>
            <m:endChr m:val=")"/>
          </m:dPr>
          <m:e>
            <m:m>
              <m:mr>
                <m:e>
                  <m:r>
                    <m:t>3</m:t>
                  </m:r>
                </m:e>
              </m:mr>
              <m:mr>
                <m:e>
                  <m:r>
                    <m:t>-</m:t>
                  </m:r>
                  <m:r>
                    <m:t>2</m:t>
                  </m:r>
                </m:e>
              </m:mr>
            </m:m>
          </m:e>
        </m:d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Bayangan garis </w:t>
      </w:r>
      <m:oMath>
        <m:r>
          <m:t>2</m:t>
        </m:r>
        <m:r>
          <m:t>x</m:t>
        </m:r>
        <m:r>
          <m:t>-</m:t>
        </m:r>
        <m:r>
          <m:t>3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oleh pencerminan terhadap garis </w:t>
      </w:r>
      <m:oMath>
        <m:r>
          <m:t>y</m:t>
        </m:r>
        <m:r>
          <m:t>=</m:t>
        </m:r>
        <m:r>
          <m:t>-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3</m:t>
        </m:r>
        <m:r>
          <m:t>x</m:t>
        </m:r>
        <m:r>
          <m:t>-</m:t>
        </m:r>
        <m:r>
          <m:t>2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</w:p>
    <w:p>
      <w:pPr>
        <w:spacing w:before="0" w:after="20"/>
        <w:ind w:left="576"/>
      </w:pPr>
      <m:oMath>
        <m:r>
          <m:t>-</m:t>
        </m:r>
        <m:r>
          <m:t>3</m:t>
        </m:r>
        <m:r>
          <m:t>x</m:t>
        </m:r>
        <m:r>
          <m:t>+</m:t>
        </m:r>
        <m:r>
          <m:t>2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</w:p>
    <w:p>
      <w:pPr>
        <w:spacing w:before="0" w:after="20"/>
        <w:ind w:left="576"/>
      </w:pPr>
      <m:oMath>
        <m:r>
          <m:t>3</m:t>
        </m:r>
        <m:r>
          <m:t>x</m:t>
        </m:r>
        <m:r>
          <m:t>+</m:t>
        </m:r>
        <m:r>
          <m:t>2</m:t>
        </m:r>
        <m:r>
          <m:t>y</m:t>
        </m:r>
        <m:r>
          <m:t>-</m:t>
        </m:r>
        <m:r>
          <m:t>6</m:t>
        </m:r>
        <m:r>
          <m:t>=</m:t>
        </m:r>
        <m:r>
          <m:t>0</m:t>
        </m:r>
      </m:oMath>
    </w:p>
    <w:p>
      <w:pPr>
        <w:spacing w:before="0" w:after="20"/>
        <w:ind w:left="576"/>
      </w:pPr>
      <m:oMath>
        <m:r>
          <m:t>2</m:t>
        </m:r>
        <m:r>
          <m:t>x</m:t>
        </m:r>
        <m:r>
          <m:t>+</m:t>
        </m:r>
        <m:r>
          <m:t>3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Refleksi terhadap garis </w:t>
      </w:r>
      <m:oMath>
        <m:r>
          <m:t>y</m:t>
        </m:r>
        <m:r>
          <m:t>=</m:t>
        </m:r>
        <m:r>
          <m:t>-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r>
          <m:t>x</m:t>
        </m:r>
        <m:r>
          <m:t>'</m:t>
        </m:r>
        <m:r>
          <m:t>=</m:t>
        </m:r>
        <m:r>
          <m:t>-</m:t>
        </m:r>
        <m:r>
          <m:t>y</m:t>
        </m:r>
        <m:r>
          <m:t>→</m:t>
        </m:r>
        <m:r>
          <m:t>y</m:t>
        </m:r>
        <m:r>
          <m:t>=</m:t>
        </m:r>
        <m:r>
          <m:t>-</m:t>
        </m:r>
        <m:r>
          <m:t>x</m:t>
        </m:r>
        <m:r>
          <m:t>'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y</m:t>
        </m:r>
        <m:r>
          <m:t>'</m:t>
        </m:r>
        <m:r>
          <m:t>=</m:t>
        </m:r>
        <m:r>
          <m:t>-</m:t>
        </m:r>
        <m:r>
          <m:t>x</m:t>
        </m:r>
        <m:r>
          <m:t>→</m:t>
        </m:r>
        <m:r>
          <m:t>x</m:t>
        </m:r>
        <m:r>
          <m:t>=</m:t>
        </m:r>
        <m:r>
          <m:t>-</m:t>
        </m:r>
        <m:r>
          <m:t>y</m:t>
        </m:r>
        <m:r>
          <m:t>'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Substitusi ke garis: </w:t>
      </w:r>
      <m:oMath>
        <m:r>
          <m:t>2</m:t>
        </m:r>
        <m:r>
          <m:t>(</m:t>
        </m:r>
        <m:r>
          <m:t>-</m:t>
        </m:r>
        <m:r>
          <m:t>y</m:t>
        </m:r>
        <m:r>
          <m:t>'</m:t>
        </m:r>
        <m:r>
          <m:t>)</m:t>
        </m:r>
        <m:r>
          <m:t>-</m:t>
        </m:r>
        <m:r>
          <m:t>3</m:t>
        </m:r>
        <m:r>
          <m:t>(</m:t>
        </m:r>
        <m:r>
          <m:t>-</m:t>
        </m:r>
        <m:r>
          <m:t>x</m:t>
        </m:r>
        <m:r>
          <m:t>'</m:t>
        </m:r>
        <m:r>
          <m:t>)</m:t>
        </m:r>
        <m:r>
          <m:t>+</m:t>
        </m:r>
        <m:r>
          <m:t>6</m:t>
        </m:r>
        <m:r>
          <m:t>=</m:t>
        </m:r>
        <m:r>
          <m:t>0</m:t>
        </m:r>
        <m:r>
          <m:t>→</m:t>
        </m:r>
        <m:r>
          <m:t>3</m:t>
        </m:r>
        <m:r>
          <m:t>x</m:t>
        </m:r>
        <m:r>
          <m:t>'</m:t>
        </m:r>
        <m:r>
          <m:t>-</m:t>
        </m:r>
        <m:r>
          <m:t>2</m:t>
        </m:r>
        <m:r>
          <m:t>y</m:t>
        </m:r>
        <m:r>
          <m:t>'</m:t>
        </m:r>
        <m:r>
          <m:t>+</m:t>
        </m:r>
        <m:r>
          <m:t>6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Segitiga </w:t>
      </w:r>
      <m:oMath>
        <m:r>
          <m:t>A</m:t>
        </m:r>
        <m:r>
          <m:t>B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memiliki luas 12 satuan luas. Jika segitiga tersebut ditransformasikan oleh matriks </w:t>
      </w:r>
      <m:oMath>
        <m:r>
          <m:t>M</m:t>
        </m:r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3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9"/>
        </w:rPr>
        <w:t>, luas bayangannya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120 satuan luas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144 satuan luas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 satuan luas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 satuan luas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det</m:t>
        </m:r>
        <m:r>
          <m:t>(</m:t>
        </m:r>
        <m:r>
          <m:t>M</m:t>
        </m:r>
        <m:r>
          <m:t>)</m:t>
        </m:r>
        <m:r>
          <m:t>=</m:t>
        </m:r>
        <m:r>
          <m:t>3</m:t>
        </m:r>
        <m:r>
          <m:t>(</m:t>
        </m:r>
        <m:r>
          <m:t>4</m:t>
        </m:r>
        <m:r>
          <m:t>)</m:t>
        </m:r>
        <m:r>
          <m:t>-</m:t>
        </m:r>
        <m:r>
          <m:t>1</m:t>
        </m:r>
        <m:r>
          <m:t>(</m:t>
        </m:r>
        <m:r>
          <m:t>2</m:t>
        </m:r>
        <m:r>
          <m:t>)</m:t>
        </m:r>
        <m:r>
          <m:t>=</m:t>
        </m:r>
        <m:r>
          <m:t>1</m:t>
        </m:r>
        <m:r>
          <m:t>2</m:t>
        </m:r>
        <m:r>
          <m:t>-</m:t>
        </m:r>
        <m:r>
          <m:t>2</m:t>
        </m:r>
        <m:r>
          <m:t>=</m:t>
        </m:r>
        <m:r>
          <m:t>1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Luas bayangan </w:t>
      </w:r>
      <m:oMath>
        <m:r>
          <m:t>L</m:t>
        </m:r>
        <m:r>
          <m:t>'</m:t>
        </m:r>
        <m:r>
          <m:t>=</m:t>
        </m:r>
        <m:r>
          <m:t>|</m:t>
        </m:r>
        <m:r>
          <m:t>det</m:t>
        </m:r>
        <m:r>
          <m:t>(</m:t>
        </m:r>
        <m:r>
          <m:t>M</m:t>
        </m:r>
        <m:r>
          <m:t>)</m:t>
        </m:r>
        <m:r>
          <m:t>|</m:t>
        </m:r>
        <m:r>
          <m:t>×</m:t>
        </m:r>
        <m:r>
          <m:t>L</m:t>
        </m:r>
        <m:r>
          <m:t>=</m:t>
        </m:r>
        <m:r>
          <m:t>1</m:t>
        </m:r>
        <m:r>
          <m:t>0</m:t>
        </m:r>
        <m:r>
          <m:t>×</m:t>
        </m:r>
        <m:r>
          <m:t>1</m:t>
        </m:r>
        <m:r>
          <m:t>2</m:t>
        </m:r>
        <m:r>
          <m:t>=</m:t>
        </m:r>
        <m:r>
          <m:t>1</m:t>
        </m:r>
        <m:r>
          <m:t>2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satuan luas.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Titik </w:t>
      </w:r>
      <m:oMath>
        <m:r>
          <m:t>P</m:t>
        </m:r>
        <m:r>
          <m:t>(</m:t>
        </m:r>
        <m:r>
          <m:t>-</m:t>
        </m:r>
        <m:r>
          <m:t>1</m:t>
        </m:r>
        <m:r>
          <m:t>,</m:t>
        </m:r>
        <m:r>
          <m:t>4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didilatasi dengan pusat </w:t>
      </w:r>
      <m:oMath>
        <m:r>
          <m:t>C</m:t>
        </m:r>
        <m:r>
          <m:t>(</m:t>
        </m:r>
        <m:r>
          <m:t>2</m:t>
        </m:r>
        <m:r>
          <m:t>,</m:t>
        </m:r>
        <m:r>
          <m:t>1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faktor skala </w:t>
      </w:r>
      <m:oMath>
        <m:r>
          <m:t>k</m:t>
        </m:r>
        <m:r>
          <m:t>=</m:t>
        </m:r>
        <m:r>
          <m:t>3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Koordinat titik bayangan </w:t>
      </w:r>
      <m:oMath>
        <m:r>
          <m:t>P</m:t>
        </m:r>
        <m:r>
          <m:t>'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-</m:t>
        </m:r>
        <m:r>
          <m:t>7</m:t>
        </m:r>
        <m:r>
          <m:t>,</m:t>
        </m:r>
        <m:r>
          <m:t>1</m:t>
        </m:r>
        <m:r>
          <m:t>0</m:t>
        </m:r>
        <m:r>
          <m:t>)</m:t>
        </m:r>
      </m:oMath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-</m:t>
        </m:r>
        <m:r>
          <m:t>5</m:t>
        </m:r>
        <m:r>
          <m:t>,</m:t>
        </m:r>
        <m:r>
          <m:t>9</m:t>
        </m:r>
        <m:r>
          <m:t>)</m:t>
        </m:r>
      </m:oMath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-</m:t>
        </m:r>
        <m:r>
          <m:t>7</m:t>
        </m:r>
        <m:r>
          <m:t>,</m:t>
        </m:r>
        <m:r>
          <m:t>9</m:t>
        </m:r>
        <m:r>
          <m:t>)</m:t>
        </m:r>
      </m:oMath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-</m:t>
        </m:r>
        <m:r>
          <m:t>5</m:t>
        </m:r>
        <m:r>
          <m:t>,</m:t>
        </m:r>
        <m:r>
          <m:t>1</m:t>
        </m:r>
        <m:r>
          <m:t>0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x</m:t>
        </m:r>
        <m:r>
          <m:t>'</m:t>
        </m:r>
        <m:r>
          <m:t>=</m:t>
        </m:r>
        <m:r>
          <m:t>k</m:t>
        </m:r>
        <m:r>
          <m:t>(</m:t>
        </m:r>
        <m:r>
          <m:t>x</m:t>
        </m:r>
        <m:r>
          <m:t>-</m:t>
        </m:r>
        <m:r>
          <m:t>a</m:t>
        </m:r>
        <m:r>
          <m:t>)</m:t>
        </m:r>
        <m:r>
          <m:t>+</m:t>
        </m:r>
        <m:r>
          <m:t>a</m:t>
        </m:r>
        <m:r>
          <m:t>=</m:t>
        </m:r>
        <m:r>
          <m:t>3</m:t>
        </m:r>
        <m:r>
          <m:t>(</m:t>
        </m:r>
        <m:r>
          <m:t>-</m:t>
        </m:r>
        <m:r>
          <m:t>1</m:t>
        </m:r>
        <m:r>
          <m:t>-</m:t>
        </m:r>
        <m:r>
          <m:t>2</m:t>
        </m:r>
        <m:r>
          <m:t>)</m:t>
        </m:r>
        <m:r>
          <m:t>+</m:t>
        </m:r>
        <m:r>
          <m:t>2</m:t>
        </m:r>
        <m:r>
          <m:t>=</m:t>
        </m:r>
        <m:r>
          <m:t>3</m:t>
        </m:r>
        <m:r>
          <m:t>(</m:t>
        </m:r>
        <m:r>
          <m:t>-</m:t>
        </m:r>
        <m:r>
          <m:t>3</m:t>
        </m:r>
        <m:r>
          <m:t>)</m:t>
        </m:r>
        <m:r>
          <m:t>+</m:t>
        </m:r>
        <m:r>
          <m:t>2</m:t>
        </m:r>
        <m:r>
          <m:t>=</m:t>
        </m:r>
        <m:r>
          <m:t>-</m:t>
        </m:r>
        <m:r>
          <m:t>7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y</m:t>
        </m:r>
        <m:r>
          <m:t>'</m:t>
        </m:r>
        <m:r>
          <m:t>=</m:t>
        </m:r>
        <m:r>
          <m:t>k</m:t>
        </m:r>
        <m:r>
          <m:t>(</m:t>
        </m:r>
        <m:r>
          <m:t>y</m:t>
        </m:r>
        <m:r>
          <m:t>-</m:t>
        </m:r>
        <m:r>
          <m:t>b</m:t>
        </m:r>
        <m:r>
          <m:t>)</m:t>
        </m:r>
        <m:r>
          <m:t>+</m:t>
        </m:r>
        <m:r>
          <m:t>b</m:t>
        </m:r>
        <m:r>
          <m:t>=</m:t>
        </m:r>
        <m:r>
          <m:t>3</m:t>
        </m:r>
        <m:r>
          <m:t>(</m:t>
        </m:r>
        <m:r>
          <m:t>4</m:t>
        </m:r>
        <m:r>
          <m:t>-</m:t>
        </m:r>
        <m:r>
          <m:t>1</m:t>
        </m:r>
        <m:r>
          <m:t>)</m:t>
        </m:r>
        <m:r>
          <m:t>+</m:t>
        </m:r>
        <m:r>
          <m:t>1</m:t>
        </m:r>
        <m:r>
          <m:t>=</m:t>
        </m:r>
        <m:r>
          <m:t>3</m:t>
        </m:r>
        <m:r>
          <m:t>(</m:t>
        </m:r>
        <m:r>
          <m:t>3</m:t>
        </m:r>
        <m:r>
          <m:t>)</m:t>
        </m:r>
        <m:r>
          <m:t>+</m:t>
        </m:r>
        <m:r>
          <m:t>1</m:t>
        </m:r>
        <m:r>
          <m:t>=</m:t>
        </m:r>
        <m:r>
          <m:t>1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Jadi </w:t>
      </w:r>
      <m:oMath>
        <m:r>
          <m:t>P</m:t>
        </m:r>
        <m:r>
          <m:t>'</m:t>
        </m:r>
        <m:r>
          <m:t>(</m:t>
        </m:r>
        <m:r>
          <m:t>-</m:t>
        </m:r>
        <m:r>
          <m:t>7</m:t>
        </m:r>
        <m:r>
          <m:t>,</m:t>
        </m:r>
        <m:r>
          <m:t>1</m:t>
        </m:r>
        <m:r>
          <m:t>0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Matriks transformasi tunggal yang setara dengan refleksi terhadap sumbu-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dilanjutkan rotasi </w:t>
      </w:r>
      <m:oMath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terhadap pusat </w:t>
      </w:r>
      <m:oMath>
        <m:r>
          <m:t>O</m:t>
        </m:r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d>
          <m:dPr>
            <m:begChr m:val="("/>
            <m:endChr m:val=")"/>
          </m:dPr>
          <m:e>
            <m:m>
              <m:mr>
                <m:e>
                  <m:r>
                    <m:t>-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</w:p>
    <w:p>
      <w:pPr>
        <w:spacing w:before="0" w:after="20"/>
        <w:ind w:left="576"/>
      </w:pPr>
      <m:oMath>
        <m:d>
          <m:dPr>
            <m:begChr m:val="("/>
            <m:endChr m:val=")"/>
          </m:dPr>
          <m:e>
            <m:m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</m:m>
          </m:e>
        </m:d>
      </m:oMath>
    </w:p>
    <w:p>
      <w:pPr>
        <w:spacing w:before="0" w:after="20"/>
        <w:ind w:left="576"/>
      </w:pPr>
      <m:oMath>
        <m:d>
          <m:dPr>
            <m:begChr m:val="("/>
            <m:endChr m:val=")"/>
          </m:dPr>
          <m:e>
            <m:m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  <m:mr>
                <m:e>
                  <m:r>
                    <m:t>-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</w:p>
    <w:p>
      <w:pPr>
        <w:spacing w:before="0" w:after="20"/>
        <w:ind w:left="576"/>
      </w:pPr>
      <m:oMath>
        <m:d>
          <m:dPr>
            <m:begChr m:val="("/>
            <m:endChr m:val=")"/>
          </m:dPr>
          <m:e>
            <m:m>
              <m:mr>
                <m:e>
                  <m:r>
                    <m:t>-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</m:m>
          </m:e>
        </m:d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</m:m>
          </m:e>
        </m:d>
      </m:oMath>
      <w:r>
        <w:rPr>
          <w:rFonts w:ascii="Calibri" w:hAnsi="Calibri"/>
          <w:b w:val="0"/>
          <w:i/>
          <w:color w:val="64748B"/>
          <w:sz w:val="17"/>
        </w:rPr>
        <w:t xml:space="preserve"> (refleksi sumbu-X). </w:t>
      </w:r>
      <m:oMath>
        <m:sSub>
          <m:e>
            <m:r>
              <m:t>M</m:t>
            </m:r>
          </m:e>
          <m:sub>
            <m:r>
              <m:t>2</m:t>
            </m:r>
          </m:sub>
        </m:sSub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-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</m:m>
          </m:e>
        </m:d>
      </m:oMath>
      <w:r>
        <w:rPr>
          <w:rFonts w:ascii="Calibri" w:hAnsi="Calibri"/>
          <w:b w:val="0"/>
          <w:i/>
          <w:color w:val="64748B"/>
          <w:sz w:val="17"/>
        </w:rPr>
        <w:t xml:space="preserve"> (rotasi </w:t>
      </w:r>
      <m:oMath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). Matriks komposisi </w:t>
      </w:r>
      <m:oMath>
        <m:r>
          <m:t>M</m:t>
        </m:r>
        <m:r>
          <m:t>=</m:t>
        </m:r>
        <m:sSub>
          <m:e>
            <m:r>
              <m:t>M</m:t>
            </m:r>
          </m:e>
          <m:sub>
            <m:r>
              <m:t>2</m:t>
            </m:r>
          </m:sub>
        </m:sSub>
        <m:sSub>
          <m:e>
            <m:r>
              <m:t>M</m:t>
            </m:r>
          </m:e>
          <m:sub>
            <m:r>
              <m:t>1</m:t>
            </m:r>
          </m:sub>
        </m:sSub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-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</m:m>
          </m:e>
        </m:d>
        <m:d>
          <m:dPr>
            <m:begChr m:val="("/>
            <m:endChr m:val=")"/>
          </m:dPr>
          <m:e>
            <m:m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-</m:t>
                  </m:r>
                  <m:r>
                    <m:t>1</m:t>
                  </m:r>
                </m:e>
              </m:mr>
            </m:m>
          </m:e>
        </m:d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-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3: Transformasi Geometri Analitik Berbasis Matriks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Translasi dan Matriks Perpindahan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bayangan titik, garis, dan kurva parabola akibat pergeseran vektor </w:t>
      </w:r>
      <m:oMath>
        <m:r>
          <m:t>T</m:t>
        </m:r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Refleksi dan Matriks Pencerminan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matriks refleksi terhadap sumbu koordinat, garis </w:t>
      </w:r>
      <m:oMath>
        <m:r>
          <m:t>y</m:t>
        </m:r>
        <m:r>
          <m:t>=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y</m:t>
        </m:r>
        <m:r>
          <m:t>=</m:t>
        </m:r>
        <m:r>
          <m:t>-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</w:t>
      </w:r>
      <m:oMath>
        <m:r>
          <m:t>x</m:t>
        </m:r>
        <m:r>
          <m:t>=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, dan </w:t>
      </w:r>
      <m:oMath>
        <m:r>
          <m:t>y</m:t>
        </m:r>
        <m:r>
          <m:t>=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Rotasi dan Dilatasi Berbasis Matriks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bayangan objek oleh rotasi </w:t>
      </w:r>
      <m:oMath>
        <m:r>
          <m:t>R</m:t>
        </m:r>
        <m:r>
          <m:t>(</m:t>
        </m:r>
        <m:r>
          <m:t>P</m:t>
        </m:r>
        <m:r>
          <m:t>,</m:t>
        </m:r>
        <m:r>
          <m:t>θ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dilatasi </w:t>
      </w:r>
      <m:oMath>
        <m:r>
          <m:t>[</m:t>
        </m:r>
        <m:r>
          <m:t>P</m:t>
        </m:r>
        <m:r>
          <m:t>,</m:t>
        </m:r>
        <m:r>
          <m:t>k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dengan titik pusat </w:t>
      </w:r>
      <m:oMath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Komposisi Transformasi dan Transformasi Luas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transformasi majemuk dan menghitung luas bangun geometri baru menggunakan nilai mutlak determinan matriks.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Transformasi geometri mengkaji pemindahan posisi, perubahan arah hadap, dan perbesaran skala objek pada bidang koordinat Cartesius. Pendekatan aljabar linier memungkinkan setiap operasi geometri direpresentasikan dalam bentuk matriks transformasi.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Refleksi terhadap garis </w:t>
      </w:r>
      <m:oMath>
        <m:r>
          <m:t>y</m:t>
        </m:r>
        <m:r>
          <m:t>=</m:t>
        </m:r>
        <m:r>
          <m:t>m</m:t>
        </m:r>
        <m:r>
          <m:t>x</m:t>
        </m:r>
        <m:r>
          <m:t>+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rotasi dengan sudut </w:t>
      </w:r>
      <m:oMath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terhadap pusat </w:t>
      </w:r>
      <m:oMath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dan dilatasi faktor skala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dirumuskan secara terpadu melalui koordinat homogen atau matriks aditif-multiplikatif. Komposisi transformasi berurutan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t>°</m:t>
        </m:r>
        <m:sSub>
          <m:e>
            <m:r>
              <m:t>T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setara dengan perkalian matriks </w:t>
      </w:r>
      <m:oMath>
        <m:sSub>
          <m:e>
            <m:r>
              <m:t>M</m:t>
            </m:r>
          </m:e>
          <m:sub>
            <m:r>
              <m:t>2</m:t>
            </m:r>
          </m:sub>
        </m:sSub>
        <m:r>
          <m:t>·</m:t>
        </m:r>
        <m:sSub>
          <m:e>
            <m:r>
              <m:t>M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Determinan matriks transformasi merefleksikan perubahan luas bangun geometri yang ditransformasikan (</w:t>
      </w:r>
      <m:oMath>
        <m:r>
          <m:t>L</m:t>
        </m:r>
        <m:r>
          <m:t>'</m:t>
        </m:r>
        <m:r>
          <m:t>=</m:t>
        </m:r>
        <m:r>
          <m:t>|</m:t>
        </m:r>
        <m:r>
          <m:t>det</m:t>
        </m:r>
        <m:r>
          <m:t>(</m:t>
        </m:r>
        <m:r>
          <m:t>M</m:t>
        </m:r>
        <m:r>
          <m:t>)</m:t>
        </m:r>
        <m:r>
          <m:t>|</m:t>
        </m:r>
        <m:r>
          <m:t>×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9"/>
        </w:rPr>
        <w:t>). Pemahaman ini mendasari algoritma rendering grafika komputer 2D/3D dan animasi digital.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Matriks Rotasi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Matriks orthogonal </w:t>
            </w:r>
            <m:oMath>
              <m:r>
                <m:t>M</m:t>
              </m:r>
              <m:r>
                <m:t>=</m:t>
              </m:r>
              <m:d>
                <m:dPr>
                  <m:begChr m:val="("/>
                  <m:endChr m:val=")"/>
                </m:dPr>
                <m:e>
                  <m:m>
                    <m:mr>
                      <m:e>
                        <m:r>
                          <m:t>cos </m:t>
                        </m:r>
                        <m:r>
                          <m:t>θ</m:t>
                        </m:r>
                      </m:e>
                      <m:e>
                        <m:r>
                          <m:t>-</m:t>
                        </m:r>
                        <m:r>
                          <m:t>sin </m:t>
                        </m:r>
                        <m:r>
                          <m:t>θ</m:t>
                        </m:r>
                      </m:e>
                    </m:mr>
                    <m:mr>
                      <m:e>
                        <m:r>
                          <m:t>sin </m:t>
                        </m:r>
                        <m:r>
                          <m:t>θ</m:t>
                        </m:r>
                      </m:e>
                      <m:e>
                        <m:r>
                          <m:t>cos </m:t>
                        </m:r>
                        <m:r>
                          <m:t>θ</m:t>
                        </m:r>
                      </m:e>
                    </m:mr>
                  </m:m>
                </m:e>
              </m:d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yang memutar titik sebesar sudut </w:t>
            </w:r>
            <m:oMath>
              <m:r>
                <m:t>θ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terhadap pusat origin.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Dilatasi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geometri yang mengubah ukuran objek (memperbesar atau memperkecil) dengan faktor skala tertentu tanpa mengubah bentuknya.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Komposisi Transformasi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Penerapan dua atau lebih transformasi geometri secara berurutan terhadap suatu objek.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Faktor Pengali Luas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mutlak determinan matriks transformasi (</w:t>
            </w:r>
            <m:oMath>
              <m:r>
                <m:t>|</m:t>
              </m:r>
              <m:r>
                <m:t>det</m:t>
              </m:r>
              <m:r>
                <m:t>(</m:t>
              </m:r>
              <m:r>
                <m:t>M</m:t>
              </m:r>
              <m:r>
                <m:t>)</m:t>
              </m:r>
              <m:r>
                <m:t>|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yang menyatakan perbandingan luas daerah bayangan terhadap luas awal.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Invarian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atau besaran geometris (seperti panjang garis pada isometri) yang nilainya tetap tidak berubah setelah dikenai transformasi.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