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TINGKAT LANJUT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 Tingkat Lanjut</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20 JP (5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Matriks dan Sistem Persamaan Linear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melakukan operasi aljabar matriks dan menganalisis sifat-sifat komputasi matriks.</w:t>
      </w:r>
    </w:p>
    <w:p>
      <w:pPr>
        <w:pStyle w:val="ListNumber"/>
      </w:pPr>
      <w:r>
        <w:rPr>
          <w:rFonts w:ascii="Calibri" w:hAnsi="Calibri"/>
          <w:b w:val="0"/>
          <w:i w:val="0"/>
          <w:color w:val="000000"/>
          <w:sz w:val="19"/>
        </w:rPr>
        <w:t>Peserta didik mampu menentukan nilai determinan dan invers matriks ordo 2x2 dan 3x3.</w:t>
      </w:r>
    </w:p>
    <w:p>
      <w:pPr>
        <w:pStyle w:val="ListNumber"/>
      </w:pPr>
      <w:r>
        <w:rPr>
          <w:rFonts w:ascii="Calibri" w:hAnsi="Calibri"/>
          <w:b w:val="0"/>
          <w:i w:val="0"/>
          <w:color w:val="000000"/>
          <w:sz w:val="19"/>
        </w:rPr>
        <w:t>Peserta didik mampu memodelkan dan menyelesaikan sistem persamaan linear menggunakan metode matriks.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Konsep dasar matriks, kesamaan matriks, operasi penjumlahan, perkalian skalar dan matriks, determinan, invers matriks ordo 2x2 dan 3x3, serta penerapan aturan Cramer dan invers dalam SPLDV/SPLTV.</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Notasi, Ordo, dan Operasi Aljabar Matriks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transpose, menjumlahkan, mengurangkan, dan mengalikan matriks dengan memperhatikan kesesuaian ordo.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Determinan Matriks Ordo 2x2 dan 3x3</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determinan matriks menggunakan metode Sarrus dan ekspansi kofaktor Laplace.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Invers Matriks dan Sifat-sifatnya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Menentukan matriks adjoin dan rumus invers matriks non-singular serta memeriksa sifat </w:t>
      </w:r>
      <m:oMath>
        <m:r>
          <m:t>(</m:t>
        </m:r>
        <m:r>
          <m:t>A</m:t>
        </m:r>
        <m:r>
          <m:t>B</m:t>
        </m:r>
        <m:sSup>
          <m:e>
            <m:r>
              <m:t>)</m:t>
            </m:r>
          </m:e>
          <m:sup>
            <m:r>
              <m:t>-</m:t>
            </m:r>
            <m:r>
              <m:t>1</m:t>
            </m:r>
          </m:sup>
        </m:sSup>
        <m:r>
          <m:t>=</m:t>
        </m:r>
        <m:sSup>
          <m:e>
            <m:r>
              <m:t>B</m:t>
            </m:r>
          </m:e>
          <m:sup>
            <m:r>
              <m:t>-</m:t>
            </m:r>
            <m:r>
              <m:t>1</m:t>
            </m:r>
          </m:sup>
        </m:sSup>
        <m:sSup>
          <m:e>
            <m:r>
              <m:t>A</m:t>
            </m:r>
          </m:e>
          <m:sup>
            <m:r>
              <m:t>-</m:t>
            </m:r>
            <m:r>
              <m:t>1</m:t>
            </m:r>
          </m:sup>
        </m:sSup>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Penyelesaian Sistem Persamaan Linear dengan Matriks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metode matriks invers dan Aturan Cramer pada penyelesaian SPLDV dan SPLTV kontekstual.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Diketahui matriks </w:t>
      </w:r>
      <m:oMath>
        <m:r>
          <m:t>A</m:t>
        </m:r>
        <m:r>
          <m:t>=</m:t>
        </m:r>
        <m:d>
          <m:dPr>
            <m:begChr m:val="("/>
            <m:endChr m:val=")"/>
          </m:dPr>
          <m:e>
            <m:m>
              <m:mr>
                <m:e>
                  <m:r>
                    <m:t>2</m:t>
                  </m:r>
                </m:e>
                <m:e>
                  <m:r>
                    <m:t>3</m:t>
                  </m:r>
                </m:e>
              </m:mr>
              <m:mr>
                <m:e>
                  <m:r>
                    <m:t>1</m:t>
                  </m:r>
                </m:e>
                <m:e>
                  <m:r>
                    <m:t>4</m:t>
                  </m:r>
                </m:e>
              </m:mr>
            </m:m>
          </m:e>
        </m:d>
      </m:oMath>
      <w:r>
        <w:rPr>
          <w:rFonts w:ascii="Calibri" w:hAnsi="Calibri"/>
          <w:b w:val="0"/>
          <w:i w:val="0"/>
          <w:color w:val="000000"/>
          <w:sz w:val="19"/>
        </w:rPr>
        <w:t xml:space="preserve"> dan </w:t>
      </w:r>
      <m:oMath>
        <m:r>
          <m:t>B</m:t>
        </m:r>
        <m:r>
          <m:t>=</m:t>
        </m:r>
        <m:d>
          <m:dPr>
            <m:begChr m:val="("/>
            <m:endChr m:val=")"/>
          </m:dPr>
          <m:e>
            <m:m>
              <m:mr>
                <m:e>
                  <m:r>
                    <m:t>1</m:t>
                  </m:r>
                </m:e>
                <m:e>
                  <m:r>
                    <m:t>0</m:t>
                  </m:r>
                </m:e>
              </m:mr>
              <m:mr>
                <m:e>
                  <m:r>
                    <m:t>-</m:t>
                  </m:r>
                  <m:r>
                    <m:t>2</m:t>
                  </m:r>
                </m:e>
                <m:e>
                  <m:r>
                    <m:t>5</m:t>
                  </m:r>
                </m:e>
              </m:mr>
            </m:m>
          </m:e>
        </m:d>
      </m:oMath>
      <w:r>
        <w:rPr>
          <w:rFonts w:ascii="Calibri" w:hAnsi="Calibri"/>
          <w:b w:val="0"/>
          <w:i w:val="0"/>
          <w:color w:val="000000"/>
          <w:sz w:val="19"/>
        </w:rPr>
        <w:t xml:space="preserve">. Hasil perkalian matriks </w:t>
      </w:r>
      <m:oMath>
        <m:r>
          <m:t>A</m:t>
        </m:r>
        <m:r>
          <m:t>·</m:t>
        </m:r>
        <m:r>
          <m:t>B</m:t>
        </m:r>
      </m:oMath>
      <w:r>
        <w:rPr>
          <w:rFonts w:ascii="Calibri" w:hAnsi="Calibri"/>
          <w:b w:val="0"/>
          <w:i w:val="0"/>
          <w:color w:val="000000"/>
          <w:sz w:val="19"/>
        </w:rPr>
        <w:t xml:space="preserve"> adalah...</w:t>
      </w:r>
    </w:p>
    <w:p>
      <w:pPr>
        <w:spacing w:before="0" w:after="20"/>
        <w:ind w:left="576"/>
      </w:pPr>
      <m:oMath>
        <m:d>
          <m:dPr>
            <m:begChr m:val="("/>
            <m:endChr m:val=")"/>
          </m:dPr>
          <m:e>
            <m:m>
              <m:mr>
                <m:e>
                  <m:r>
                    <m:t>-</m:t>
                  </m:r>
                  <m:r>
                    <m:t>4</m:t>
                  </m:r>
                </m:e>
                <m:e>
                  <m:r>
                    <m:t>1</m:t>
                  </m:r>
                  <m:r>
                    <m:t>5</m:t>
                  </m:r>
                </m:e>
              </m:mr>
              <m:mr>
                <m:e>
                  <m:r>
                    <m:t>-</m:t>
                  </m:r>
                  <m:r>
                    <m:t>7</m:t>
                  </m:r>
                </m:e>
                <m:e>
                  <m:r>
                    <m:t>2</m:t>
                  </m:r>
                  <m:r>
                    <m:t>0</m:t>
                  </m:r>
                </m:e>
              </m:mr>
            </m:m>
          </m:e>
        </m:d>
      </m:oMath>
    </w:p>
    <w:p>
      <w:pPr>
        <w:spacing w:before="0" w:after="20"/>
        <w:ind w:left="576"/>
      </w:pPr>
      <m:oMath>
        <m:d>
          <m:dPr>
            <m:begChr m:val="("/>
            <m:endChr m:val=")"/>
          </m:dPr>
          <m:e>
            <m:m>
              <m:mr>
                <m:e>
                  <m:r>
                    <m:t>2</m:t>
                  </m:r>
                </m:e>
                <m:e>
                  <m:r>
                    <m:t>0</m:t>
                  </m:r>
                </m:e>
              </m:mr>
              <m:mr>
                <m:e>
                  <m:r>
                    <m:t>-</m:t>
                  </m:r>
                  <m:r>
                    <m:t>2</m:t>
                  </m:r>
                </m:e>
                <m:e>
                  <m:r>
                    <m:t>2</m:t>
                  </m:r>
                  <m:r>
                    <m:t>0</m:t>
                  </m:r>
                </m:e>
              </m:mr>
            </m:m>
          </m:e>
        </m:d>
      </m:oMath>
    </w:p>
    <w:p>
      <w:pPr>
        <w:spacing w:before="0" w:after="20"/>
        <w:ind w:left="576"/>
      </w:pPr>
      <m:oMath>
        <m:d>
          <m:dPr>
            <m:begChr m:val="("/>
            <m:endChr m:val=")"/>
          </m:dPr>
          <m:e>
            <m:m>
              <m:mr>
                <m:e>
                  <m:r>
                    <m:t>4</m:t>
                  </m:r>
                </m:e>
                <m:e>
                  <m:r>
                    <m:t>1</m:t>
                  </m:r>
                  <m:r>
                    <m:t>5</m:t>
                  </m:r>
                </m:e>
              </m:mr>
              <m:mr>
                <m:e>
                  <m:r>
                    <m:t>-</m:t>
                  </m:r>
                  <m:r>
                    <m:t>7</m:t>
                  </m:r>
                </m:e>
                <m:e>
                  <m:r>
                    <m:t>2</m:t>
                  </m:r>
                  <m:r>
                    <m:t>0</m:t>
                  </m:r>
                </m:e>
              </m:mr>
            </m:m>
          </m:e>
        </m:d>
      </m:oMath>
    </w:p>
    <w:p>
      <w:pPr>
        <w:spacing w:before="0" w:after="20"/>
        <w:ind w:left="576"/>
      </w:pPr>
      <m:oMath>
        <m:d>
          <m:dPr>
            <m:begChr m:val="("/>
            <m:endChr m:val=")"/>
          </m:dPr>
          <m:e>
            <m:m>
              <m:mr>
                <m:e>
                  <m:r>
                    <m:t>-</m:t>
                  </m:r>
                  <m:r>
                    <m:t>4</m:t>
                  </m:r>
                </m:e>
                <m:e>
                  <m:r>
                    <m:t>1</m:t>
                  </m:r>
                  <m:r>
                    <m:t>5</m:t>
                  </m:r>
                </m:e>
              </m:mr>
              <m:mr>
                <m:e>
                  <m:r>
                    <m:t>7</m:t>
                  </m:r>
                </m:e>
                <m:e>
                  <m:r>
                    <m:t>2</m:t>
                  </m:r>
                  <m:r>
                    <m:t>0</m:t>
                  </m:r>
                </m:e>
              </m:mr>
            </m:m>
          </m:e>
        </m:d>
      </m:oMath>
    </w:p>
    <w:p>
      <w:pPr>
        <w:spacing w:before="20" w:after="80"/>
        <w:ind w:left="576"/>
      </w:pPr>
      <w:r>
        <w:rPr>
          <w:rFonts w:ascii="Calibri" w:hAnsi="Calibri"/>
          <w:i/>
          <w:color w:val="64748B"/>
          <w:sz w:val="17"/>
        </w:rPr>
        <w:t xml:space="preserve">Kunci Jawaban: A — Pembahasan: </w:t>
      </w:r>
      <m:oMath>
        <m:r>
          <m:t>A</m:t>
        </m:r>
        <m:r>
          <m:t>B</m:t>
        </m:r>
        <m:r>
          <m:t>=</m:t>
        </m:r>
        <m:d>
          <m:dPr>
            <m:begChr m:val="("/>
            <m:endChr m:val=")"/>
          </m:dPr>
          <m:e>
            <m:m>
              <m:mr>
                <m:e>
                  <m:r>
                    <m:t>2</m:t>
                  </m:r>
                  <m:r>
                    <m:t>(</m:t>
                  </m:r>
                  <m:r>
                    <m:t>1</m:t>
                  </m:r>
                  <m:r>
                    <m:t>)</m:t>
                  </m:r>
                  <m:r>
                    <m:t>+</m:t>
                  </m:r>
                  <m:r>
                    <m:t>3</m:t>
                  </m:r>
                  <m:r>
                    <m:t>(</m:t>
                  </m:r>
                  <m:r>
                    <m:t>-</m:t>
                  </m:r>
                  <m:r>
                    <m:t>2</m:t>
                  </m:r>
                  <m:r>
                    <m:t>)</m:t>
                  </m:r>
                </m:e>
                <m:e>
                  <m:r>
                    <m:t>2</m:t>
                  </m:r>
                  <m:r>
                    <m:t>(</m:t>
                  </m:r>
                  <m:r>
                    <m:t>0</m:t>
                  </m:r>
                  <m:r>
                    <m:t>)</m:t>
                  </m:r>
                  <m:r>
                    <m:t>+</m:t>
                  </m:r>
                  <m:r>
                    <m:t>3</m:t>
                  </m:r>
                  <m:r>
                    <m:t>(</m:t>
                  </m:r>
                  <m:r>
                    <m:t>5</m:t>
                  </m:r>
                  <m:r>
                    <m:t>)</m:t>
                  </m:r>
                </m:e>
              </m:mr>
              <m:mr>
                <m:e>
                  <m:r>
                    <m:t>1</m:t>
                  </m:r>
                  <m:r>
                    <m:t>(</m:t>
                  </m:r>
                  <m:r>
                    <m:t>1</m:t>
                  </m:r>
                  <m:r>
                    <m:t>)</m:t>
                  </m:r>
                  <m:r>
                    <m:t>+</m:t>
                  </m:r>
                  <m:r>
                    <m:t>4</m:t>
                  </m:r>
                  <m:r>
                    <m:t>(</m:t>
                  </m:r>
                  <m:r>
                    <m:t>-</m:t>
                  </m:r>
                  <m:r>
                    <m:t>2</m:t>
                  </m:r>
                  <m:r>
                    <m:t>)</m:t>
                  </m:r>
                </m:e>
                <m:e>
                  <m:r>
                    <m:t>1</m:t>
                  </m:r>
                  <m:r>
                    <m:t>(</m:t>
                  </m:r>
                  <m:r>
                    <m:t>0</m:t>
                  </m:r>
                  <m:r>
                    <m:t>)</m:t>
                  </m:r>
                  <m:r>
                    <m:t>+</m:t>
                  </m:r>
                  <m:r>
                    <m:t>4</m:t>
                  </m:r>
                  <m:r>
                    <m:t>(</m:t>
                  </m:r>
                  <m:r>
                    <m:t>5</m:t>
                  </m:r>
                  <m:r>
                    <m:t>)</m:t>
                  </m:r>
                </m:e>
              </m:mr>
            </m:m>
          </m:e>
        </m:d>
        <m:r>
          <m:t>=</m:t>
        </m:r>
        <m:d>
          <m:dPr>
            <m:begChr m:val="("/>
            <m:endChr m:val=")"/>
          </m:dPr>
          <m:e>
            <m:m>
              <m:mr>
                <m:e>
                  <m:r>
                    <m:t>2</m:t>
                  </m:r>
                  <m:r>
                    <m:t>-</m:t>
                  </m:r>
                  <m:r>
                    <m:t>6</m:t>
                  </m:r>
                </m:e>
                <m:e>
                  <m:r>
                    <m:t>0</m:t>
                  </m:r>
                  <m:r>
                    <m:t>+</m:t>
                  </m:r>
                  <m:r>
                    <m:t>1</m:t>
                  </m:r>
                  <m:r>
                    <m:t>5</m:t>
                  </m:r>
                </m:e>
              </m:mr>
              <m:mr>
                <m:e>
                  <m:r>
                    <m:t>1</m:t>
                  </m:r>
                  <m:r>
                    <m:t>-</m:t>
                  </m:r>
                  <m:r>
                    <m:t>8</m:t>
                  </m:r>
                </m:e>
                <m:e>
                  <m:r>
                    <m:t>0</m:t>
                  </m:r>
                  <m:r>
                    <m:t>+</m:t>
                  </m:r>
                  <m:r>
                    <m:t>2</m:t>
                  </m:r>
                  <m:r>
                    <m:t>0</m:t>
                  </m:r>
                </m:e>
              </m:mr>
            </m:m>
          </m:e>
        </m:d>
        <m:r>
          <m:t>=</m:t>
        </m:r>
        <m:d>
          <m:dPr>
            <m:begChr m:val="("/>
            <m:endChr m:val=")"/>
          </m:dPr>
          <m:e>
            <m:m>
              <m:mr>
                <m:e>
                  <m:r>
                    <m:t>-</m:t>
                  </m:r>
                  <m:r>
                    <m:t>4</m:t>
                  </m:r>
                </m:e>
                <m:e>
                  <m:r>
                    <m:t>1</m:t>
                  </m:r>
                  <m:r>
                    <m:t>5</m:t>
                  </m:r>
                </m:e>
              </m:mr>
              <m:mr>
                <m:e>
                  <m:r>
                    <m:t>-</m:t>
                  </m:r>
                  <m:r>
                    <m:t>7</m:t>
                  </m:r>
                </m:e>
                <m:e>
                  <m:r>
                    <m:t>2</m:t>
                  </m:r>
                  <m:r>
                    <m:t>0</m:t>
                  </m:r>
                </m:e>
              </m:mr>
            </m:m>
          </m:e>
        </m:d>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Determinan dari matriks </w:t>
      </w:r>
      <m:oMath>
        <m:r>
          <m:t>M</m:t>
        </m:r>
        <m:r>
          <m:t>=</m:t>
        </m:r>
        <m:d>
          <m:dPr>
            <m:begChr m:val="("/>
            <m:endChr m:val=")"/>
          </m:dPr>
          <m:e>
            <m:m>
              <m:mr>
                <m:e>
                  <m:r>
                    <m:t>3</m:t>
                  </m:r>
                </m:e>
                <m:e>
                  <m:r>
                    <m:t>-</m:t>
                  </m:r>
                  <m:r>
                    <m:t>1</m:t>
                  </m:r>
                </m:e>
                <m:e>
                  <m:r>
                    <m:t>2</m:t>
                  </m:r>
                </m:e>
              </m:mr>
              <m:mr>
                <m:e>
                  <m:r>
                    <m:t>0</m:t>
                  </m:r>
                </m:e>
                <m:e>
                  <m:r>
                    <m:t>4</m:t>
                  </m:r>
                </m:e>
                <m:e>
                  <m:r>
                    <m:t>1</m:t>
                  </m:r>
                </m:e>
              </m:mr>
              <m:mr>
                <m:e>
                  <m:r>
                    <m:t>2</m:t>
                  </m:r>
                </m:e>
                <m:e>
                  <m:r>
                    <m:t>1</m:t>
                  </m:r>
                </m:e>
                <m:e>
                  <m:r>
                    <m:t>3</m:t>
                  </m:r>
                </m:e>
              </m:mr>
            </m:m>
          </m:e>
        </m:d>
      </m:oMath>
      <w:r>
        <w:rPr>
          <w:rFonts w:ascii="Calibri" w:hAnsi="Calibri"/>
          <w:b w:val="0"/>
          <w:i w:val="0"/>
          <w:color w:val="000000"/>
          <w:sz w:val="19"/>
        </w:rPr>
        <w:t xml:space="preserve"> adalah...</w:t>
      </w:r>
    </w:p>
    <w:p>
      <w:pPr>
        <w:spacing w:before="0" w:after="20"/>
        <w:ind w:left="576"/>
      </w:pPr>
      <w:r>
        <w:rPr>
          <w:rFonts w:ascii="Calibri" w:hAnsi="Calibri"/>
          <w:b w:val="0"/>
          <w:i w:val="0"/>
          <w:color w:val="000000"/>
          <w:sz w:val="18"/>
        </w:rPr>
        <w:t>15</w:t>
      </w:r>
    </w:p>
    <w:p>
      <w:pPr>
        <w:spacing w:before="0" w:after="20"/>
        <w:ind w:left="576"/>
      </w:pPr>
      <w:r>
        <w:rPr>
          <w:rFonts w:ascii="Calibri" w:hAnsi="Calibri"/>
          <w:b w:val="0"/>
          <w:i w:val="0"/>
          <w:color w:val="000000"/>
          <w:sz w:val="18"/>
        </w:rPr>
        <w:t>19</w:t>
      </w:r>
    </w:p>
    <w:p>
      <w:pPr>
        <w:spacing w:before="0" w:after="20"/>
        <w:ind w:left="576"/>
      </w:pPr>
      <w:r>
        <w:rPr>
          <w:rFonts w:ascii="Calibri" w:hAnsi="Calibri"/>
          <w:b w:val="0"/>
          <w:i w:val="0"/>
          <w:color w:val="000000"/>
          <w:sz w:val="18"/>
        </w:rPr>
        <w:t>23</w:t>
      </w:r>
    </w:p>
    <w:p>
      <w:pPr>
        <w:spacing w:before="0" w:after="20"/>
        <w:ind w:left="576"/>
      </w:pPr>
      <w:r>
        <w:rPr>
          <w:rFonts w:ascii="Calibri" w:hAnsi="Calibri"/>
          <w:b w:val="0"/>
          <w:i w:val="0"/>
          <w:color w:val="000000"/>
          <w:sz w:val="18"/>
        </w:rPr>
        <w:t>27</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Menggunakan metode Sarrus: </w:t>
      </w:r>
      <m:oMath>
        <m:r>
          <m:t>det</m:t>
        </m:r>
        <m:r>
          <m:t>(</m:t>
        </m:r>
        <m:r>
          <m:t>M</m:t>
        </m:r>
        <m:r>
          <m:t>)</m:t>
        </m:r>
        <m:r>
          <m:t>=</m:t>
        </m:r>
        <m:r>
          <m:t>[</m:t>
        </m:r>
        <m:r>
          <m:t>3</m:t>
        </m:r>
        <m:r>
          <m:t>(</m:t>
        </m:r>
        <m:r>
          <m:t>4</m:t>
        </m:r>
        <m:r>
          <m:t>)</m:t>
        </m:r>
        <m:r>
          <m:t>(</m:t>
        </m:r>
        <m:r>
          <m:t>3</m:t>
        </m:r>
        <m:r>
          <m:t>)</m:t>
        </m:r>
        <m:r>
          <m:t>+</m:t>
        </m:r>
        <m:r>
          <m:t>(</m:t>
        </m:r>
        <m:r>
          <m:t>-</m:t>
        </m:r>
        <m:r>
          <m:t>1</m:t>
        </m:r>
        <m:r>
          <m:t>)</m:t>
        </m:r>
        <m:r>
          <m:t>(</m:t>
        </m:r>
        <m:r>
          <m:t>1</m:t>
        </m:r>
        <m:r>
          <m:t>)</m:t>
        </m:r>
        <m:r>
          <m:t>(</m:t>
        </m:r>
        <m:r>
          <m:t>2</m:t>
        </m:r>
        <m:r>
          <m:t>)</m:t>
        </m:r>
        <m:r>
          <m:t>+</m:t>
        </m:r>
        <m:r>
          <m:t>2</m:t>
        </m:r>
        <m:r>
          <m:t>(</m:t>
        </m:r>
        <m:r>
          <m:t>0</m:t>
        </m:r>
        <m:r>
          <m:t>)</m:t>
        </m:r>
        <m:r>
          <m:t>(</m:t>
        </m:r>
        <m:r>
          <m:t>1</m:t>
        </m:r>
        <m:r>
          <m:t>)</m:t>
        </m:r>
        <m:r>
          <m:t>]</m:t>
        </m:r>
        <m:r>
          <m:t>-</m:t>
        </m:r>
        <m:r>
          <m:t>[</m:t>
        </m:r>
        <m:r>
          <m:t>2</m:t>
        </m:r>
        <m:r>
          <m:t>(</m:t>
        </m:r>
        <m:r>
          <m:t>4</m:t>
        </m:r>
        <m:r>
          <m:t>)</m:t>
        </m:r>
        <m:r>
          <m:t>(</m:t>
        </m:r>
        <m:r>
          <m:t>2</m:t>
        </m:r>
        <m:r>
          <m:t>)</m:t>
        </m:r>
        <m:r>
          <m:t>+</m:t>
        </m:r>
        <m:r>
          <m:t>1</m:t>
        </m:r>
        <m:r>
          <m:t>(</m:t>
        </m:r>
        <m:r>
          <m:t>1</m:t>
        </m:r>
        <m:r>
          <m:t>)</m:t>
        </m:r>
        <m:r>
          <m:t>(</m:t>
        </m:r>
        <m:r>
          <m:t>3</m:t>
        </m:r>
        <m:r>
          <m:t>)</m:t>
        </m:r>
        <m:r>
          <m:t>+</m:t>
        </m:r>
        <m:r>
          <m:t>3</m:t>
        </m:r>
        <m:r>
          <m:t>(</m:t>
        </m:r>
        <m:r>
          <m:t>0</m:t>
        </m:r>
        <m:r>
          <m:t>)</m:t>
        </m:r>
        <m:r>
          <m:t>(</m:t>
        </m:r>
        <m:r>
          <m:t>-</m:t>
        </m:r>
        <m:r>
          <m:t>1</m:t>
        </m:r>
        <m:r>
          <m:t>)</m:t>
        </m:r>
        <m:r>
          <m:t>]</m:t>
        </m:r>
        <m:r>
          <m:t>=</m:t>
        </m:r>
        <m:r>
          <m:t>[</m:t>
        </m:r>
        <m:r>
          <m:t>3</m:t>
        </m:r>
        <m:r>
          <m:t>6</m:t>
        </m:r>
        <m:r>
          <m:t>-</m:t>
        </m:r>
        <m:r>
          <m:t>2</m:t>
        </m:r>
        <m:r>
          <m:t>+</m:t>
        </m:r>
        <m:r>
          <m:t>0</m:t>
        </m:r>
        <m:r>
          <m:t>]</m:t>
        </m:r>
        <m:r>
          <m:t>-</m:t>
        </m:r>
        <m:r>
          <m:t>[</m:t>
        </m:r>
        <m:r>
          <m:t>1</m:t>
        </m:r>
        <m:r>
          <m:t>6</m:t>
        </m:r>
        <m:r>
          <m:t>+</m:t>
        </m:r>
        <m:r>
          <m:t>3</m:t>
        </m:r>
        <m:r>
          <m:t>+</m:t>
        </m:r>
        <m:r>
          <m:t>0</m:t>
        </m:r>
        <m:r>
          <m:t>]</m:t>
        </m:r>
        <m:r>
          <m:t>=</m:t>
        </m:r>
        <m:r>
          <m:t>3</m:t>
        </m:r>
        <m:r>
          <m:t>4</m:t>
        </m:r>
        <m:r>
          <m:t>-</m:t>
        </m:r>
        <m:r>
          <m:t>1</m:t>
        </m:r>
        <m:r>
          <m:t>9</m:t>
        </m:r>
        <m:r>
          <m:t>=</m:t>
        </m:r>
        <m:r>
          <m:t>1</m:t>
        </m:r>
        <m:r>
          <m:t>5</m:t>
        </m:r>
      </m:oMath>
      <w:r>
        <w:rPr>
          <w:rFonts w:ascii="Calibri" w:hAnsi="Calibri"/>
          <w:b w:val="0"/>
          <w:i/>
          <w:color w:val="64748B"/>
          <w:sz w:val="17"/>
        </w:rPr>
        <w:t xml:space="preserve">. (Koreksi perhitungan: </w:t>
      </w:r>
      <m:oMath>
        <m:r>
          <m:t>[</m:t>
        </m:r>
        <m:r>
          <m:t>3</m:t>
        </m:r>
        <m:r>
          <m:t>6</m:t>
        </m:r>
        <m:r>
          <m:t>-</m:t>
        </m:r>
        <m:r>
          <m:t>2</m:t>
        </m:r>
        <m:r>
          <m:t>+</m:t>
        </m:r>
        <m:r>
          <m:t>0</m:t>
        </m:r>
        <m:r>
          <m:t>]</m:t>
        </m:r>
        <m:r>
          <m:t>-</m:t>
        </m:r>
        <m:r>
          <m:t>[</m:t>
        </m:r>
        <m:r>
          <m:t>1</m:t>
        </m:r>
        <m:r>
          <m:t>6</m:t>
        </m:r>
        <m:r>
          <m:t>+</m:t>
        </m:r>
        <m:r>
          <m:t>3</m:t>
        </m:r>
        <m:r>
          <m:t>+</m:t>
        </m:r>
        <m:r>
          <m:t>0</m:t>
        </m:r>
        <m:r>
          <m:t>]</m:t>
        </m:r>
        <m:r>
          <m:t>=</m:t>
        </m:r>
        <m:r>
          <m:t>3</m:t>
        </m:r>
        <m:r>
          <m:t>4</m:t>
        </m:r>
        <m:r>
          <m:t>-</m:t>
        </m:r>
        <m:r>
          <m:t>1</m:t>
        </m:r>
        <m:r>
          <m:t>9</m:t>
        </m:r>
        <m:r>
          <m:t>=</m:t>
        </m:r>
        <m:r>
          <m:t>1</m:t>
        </m:r>
        <m:r>
          <m:t>5</m:t>
        </m:r>
      </m:oMath>
      <w:r>
        <w:rPr>
          <w:rFonts w:ascii="Calibri" w:hAnsi="Calibri"/>
          <w:b w:val="0"/>
          <w:i/>
          <w:color w:val="64748B"/>
          <w:sz w:val="17"/>
        </w:rPr>
        <w:t>). Maka determinannya adalah 15 (Opsi A).</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Invers dari matriks </w:t>
      </w:r>
      <m:oMath>
        <m:r>
          <m:t>A</m:t>
        </m:r>
        <m:r>
          <m:t>=</m:t>
        </m:r>
        <m:d>
          <m:dPr>
            <m:begChr m:val="("/>
            <m:endChr m:val=")"/>
          </m:dPr>
          <m:e>
            <m:m>
              <m:mr>
                <m:e>
                  <m:r>
                    <m:t>4</m:t>
                  </m:r>
                </m:e>
                <m:e>
                  <m:r>
                    <m:t>7</m:t>
                  </m:r>
                </m:e>
              </m:mr>
              <m:mr>
                <m:e>
                  <m:r>
                    <m:t>1</m:t>
                  </m:r>
                </m:e>
                <m:e>
                  <m:r>
                    <m:t>2</m:t>
                  </m:r>
                </m:e>
              </m:mr>
            </m:m>
          </m:e>
        </m:d>
      </m:oMath>
      <w:r>
        <w:rPr>
          <w:rFonts w:ascii="Calibri" w:hAnsi="Calibri"/>
          <w:b w:val="0"/>
          <w:i w:val="0"/>
          <w:color w:val="000000"/>
          <w:sz w:val="19"/>
        </w:rPr>
        <w:t xml:space="preserve"> adalah...</w:t>
      </w:r>
    </w:p>
    <w:p>
      <w:pPr>
        <w:spacing w:before="0" w:after="20"/>
        <w:ind w:left="576"/>
      </w:pPr>
      <m:oMath>
        <m:d>
          <m:dPr>
            <m:begChr m:val="("/>
            <m:endChr m:val=")"/>
          </m:dPr>
          <m:e>
            <m:m>
              <m:mr>
                <m:e>
                  <m:r>
                    <m:t>2</m:t>
                  </m:r>
                </m:e>
                <m:e>
                  <m:r>
                    <m:t>-</m:t>
                  </m:r>
                  <m:r>
                    <m:t>7</m:t>
                  </m:r>
                </m:e>
              </m:mr>
              <m:mr>
                <m:e>
                  <m:r>
                    <m:t>-</m:t>
                  </m:r>
                  <m:r>
                    <m:t>1</m:t>
                  </m:r>
                </m:e>
                <m:e>
                  <m:r>
                    <m:t>4</m:t>
                  </m:r>
                </m:e>
              </m:mr>
            </m:m>
          </m:e>
        </m:d>
      </m:oMath>
    </w:p>
    <w:p>
      <w:pPr>
        <w:spacing w:before="0" w:after="20"/>
        <w:ind w:left="576"/>
      </w:pPr>
      <m:oMath>
        <m:d>
          <m:dPr>
            <m:begChr m:val="("/>
            <m:endChr m:val=")"/>
          </m:dPr>
          <m:e>
            <m:m>
              <m:mr>
                <m:e>
                  <m:r>
                    <m:t>-</m:t>
                  </m:r>
                  <m:r>
                    <m:t>2</m:t>
                  </m:r>
                </m:e>
                <m:e>
                  <m:r>
                    <m:t>7</m:t>
                  </m:r>
                </m:e>
              </m:mr>
              <m:mr>
                <m:e>
                  <m:r>
                    <m:t>1</m:t>
                  </m:r>
                </m:e>
                <m:e>
                  <m:r>
                    <m:t>-</m:t>
                  </m:r>
                  <m:r>
                    <m:t>4</m:t>
                  </m:r>
                </m:e>
              </m:mr>
            </m:m>
          </m:e>
        </m:d>
      </m:oMath>
    </w:p>
    <w:p>
      <w:pPr>
        <w:spacing w:before="0" w:after="20"/>
        <w:ind w:left="576"/>
      </w:pPr>
      <m:oMath>
        <m:d>
          <m:dPr>
            <m:begChr m:val="("/>
            <m:endChr m:val=")"/>
          </m:dPr>
          <m:e>
            <m:m>
              <m:mr>
                <m:e>
                  <m:r>
                    <m:t>4</m:t>
                  </m:r>
                </m:e>
                <m:e>
                  <m:r>
                    <m:t>-</m:t>
                  </m:r>
                  <m:r>
                    <m:t>1</m:t>
                  </m:r>
                </m:e>
              </m:mr>
              <m:mr>
                <m:e>
                  <m:r>
                    <m:t>-</m:t>
                  </m:r>
                  <m:r>
                    <m:t>7</m:t>
                  </m:r>
                </m:e>
                <m:e>
                  <m:r>
                    <m:t>2</m:t>
                  </m:r>
                </m:e>
              </m:mr>
            </m:m>
          </m:e>
        </m:d>
      </m:oMath>
    </w:p>
    <w:p>
      <w:pPr>
        <w:spacing w:before="0" w:after="20"/>
        <w:ind w:left="576"/>
      </w:pPr>
      <m:oMath>
        <m:d>
          <m:dPr>
            <m:begChr m:val="("/>
            <m:endChr m:val=")"/>
          </m:dPr>
          <m:e>
            <m:m>
              <m:mr>
                <m:e>
                  <m:r>
                    <m:t>2</m:t>
                  </m:r>
                </m:e>
                <m:e>
                  <m:r>
                    <m:t>7</m:t>
                  </m:r>
                </m:e>
              </m:mr>
              <m:mr>
                <m:e>
                  <m:r>
                    <m:t>1</m:t>
                  </m:r>
                </m:e>
                <m:e>
                  <m:r>
                    <m:t>4</m:t>
                  </m:r>
                </m:e>
              </m:mr>
            </m:m>
          </m:e>
        </m:d>
      </m:oMath>
    </w:p>
    <w:p>
      <w:pPr>
        <w:spacing w:before="20" w:after="80"/>
        <w:ind w:left="576"/>
      </w:pPr>
      <w:r>
        <w:rPr>
          <w:rFonts w:ascii="Calibri" w:hAnsi="Calibri"/>
          <w:i/>
          <w:color w:val="64748B"/>
          <w:sz w:val="17"/>
        </w:rPr>
        <w:t xml:space="preserve">Kunci Jawaban: A — Pembahasan: </w:t>
      </w:r>
      <m:oMath>
        <m:r>
          <m:t>det</m:t>
        </m:r>
        <m:r>
          <m:t>(</m:t>
        </m:r>
        <m:r>
          <m:t>A</m:t>
        </m:r>
        <m:r>
          <m:t>)</m:t>
        </m:r>
        <m:r>
          <m:t>=</m:t>
        </m:r>
        <m:r>
          <m:t>4</m:t>
        </m:r>
        <m:r>
          <m:t>(</m:t>
        </m:r>
        <m:r>
          <m:t>2</m:t>
        </m:r>
        <m:r>
          <m:t>)</m:t>
        </m:r>
        <m:r>
          <m:t>-</m:t>
        </m:r>
        <m:r>
          <m:t>7</m:t>
        </m:r>
        <m:r>
          <m:t>(</m:t>
        </m:r>
        <m:r>
          <m:t>1</m:t>
        </m:r>
        <m:r>
          <m:t>)</m:t>
        </m:r>
        <m:r>
          <m:t>=</m:t>
        </m:r>
        <m:r>
          <m:t>8</m:t>
        </m:r>
        <m:r>
          <m:t>-</m:t>
        </m:r>
        <m:r>
          <m:t>7</m:t>
        </m:r>
        <m:r>
          <m:t>=</m:t>
        </m:r>
        <m:r>
          <m:t>1</m:t>
        </m:r>
      </m:oMath>
      <w:r>
        <w:rPr>
          <w:rFonts w:ascii="Calibri" w:hAnsi="Calibri"/>
          <w:b w:val="0"/>
          <w:i/>
          <w:color w:val="64748B"/>
          <w:sz w:val="17"/>
        </w:rPr>
        <w:t xml:space="preserve">. Invers </w:t>
      </w:r>
      <m:oMath>
        <m:sSup>
          <m:e>
            <m:r>
              <m:t>A</m:t>
            </m:r>
          </m:e>
          <m:sup>
            <m:r>
              <m:t>-</m:t>
            </m:r>
            <m:r>
              <m:t>1</m:t>
            </m:r>
          </m:sup>
        </m:sSup>
        <m:r>
          <m:t>=</m:t>
        </m:r>
        <m:f>
          <m:fPr>
            <m:type m:val="bar"/>
          </m:fPr>
          <m:num>
            <m:r>
              <m:t>1</m:t>
            </m:r>
          </m:num>
          <m:den>
            <m:r>
              <m:t>1</m:t>
            </m:r>
          </m:den>
        </m:f>
        <m:d>
          <m:dPr>
            <m:begChr m:val="("/>
            <m:endChr m:val=")"/>
          </m:dPr>
          <m:e>
            <m:m>
              <m:mr>
                <m:e>
                  <m:r>
                    <m:t>2</m:t>
                  </m:r>
                </m:e>
                <m:e>
                  <m:r>
                    <m:t>-</m:t>
                  </m:r>
                  <m:r>
                    <m:t>7</m:t>
                  </m:r>
                </m:e>
              </m:mr>
              <m:mr>
                <m:e>
                  <m:r>
                    <m:t>-</m:t>
                  </m:r>
                  <m:r>
                    <m:t>1</m:t>
                  </m:r>
                </m:e>
                <m:e>
                  <m:r>
                    <m:t>4</m:t>
                  </m:r>
                </m:e>
              </m:mr>
            </m:m>
          </m:e>
        </m:d>
        <m:r>
          <m:t>=</m:t>
        </m:r>
        <m:d>
          <m:dPr>
            <m:begChr m:val="("/>
            <m:endChr m:val=")"/>
          </m:dPr>
          <m:e>
            <m:m>
              <m:mr>
                <m:e>
                  <m:r>
                    <m:t>2</m:t>
                  </m:r>
                </m:e>
                <m:e>
                  <m:r>
                    <m:t>-</m:t>
                  </m:r>
                  <m:r>
                    <m:t>7</m:t>
                  </m:r>
                </m:e>
              </m:mr>
              <m:mr>
                <m:e>
                  <m:r>
                    <m:t>-</m:t>
                  </m:r>
                  <m:r>
                    <m:t>1</m:t>
                  </m:r>
                </m:e>
                <m:e>
                  <m:r>
                    <m:t>4</m:t>
                  </m:r>
                </m:e>
              </m:mr>
            </m:m>
          </m:e>
        </m:d>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Jika matriks </w:t>
      </w:r>
      <m:oMath>
        <m:r>
          <m:t>P</m:t>
        </m:r>
        <m:r>
          <m:t>=</m:t>
        </m:r>
        <m:d>
          <m:dPr>
            <m:begChr m:val="("/>
            <m:endChr m:val=")"/>
          </m:dPr>
          <m:e>
            <m:m>
              <m:mr>
                <m:e>
                  <m:r>
                    <m:t>2</m:t>
                  </m:r>
                  <m:r>
                    <m:t>x</m:t>
                  </m:r>
                </m:e>
                <m:e>
                  <m:r>
                    <m:t>4</m:t>
                  </m:r>
                </m:e>
              </m:mr>
              <m:mr>
                <m:e>
                  <m:r>
                    <m:t>3</m:t>
                  </m:r>
                </m:e>
                <m:e>
                  <m:r>
                    <m:t>x</m:t>
                  </m:r>
                  <m:r>
                    <m:t>+</m:t>
                  </m:r>
                  <m:r>
                    <m:t>1</m:t>
                  </m:r>
                </m:e>
              </m:mr>
            </m:m>
          </m:e>
        </m:d>
      </m:oMath>
      <w:r>
        <w:rPr>
          <w:rFonts w:ascii="Calibri" w:hAnsi="Calibri"/>
          <w:b w:val="0"/>
          <w:i w:val="0"/>
          <w:color w:val="000000"/>
          <w:sz w:val="19"/>
        </w:rPr>
        <w:t xml:space="preserve"> bernilai singular, maka nilai-nilai </w:t>
      </w:r>
      <m:oMath>
        <m:r>
          <m:t>x</m:t>
        </m:r>
      </m:oMath>
      <w:r>
        <w:rPr>
          <w:rFonts w:ascii="Calibri" w:hAnsi="Calibri"/>
          <w:b w:val="0"/>
          <w:i w:val="0"/>
          <w:color w:val="000000"/>
          <w:sz w:val="19"/>
        </w:rPr>
        <w:t xml:space="preserve"> yang memenuhi adalah...</w:t>
      </w:r>
    </w:p>
    <w:p>
      <w:pPr>
        <w:spacing w:before="0" w:after="20"/>
        <w:ind w:left="576"/>
      </w:pPr>
      <m:oMath>
        <m:r>
          <m:t>x</m:t>
        </m:r>
        <m:r>
          <m:t>=</m:t>
        </m:r>
        <m:r>
          <m:t>2</m:t>
        </m:r>
      </m:oMath>
      <w:r>
        <w:rPr>
          <w:rFonts w:ascii="Calibri" w:hAnsi="Calibri"/>
          <w:b w:val="0"/>
          <w:i w:val="0"/>
          <w:color w:val="000000"/>
          <w:sz w:val="18"/>
        </w:rPr>
        <w:t xml:space="preserve"> atau </w:t>
      </w:r>
      <m:oMath>
        <m:r>
          <m:t>x</m:t>
        </m:r>
        <m:r>
          <m:t>=</m:t>
        </m:r>
        <m:r>
          <m:t>-</m:t>
        </m:r>
        <m:r>
          <m:t>3</m:t>
        </m:r>
      </m:oMath>
    </w:p>
    <w:p>
      <w:pPr>
        <w:spacing w:before="0" w:after="20"/>
        <w:ind w:left="576"/>
      </w:pPr>
      <m:oMath>
        <m:r>
          <m:t>x</m:t>
        </m:r>
        <m:r>
          <m:t>=</m:t>
        </m:r>
        <m:r>
          <m:t>3</m:t>
        </m:r>
      </m:oMath>
      <w:r>
        <w:rPr>
          <w:rFonts w:ascii="Calibri" w:hAnsi="Calibri"/>
          <w:b w:val="0"/>
          <w:i w:val="0"/>
          <w:color w:val="000000"/>
          <w:sz w:val="18"/>
        </w:rPr>
        <w:t xml:space="preserve"> atau </w:t>
      </w:r>
      <m:oMath>
        <m:r>
          <m:t>x</m:t>
        </m:r>
        <m:r>
          <m:t>=</m:t>
        </m:r>
        <m:r>
          <m:t>-</m:t>
        </m:r>
        <m:r>
          <m:t>2</m:t>
        </m:r>
      </m:oMath>
    </w:p>
    <w:p>
      <w:pPr>
        <w:spacing w:before="0" w:after="20"/>
        <w:ind w:left="576"/>
      </w:pPr>
      <m:oMath>
        <m:r>
          <m:t>x</m:t>
        </m:r>
        <m:r>
          <m:t>=</m:t>
        </m:r>
        <m:r>
          <m:t>-</m:t>
        </m:r>
        <m:r>
          <m:t>3</m:t>
        </m:r>
      </m:oMath>
      <w:r>
        <w:rPr>
          <w:rFonts w:ascii="Calibri" w:hAnsi="Calibri"/>
          <w:b w:val="0"/>
          <w:i w:val="0"/>
          <w:color w:val="000000"/>
          <w:sz w:val="18"/>
        </w:rPr>
        <w:t xml:space="preserve"> atau </w:t>
      </w:r>
      <m:oMath>
        <m:r>
          <m:t>x</m:t>
        </m:r>
        <m:r>
          <m:t>=</m:t>
        </m:r>
        <m:r>
          <m:t>-</m:t>
        </m:r>
        <m:r>
          <m:t>2</m:t>
        </m:r>
      </m:oMath>
    </w:p>
    <w:p>
      <w:pPr>
        <w:spacing w:before="0" w:after="20"/>
        <w:ind w:left="576"/>
      </w:pPr>
      <m:oMath>
        <m:r>
          <m:t>x</m:t>
        </m:r>
        <m:r>
          <m:t>=</m:t>
        </m:r>
        <m:r>
          <m:t>3</m:t>
        </m:r>
      </m:oMath>
      <w:r>
        <w:rPr>
          <w:rFonts w:ascii="Calibri" w:hAnsi="Calibri"/>
          <w:b w:val="0"/>
          <w:i w:val="0"/>
          <w:color w:val="000000"/>
          <w:sz w:val="18"/>
        </w:rPr>
        <w:t xml:space="preserve"> atau </w:t>
      </w:r>
      <m:oMath>
        <m:r>
          <m:t>x</m:t>
        </m:r>
        <m:r>
          <m:t>=</m:t>
        </m:r>
        <m:r>
          <m:t>2</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Matriks singular memiliki </w:t>
      </w:r>
      <m:oMath>
        <m:r>
          <m:t>det</m:t>
        </m:r>
        <m:r>
          <m:t>(</m:t>
        </m:r>
        <m:r>
          <m:t>P</m:t>
        </m:r>
        <m:r>
          <m:t>)</m:t>
        </m:r>
        <m:r>
          <m:t>=</m:t>
        </m:r>
        <m:r>
          <m:t>0</m:t>
        </m:r>
        <m:r>
          <m:t>→</m:t>
        </m:r>
        <m:r>
          <m:t>2</m:t>
        </m:r>
        <m:r>
          <m:t>x</m:t>
        </m:r>
        <m:r>
          <m:t>(</m:t>
        </m:r>
        <m:r>
          <m:t>x</m:t>
        </m:r>
        <m:r>
          <m:t>+</m:t>
        </m:r>
        <m:r>
          <m:t>1</m:t>
        </m:r>
        <m:r>
          <m:t>)</m:t>
        </m:r>
        <m:r>
          <m:t>-</m:t>
        </m:r>
        <m:r>
          <m:t>1</m:t>
        </m:r>
        <m:r>
          <m:t>2</m:t>
        </m:r>
        <m:r>
          <m:t>=</m:t>
        </m:r>
        <m:r>
          <m:t>0</m:t>
        </m:r>
        <m:r>
          <m:t>→</m:t>
        </m:r>
        <m:r>
          <m:t>2</m:t>
        </m:r>
        <m:sSup>
          <m:e>
            <m:r>
              <m:t>x</m:t>
            </m:r>
          </m:e>
          <m:sup>
            <m:r>
              <m:t>2</m:t>
            </m:r>
          </m:sup>
        </m:sSup>
        <m:r>
          <m:t>+</m:t>
        </m:r>
        <m:r>
          <m:t>2</m:t>
        </m:r>
        <m:r>
          <m:t>x</m:t>
        </m:r>
        <m:r>
          <m:t>-</m:t>
        </m:r>
        <m:r>
          <m:t>1</m:t>
        </m:r>
        <m:r>
          <m:t>2</m:t>
        </m:r>
        <m:r>
          <m:t>=</m:t>
        </m:r>
        <m:r>
          <m:t>0</m:t>
        </m:r>
        <m:r>
          <m:t>→</m:t>
        </m:r>
        <m:sSup>
          <m:e>
            <m:r>
              <m:t>x</m:t>
            </m:r>
          </m:e>
          <m:sup>
            <m:r>
              <m:t>2</m:t>
            </m:r>
          </m:sup>
        </m:sSup>
        <m:r>
          <m:t>+</m:t>
        </m:r>
        <m:r>
          <m:t>x</m:t>
        </m:r>
        <m:r>
          <m:t>-</m:t>
        </m:r>
        <m:r>
          <m:t>6</m:t>
        </m:r>
        <m:r>
          <m:t>=</m:t>
        </m:r>
        <m:r>
          <m:t>0</m:t>
        </m:r>
        <m:r>
          <m:t>→</m:t>
        </m:r>
        <m:r>
          <m:t>(</m:t>
        </m:r>
        <m:r>
          <m:t>x</m:t>
        </m:r>
        <m:r>
          <m:t>+</m:t>
        </m:r>
        <m:r>
          <m:t>3</m:t>
        </m:r>
        <m:r>
          <m:t>)</m:t>
        </m:r>
        <m:r>
          <m:t>(</m:t>
        </m:r>
        <m:r>
          <m:t>x</m:t>
        </m:r>
        <m:r>
          <m:t>-</m:t>
        </m:r>
        <m:r>
          <m:t>2</m:t>
        </m:r>
        <m:r>
          <m:t>)</m:t>
        </m:r>
        <m:r>
          <m:t>=</m:t>
        </m:r>
        <m:r>
          <m:t>0</m:t>
        </m:r>
        <m:r>
          <m:t>→</m:t>
        </m:r>
        <m:r>
          <m:t>x</m:t>
        </m:r>
        <m:r>
          <m:t>=</m:t>
        </m:r>
        <m:r>
          <m:t>-</m:t>
        </m:r>
        <m:r>
          <m:t>3</m:t>
        </m:r>
      </m:oMath>
      <w:r>
        <w:rPr>
          <w:rFonts w:ascii="Calibri" w:hAnsi="Calibri"/>
          <w:b w:val="0"/>
          <w:i/>
          <w:color w:val="64748B"/>
          <w:sz w:val="17"/>
        </w:rPr>
        <w:t xml:space="preserve"> atau </w:t>
      </w:r>
      <m:oMath>
        <m:r>
          <m:t>x</m:t>
        </m:r>
        <m:r>
          <m:t>=</m:t>
        </m:r>
        <m:r>
          <m:t>2</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Diberikan SPLDV </w:t>
      </w:r>
      <m:oMath>
        <m:r>
          <m:t>2</m:t>
        </m:r>
        <m:r>
          <m:t>x</m:t>
        </m:r>
        <m:r>
          <m:t>+</m:t>
        </m:r>
        <m:r>
          <m:t>y</m:t>
        </m:r>
        <m:r>
          <m:t>=</m:t>
        </m:r>
        <m:r>
          <m:t>7</m:t>
        </m:r>
      </m:oMath>
      <w:r>
        <w:rPr>
          <w:rFonts w:ascii="Calibri" w:hAnsi="Calibri"/>
          <w:b w:val="0"/>
          <w:i w:val="0"/>
          <w:color w:val="000000"/>
          <w:sz w:val="19"/>
        </w:rPr>
        <w:t xml:space="preserve"> dan </w:t>
      </w:r>
      <m:oMath>
        <m:r>
          <m:t>x</m:t>
        </m:r>
        <m:r>
          <m:t>-</m:t>
        </m:r>
        <m:r>
          <m:t>3</m:t>
        </m:r>
        <m:r>
          <m:t>y</m:t>
        </m:r>
        <m:r>
          <m:t>=</m:t>
        </m:r>
        <m:r>
          <m:t>-</m:t>
        </m:r>
        <m:r>
          <m:t>7</m:t>
        </m:r>
      </m:oMath>
      <w:r>
        <w:rPr>
          <w:rFonts w:ascii="Calibri" w:hAnsi="Calibri"/>
          <w:b w:val="0"/>
          <w:i w:val="0"/>
          <w:color w:val="000000"/>
          <w:sz w:val="19"/>
        </w:rPr>
        <w:t xml:space="preserve">. Nilai </w:t>
      </w:r>
      <m:oMath>
        <m:r>
          <m:t>x</m:t>
        </m:r>
      </m:oMath>
      <w:r>
        <w:rPr>
          <w:rFonts w:ascii="Calibri" w:hAnsi="Calibri"/>
          <w:b w:val="0"/>
          <w:i w:val="0"/>
          <w:color w:val="000000"/>
          <w:sz w:val="19"/>
        </w:rPr>
        <w:t xml:space="preserve"> yang diperoleh dengan Aturan Cramer adalah...</w:t>
      </w:r>
    </w:p>
    <w:p>
      <w:pPr>
        <w:spacing w:before="0" w:after="20"/>
        <w:ind w:left="576"/>
      </w:pPr>
      <w:r>
        <w:rPr>
          <w:rFonts w:ascii="Calibri" w:hAnsi="Calibri"/>
          <w:b w:val="0"/>
          <w:i w:val="0"/>
          <w:color w:val="000000"/>
          <w:sz w:val="18"/>
        </w:rPr>
        <w:t>1</w:t>
      </w:r>
    </w:p>
    <w:p>
      <w:pPr>
        <w:spacing w:before="0" w:after="20"/>
        <w:ind w:left="576"/>
      </w:pPr>
      <w:r>
        <w:rPr>
          <w:rFonts w:ascii="Calibri" w:hAnsi="Calibri"/>
          <w:b w:val="0"/>
          <w:i w:val="0"/>
          <w:color w:val="000000"/>
          <w:sz w:val="18"/>
        </w:rPr>
        <w:t>2</w:t>
      </w:r>
    </w:p>
    <w:p>
      <w:pPr>
        <w:spacing w:before="0" w:after="20"/>
        <w:ind w:left="576"/>
      </w:pPr>
      <w:r>
        <w:rPr>
          <w:rFonts w:ascii="Calibri" w:hAnsi="Calibri"/>
          <w:b w:val="0"/>
          <w:i w:val="0"/>
          <w:color w:val="000000"/>
          <w:sz w:val="18"/>
        </w:rPr>
        <w:t>3</w:t>
      </w:r>
    </w:p>
    <w:p>
      <w:pPr>
        <w:spacing w:before="0" w:after="20"/>
        <w:ind w:left="576"/>
      </w:pPr>
      <w:r>
        <w:rPr>
          <w:rFonts w:ascii="Calibri" w:hAnsi="Calibri"/>
          <w:b w:val="0"/>
          <w:i w:val="0"/>
          <w:color w:val="000000"/>
          <w:sz w:val="18"/>
        </w:rPr>
        <w:t>4</w:t>
      </w:r>
    </w:p>
    <w:p>
      <w:pPr>
        <w:spacing w:before="20" w:after="80"/>
        <w:ind w:left="576"/>
      </w:pPr>
      <w:r>
        <w:rPr>
          <w:rFonts w:ascii="Calibri" w:hAnsi="Calibri"/>
          <w:i/>
          <w:color w:val="64748B"/>
          <w:sz w:val="17"/>
        </w:rPr>
        <w:t xml:space="preserve">Kunci Jawaban: B — Pembahasan: </w:t>
      </w:r>
      <m:oMath>
        <m:r>
          <m:t>D</m:t>
        </m:r>
        <m:r>
          <m:t>=</m:t>
        </m:r>
        <m:d>
          <m:dPr>
            <m:begChr m:val="|"/>
            <m:endChr m:val="|"/>
          </m:dPr>
          <m:e>
            <m:m>
              <m:mr>
                <m:e>
                  <m:r>
                    <m:t>2</m:t>
                  </m:r>
                </m:e>
                <m:e>
                  <m:r>
                    <m:t>1</m:t>
                  </m:r>
                </m:e>
              </m:mr>
              <m:mr>
                <m:e>
                  <m:r>
                    <m:t>1</m:t>
                  </m:r>
                </m:e>
                <m:e>
                  <m:r>
                    <m:t>-</m:t>
                  </m:r>
                  <m:r>
                    <m:t>3</m:t>
                  </m:r>
                </m:e>
              </m:mr>
            </m:m>
          </m:e>
        </m:d>
        <m:r>
          <m:t>=</m:t>
        </m:r>
        <m:r>
          <m:t>-</m:t>
        </m:r>
        <m:r>
          <m:t>6</m:t>
        </m:r>
        <m:r>
          <m:t>-</m:t>
        </m:r>
        <m:r>
          <m:t>1</m:t>
        </m:r>
        <m:r>
          <m:t>=</m:t>
        </m:r>
        <m:r>
          <m:t>-</m:t>
        </m:r>
        <m:r>
          <m:t>7</m:t>
        </m:r>
      </m:oMath>
      <w:r>
        <w:rPr>
          <w:rFonts w:ascii="Calibri" w:hAnsi="Calibri"/>
          <w:b w:val="0"/>
          <w:i/>
          <w:color w:val="64748B"/>
          <w:sz w:val="17"/>
        </w:rPr>
        <w:t xml:space="preserve">. </w:t>
      </w:r>
      <m:oMath>
        <m:sSub>
          <m:e>
            <m:r>
              <m:t>D</m:t>
            </m:r>
          </m:e>
          <m:sub>
            <m:r>
              <m:t>x</m:t>
            </m:r>
          </m:sub>
        </m:sSub>
        <m:r>
          <m:t>=</m:t>
        </m:r>
        <m:d>
          <m:dPr>
            <m:begChr m:val="|"/>
            <m:endChr m:val="|"/>
          </m:dPr>
          <m:e>
            <m:m>
              <m:mr>
                <m:e>
                  <m:r>
                    <m:t>7</m:t>
                  </m:r>
                </m:e>
                <m:e>
                  <m:r>
                    <m:t>1</m:t>
                  </m:r>
                </m:e>
              </m:mr>
              <m:mr>
                <m:e>
                  <m:r>
                    <m:t>-</m:t>
                  </m:r>
                  <m:r>
                    <m:t>7</m:t>
                  </m:r>
                </m:e>
                <m:e>
                  <m:r>
                    <m:t>-</m:t>
                  </m:r>
                  <m:r>
                    <m:t>3</m:t>
                  </m:r>
                </m:e>
              </m:mr>
            </m:m>
          </m:e>
        </m:d>
        <m:r>
          <m:t>=</m:t>
        </m:r>
        <m:r>
          <m:t>-</m:t>
        </m:r>
        <m:r>
          <m:t>2</m:t>
        </m:r>
        <m:r>
          <m:t>1</m:t>
        </m:r>
        <m:r>
          <m:t>-</m:t>
        </m:r>
        <m:r>
          <m:t>(</m:t>
        </m:r>
        <m:r>
          <m:t>-</m:t>
        </m:r>
        <m:r>
          <m:t>7</m:t>
        </m:r>
        <m:r>
          <m:t>)</m:t>
        </m:r>
        <m:r>
          <m:t>=</m:t>
        </m:r>
        <m:r>
          <m:t>-</m:t>
        </m:r>
        <m:r>
          <m:t>1</m:t>
        </m:r>
        <m:r>
          <m:t>4</m:t>
        </m:r>
      </m:oMath>
      <w:r>
        <w:rPr>
          <w:rFonts w:ascii="Calibri" w:hAnsi="Calibri"/>
          <w:b w:val="0"/>
          <w:i/>
          <w:color w:val="64748B"/>
          <w:sz w:val="17"/>
        </w:rPr>
        <w:t xml:space="preserve">. Nilai </w:t>
      </w:r>
      <m:oMath>
        <m:r>
          <m:t>x</m:t>
        </m:r>
        <m:r>
          <m:t>=</m:t>
        </m:r>
        <m:f>
          <m:fPr>
            <m:type m:val="bar"/>
          </m:fPr>
          <m:num>
            <m:sSub>
              <m:e>
                <m:r>
                  <m:t>D</m:t>
                </m:r>
              </m:e>
              <m:sub>
                <m:r>
                  <m:t>x</m:t>
                </m:r>
              </m:sub>
            </m:sSub>
          </m:num>
          <m:den>
            <m:r>
              <m:t>D</m:t>
            </m:r>
          </m:den>
        </m:f>
        <m:r>
          <m:t>=</m:t>
        </m:r>
        <m:f>
          <m:fPr>
            <m:type m:val="bar"/>
          </m:fPr>
          <m:num>
            <m:r>
              <m:t>-</m:t>
            </m:r>
            <m:r>
              <m:t>1</m:t>
            </m:r>
            <m:r>
              <m:t>4</m:t>
            </m:r>
          </m:num>
          <m:den>
            <m:r>
              <m:t>-</m:t>
            </m:r>
            <m:r>
              <m:t>7</m:t>
            </m:r>
          </m:den>
        </m:f>
        <m:r>
          <m:t>=</m:t>
        </m:r>
        <m:r>
          <m:t>2</m:t>
        </m:r>
      </m:oMath>
      <w:r>
        <w:rPr>
          <w:rFonts w:ascii="Calibri" w:hAnsi="Calibri"/>
          <w:b w:val="0"/>
          <w:i/>
          <w:color w:val="64748B"/>
          <w:sz w:val="17"/>
        </w:rPr>
        <w:t>.</w:t>
      </w:r>
    </w:p>
    <w:p>
      <w:r>
        <w:br w:type="page"/>
      </w:r>
    </w:p>
    <w:p>
      <w:pPr>
        <w:pStyle w:val="Title"/>
      </w:pPr>
      <w:r>
        <w:t>LEMBAR KERJA PESERTA DIDIK (LKPD)</w:t>
      </w:r>
    </w:p>
    <w:p>
      <w:pPr>
        <w:pStyle w:val="Subtitle"/>
      </w:pPr>
      <w:r>
        <w:t>Mata Pelajaran: Matematika Tingkat Lanjut • Bab 2: Matriks dan Sistem Persamaan Linear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Notasi, Ordo, dan Operasi Aljabar Matriks</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transpose, menjumlahkan, mengurangkan, dan mengalikan matriks dengan memperhatikan kesesuaian ordo.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Determinan Matriks Ordo 2x2 dan 3x3</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determinan matriks menggunakan metode Sarrus dan ekspansi kofaktor Laplace.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Invers Matriks dan Sifat-sifatnya</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Menentukan matriks adjoin dan rumus invers matriks non-singular serta memeriksa sifat </w:t>
      </w:r>
      <m:oMath>
        <m:r>
          <m:t>(</m:t>
        </m:r>
        <m:r>
          <m:t>A</m:t>
        </m:r>
        <m:r>
          <m:t>B</m:t>
        </m:r>
        <m:sSup>
          <m:e>
            <m:r>
              <m:t>)</m:t>
            </m:r>
          </m:e>
          <m:sup>
            <m:r>
              <m:t>-</m:t>
            </m:r>
            <m:r>
              <m:t>1</m:t>
            </m:r>
          </m:sup>
        </m:sSup>
        <m:r>
          <m:t>=</m:t>
        </m:r>
        <m:sSup>
          <m:e>
            <m:r>
              <m:t>B</m:t>
            </m:r>
          </m:e>
          <m:sup>
            <m:r>
              <m:t>-</m:t>
            </m:r>
            <m:r>
              <m:t>1</m:t>
            </m:r>
          </m:sup>
        </m:sSup>
        <m:sSup>
          <m:e>
            <m:r>
              <m:t>A</m:t>
            </m:r>
          </m:e>
          <m:sup>
            <m:r>
              <m:t>-</m:t>
            </m:r>
            <m:r>
              <m:t>1</m:t>
            </m:r>
          </m:sup>
        </m:sSup>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Penyelesaian Sistem Persamaan Linear dengan Matriks</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metode matriks invers dan Aturan Cramer pada penyelesaian SPLDV dan SPLTV kontekstual.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Matriks merupakan susunan bilangan dalam bentuk baris dan kolom yang terstruktur. Dalam era kecerdasan buatan dan pemrosesan data grafis, matriks merupakan struktur data fundamental untuk transformasi vektor dan sistem komputasi linear.</w:t>
      </w:r>
    </w:p>
    <w:p>
      <w:pPr>
        <w:spacing w:before="40" w:after="60" w:line="276" w:lineRule="auto"/>
      </w:pPr>
      <w:r>
        <w:rPr>
          <w:rFonts w:ascii="Calibri" w:hAnsi="Calibri"/>
          <w:b w:val="0"/>
          <w:i w:val="0"/>
          <w:color w:val="000000"/>
          <w:sz w:val="19"/>
        </w:rPr>
        <w:t>Operasi matriks meliputi penjumlahan, pengurangan, perkalian skalar, dan perkalian antarmatriks yang memiliki sifat asosiatif dan distributif namun tidak bersifat komutatif (</w:t>
      </w:r>
      <m:oMath>
        <m:r>
          <m:t>A</m:t>
        </m:r>
        <m:r>
          <m:t>B</m:t>
        </m:r>
        <m:r>
          <m:t>≠</m:t>
        </m:r>
        <m:r>
          <m:t>B</m:t>
        </m:r>
        <m:r>
          <m:t>A</m:t>
        </m:r>
      </m:oMath>
      <w:r>
        <w:rPr>
          <w:rFonts w:ascii="Calibri" w:hAnsi="Calibri"/>
          <w:b w:val="0"/>
          <w:i w:val="0"/>
          <w:color w:val="000000"/>
          <w:sz w:val="19"/>
        </w:rPr>
        <w:t>). Karakteristik penting seperti determinan merepresentasikan faktor skala transformasi area atau volume.</w:t>
      </w:r>
    </w:p>
    <w:p>
      <w:pPr>
        <w:spacing w:before="40" w:after="60" w:line="276" w:lineRule="auto"/>
      </w:pPr>
      <w:r>
        <w:rPr>
          <w:rFonts w:ascii="Calibri" w:hAnsi="Calibri"/>
          <w:b w:val="0"/>
          <w:i w:val="0"/>
          <w:color w:val="000000"/>
          <w:sz w:val="19"/>
        </w:rPr>
        <w:t xml:space="preserve">Invers matriks </w:t>
      </w:r>
      <m:oMath>
        <m:sSup>
          <m:e>
            <m:r>
              <m:t>A</m:t>
            </m:r>
          </m:e>
          <m:sup>
            <m:r>
              <m:t>-</m:t>
            </m:r>
            <m:r>
              <m:t>1</m:t>
            </m:r>
          </m:sup>
        </m:sSup>
      </m:oMath>
      <w:r>
        <w:rPr>
          <w:rFonts w:ascii="Calibri" w:hAnsi="Calibri"/>
          <w:b w:val="0"/>
          <w:i w:val="0"/>
          <w:color w:val="000000"/>
          <w:sz w:val="19"/>
        </w:rPr>
        <w:t xml:space="preserve"> memungkinkan penyelesaian persamaan matriks </w:t>
      </w:r>
      <m:oMath>
        <m:r>
          <m:t>A</m:t>
        </m:r>
        <m:r>
          <m:t>X</m:t>
        </m:r>
        <m:r>
          <m:t>=</m:t>
        </m:r>
        <m:r>
          <m:t>B</m:t>
        </m:r>
        <m:r>
          <m:t>iff</m:t>
        </m:r>
        <m:r>
          <m:t>X</m:t>
        </m:r>
        <m:r>
          <m:t>=</m:t>
        </m:r>
        <m:sSup>
          <m:e>
            <m:r>
              <m:t>A</m:t>
            </m:r>
          </m:e>
          <m:sup>
            <m:r>
              <m:t>-</m:t>
            </m:r>
            <m:r>
              <m:t>1</m:t>
            </m:r>
          </m:sup>
        </m:sSup>
        <m:r>
          <m:t>B</m:t>
        </m:r>
      </m:oMath>
      <w:r>
        <w:rPr>
          <w:rFonts w:ascii="Calibri" w:hAnsi="Calibri"/>
          <w:b w:val="0"/>
          <w:i w:val="0"/>
          <w:color w:val="000000"/>
          <w:sz w:val="19"/>
        </w:rPr>
        <w:t xml:space="preserve"> apabila </w:t>
      </w:r>
      <m:oMath>
        <m:r>
          <m:t>det</m:t>
        </m:r>
        <m:r>
          <m:t>(</m:t>
        </m:r>
        <m:r>
          <m:t>A</m:t>
        </m:r>
        <m:r>
          <m:t>)</m:t>
        </m:r>
        <m:r>
          <m:t>≠</m:t>
        </m:r>
        <m:r>
          <m:t>0</m:t>
        </m:r>
      </m:oMath>
      <w:r>
        <w:rPr>
          <w:rFonts w:ascii="Calibri" w:hAnsi="Calibri"/>
          <w:b w:val="0"/>
          <w:i w:val="0"/>
          <w:color w:val="000000"/>
          <w:sz w:val="19"/>
        </w:rPr>
        <w:t>. Metode eliminasi Gauss-Jordan dan Aturan Cramer melengkapi teknik penyelesaian sistem persamaan linear multi-variabel.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Matriks Singular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Matriks persegi yang memiliki nilai determinan sama dengan nol sehingga tidak memiliki matriks invers.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Transpose Matriks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Operasi penukaran elemen baris menjadi elemen kolom pada suatu matriks (</w:t>
            </w:r>
            <m:oMath>
              <m:sSup>
                <m:e>
                  <m:r>
                    <m:t>A</m:t>
                  </m:r>
                </m:e>
                <m:sup>
                  <m:r>
                    <m:t>T</m:t>
                  </m:r>
                </m:sup>
              </m:sSup>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Metode Sarrus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praktis perhitungan determinan matriks persegi ordo 3x3 melalui penjumlahan dan pengurangan hasil kali diagonal.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Matriks Identitas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Matriks persegi dengan elemen diagonal utama bernilai 1 dan elemen lainnya bernilai 0 (</w:t>
            </w:r>
            <m:oMath>
              <m:r>
                <m:t>I</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Aturan Cramer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penyelesaian sistem persamaan linear eksplisit menggunakan perbandingan rasio determinan matriks koefisien.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Tingkat Lanjut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