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 JP (5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Polinomial (Suku Banyak)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operasi aljabar pada polinomial dan menyederhanakan bentuk suku banyak.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metode Horner, Teorema Sisa, dan Teorema Faktor untuk menentukan hasil bagi, sisa, serta faktor polinomial.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akar-akar rasional persamaan polinomial dan menyelesaikan masalah kontekstual.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Konsep dasar polinomial, operasi aljabar suku banyak, pembagian bersusun dan metode Horner, Teorema Sisa, Teorema Faktor, serta penentuan akar-akar rasional persamaan polinomial.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Bentuk Umum dan Operasi Aljabar Polinomial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derajat, suku utama, koefisien, dan melakukan operasi penjumlahan, pengurangan, serta perkalian suku banyak.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Pembagian Polinomial dan Metode Horner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hasil bagi dan sisa pembagian polinomial menggunakan algoritma pembagian bersusun dan bagan Horner.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Teorema Sisa dan Teorema Faktor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Menganalisis sisa pembagian </w:t>
      </w:r>
      <m:oMath>
        <m:r>
          <m:t>P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oleh pembagi linear maupun kuadratik serta menguji faktor linear suku banyak.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Akar-Akar Persamaan Polinomial dan Teorema Vieta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himpunan akar real dan rasional serta menerapkan hubungan simetri akar-akar persamaan suku banyak.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polinomial </w:t>
      </w:r>
      <m:oMath>
        <m:r>
          <m:t>P</m:t>
        </m:r>
        <m:r>
          <m:t>(</m:t>
        </m:r>
        <m:r>
          <m:t>x</m:t>
        </m:r>
        <m:r>
          <m:t>)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8</m:t>
        </m:r>
        <m:r>
          <m:t>x</m:t>
        </m:r>
        <m:r>
          <m:t>-</m:t>
        </m:r>
        <m:r>
          <m:t>6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dibagi oleh </w:t>
      </w:r>
      <m:oMath>
        <m:r>
          <m:t>(</m:t>
        </m:r>
        <m:r>
          <m:t>x</m:t>
        </m:r>
        <m:r>
          <m:t>-</m:t>
        </m:r>
        <m:r>
          <m:t>2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 sisa pembagiannya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Berdasarkan Teorema Sisa, </w:t>
      </w:r>
      <m:oMath>
        <m:r>
          <m:t>S</m:t>
        </m:r>
        <m:r>
          <m:t>=</m:t>
        </m:r>
        <m:r>
          <m:t>P</m:t>
        </m:r>
        <m:r>
          <m:t>(</m:t>
        </m:r>
        <m:r>
          <m:t>2</m:t>
        </m:r>
        <m:r>
          <m:t>)</m:t>
        </m:r>
        <m:r>
          <m:t>=</m:t>
        </m:r>
        <m:r>
          <m:t>2</m:t>
        </m:r>
        <m:r>
          <m:t>(</m:t>
        </m:r>
        <m:r>
          <m:t>2</m:t>
        </m:r>
        <m:sSup>
          <m:e>
            <m:r>
              <m:t>)</m:t>
            </m:r>
          </m:e>
          <m:sup>
            <m:r>
              <m:t>3</m:t>
            </m:r>
          </m:sup>
        </m:sSup>
        <m:r>
          <m:t>-</m:t>
        </m:r>
        <m:r>
          <m:t>5</m:t>
        </m:r>
        <m:r>
          <m:t>(</m:t>
        </m:r>
        <m:r>
          <m:t>2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</m:t>
        </m:r>
        <m:r>
          <m:t>8</m:t>
        </m:r>
        <m:r>
          <m:t>(</m:t>
        </m:r>
        <m:r>
          <m:t>2</m:t>
        </m:r>
        <m:r>
          <m:t>)</m:t>
        </m:r>
        <m:r>
          <m:t>-</m:t>
        </m:r>
        <m:r>
          <m:t>6</m:t>
        </m:r>
        <m:r>
          <m:t>=</m:t>
        </m:r>
        <m:r>
          <m:t>2</m:t>
        </m:r>
        <m:r>
          <m:t>(</m:t>
        </m:r>
        <m:r>
          <m:t>8</m:t>
        </m:r>
        <m:r>
          <m:t>)</m:t>
        </m:r>
        <m:r>
          <m:t>-</m:t>
        </m:r>
        <m:r>
          <m:t>5</m:t>
        </m:r>
        <m:r>
          <m:t>(</m:t>
        </m:r>
        <m:r>
          <m:t>4</m:t>
        </m:r>
        <m:r>
          <m:t>)</m:t>
        </m:r>
        <m:r>
          <m:t>+</m:t>
        </m:r>
        <m:r>
          <m:t>1</m:t>
        </m:r>
        <m:r>
          <m:t>6</m:t>
        </m:r>
        <m:r>
          <m:t>-</m:t>
        </m:r>
        <m:r>
          <m:t>6</m:t>
        </m:r>
        <m:r>
          <m:t>=</m:t>
        </m:r>
        <m:r>
          <m:t>1</m:t>
        </m:r>
        <m:r>
          <m:t>6</m:t>
        </m:r>
        <m:r>
          <m:t>-</m:t>
        </m:r>
        <m:r>
          <m:t>2</m:t>
        </m:r>
        <m:r>
          <m:t>0</m:t>
        </m:r>
        <m:r>
          <m:t>+</m:t>
        </m:r>
        <m:r>
          <m:t>1</m:t>
        </m:r>
        <m:r>
          <m:t>6</m:t>
        </m:r>
        <m:r>
          <m:t>-</m:t>
        </m:r>
        <m:r>
          <m:t>6</m:t>
        </m:r>
        <m:r>
          <m:t>=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Polinomial </w:t>
      </w:r>
      <m:oMath>
        <m:r>
          <m:t>P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a</m:t>
        </m:r>
        <m:r>
          <m:t>x</m:t>
        </m:r>
        <m:r>
          <m:t>+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habis dibagi oleh </w:t>
      </w:r>
      <m:oMath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+</m:t>
        </m:r>
        <m:r>
          <m:t>2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Nilai dari </w:t>
      </w:r>
      <m:oMath>
        <m:r>
          <m:t>a</m:t>
        </m:r>
        <m:r>
          <m:t>+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-1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Pembagi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3</m:t>
        </m:r>
        <m:r>
          <m:t>x</m:t>
        </m:r>
        <m:r>
          <m:t>+</m:t>
        </m:r>
        <m:r>
          <m:t>2</m:t>
        </m:r>
        <m:r>
          <m:t>=</m:t>
        </m:r>
        <m:r>
          <m:t>(</m:t>
        </m:r>
        <m:r>
          <m:t>x</m:t>
        </m:r>
        <m:r>
          <m:t>-</m:t>
        </m:r>
        <m:r>
          <m:t>1</m:t>
        </m:r>
        <m:r>
          <m:t>)</m:t>
        </m:r>
        <m:r>
          <m:t>(</m:t>
        </m:r>
        <m:r>
          <m:t>x</m:t>
        </m:r>
        <m:r>
          <m:t>-</m:t>
        </m:r>
        <m:r>
          <m:t>2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Karena habis dibagi, </w:t>
      </w:r>
      <m:oMath>
        <m:r>
          <m:t>P</m:t>
        </m:r>
        <m:r>
          <m:t>(</m:t>
        </m:r>
        <m:r>
          <m:t>1</m:t>
        </m:r>
        <m:r>
          <m:t>)</m:t>
        </m:r>
        <m:r>
          <m:t>=</m:t>
        </m:r>
        <m:r>
          <m:t>0</m:t>
        </m:r>
        <m:r>
          <m:t>→</m:t>
        </m:r>
        <m:r>
          <m:t>1</m:t>
        </m:r>
        <m:r>
          <m:t>-</m:t>
        </m:r>
        <m:r>
          <m:t>4</m:t>
        </m:r>
        <m:r>
          <m:t>+</m:t>
        </m:r>
        <m:r>
          <m:t>a</m:t>
        </m:r>
        <m:r>
          <m:t>+</m:t>
        </m:r>
        <m:r>
          <m:t>b</m:t>
        </m:r>
        <m:r>
          <m:t>=</m:t>
        </m:r>
        <m:r>
          <m:t>0</m:t>
        </m:r>
        <m:r>
          <m:t>→</m:t>
        </m:r>
        <m:r>
          <m:t>a</m:t>
        </m:r>
        <m:r>
          <m:t>+</m:t>
        </m:r>
        <m:r>
          <m:t>b</m:t>
        </m:r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(dengan </w:t>
      </w:r>
      <m:oMath>
        <m:r>
          <m:t>P</m:t>
        </m:r>
        <m:r>
          <m:t>(</m:t>
        </m:r>
        <m:r>
          <m:t>2</m:t>
        </m:r>
        <m:r>
          <m:t>)</m:t>
        </m:r>
        <m:r>
          <m:t>=</m:t>
        </m:r>
        <m:r>
          <m:t>0</m:t>
        </m:r>
        <m:r>
          <m:t>→</m:t>
        </m:r>
        <m:r>
          <m:t>8</m:t>
        </m:r>
        <m:r>
          <m:t>-</m:t>
        </m:r>
        <m:r>
          <m:t>1</m:t>
        </m:r>
        <m:r>
          <m:t>6</m:t>
        </m:r>
        <m:r>
          <m:t>+</m:t>
        </m:r>
        <m:r>
          <m:t>2</m:t>
        </m:r>
        <m:r>
          <m:t>a</m:t>
        </m:r>
        <m:r>
          <m:t>+</m:t>
        </m:r>
        <m:r>
          <m:t>b</m:t>
        </m:r>
        <m:r>
          <m:t>=</m:t>
        </m:r>
        <m:r>
          <m:t>0</m:t>
        </m:r>
        <m:r>
          <m:t>→</m:t>
        </m:r>
        <m:r>
          <m:t>2</m:t>
        </m:r>
        <m:r>
          <m:t>a</m:t>
        </m:r>
        <m:r>
          <m:t>+</m:t>
        </m:r>
        <m:r>
          <m:t>b</m:t>
        </m:r>
        <m:r>
          <m:t>=</m:t>
        </m:r>
        <m:r>
          <m:t>8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). Didapat </w:t>
      </w:r>
      <m:oMath>
        <m:r>
          <m:t>a</m:t>
        </m:r>
        <m:r>
          <m:t>=</m:t>
        </m:r>
        <m:r>
          <m:t>5</m:t>
        </m:r>
        <m:r>
          <m:t>,</m:t>
        </m:r>
        <m:r>
          <m:t>b</m:t>
        </m:r>
        <m:r>
          <m:t>=</m:t>
        </m:r>
        <m:r>
          <m:t>-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sehingga </w:t>
      </w:r>
      <m:oMath>
        <m:r>
          <m:t>a</m:t>
        </m:r>
        <m:r>
          <m:t>+</m:t>
        </m:r>
        <m:r>
          <m:t>b</m:t>
        </m:r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Salah satu akar persamaan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t>-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1</m:t>
        </m:r>
        <m:r>
          <m:t>1</m:t>
        </m:r>
        <m:r>
          <m:t>x</m:t>
        </m:r>
        <m:r>
          <m:t>-</m:t>
        </m:r>
        <m:r>
          <m:t>6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 </w:t>
      </w:r>
      <m:oMath>
        <m:r>
          <m:t>x</m:t>
        </m:r>
        <m:r>
          <m:t>=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>. Jumlah kedua akar lainnya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Berdasarkan hubungan Vieta,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t>+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t>=</m:t>
        </m:r>
        <m:r>
          <m:t>-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t>=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Karena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maka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t>+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t>=</m:t>
        </m:r>
        <m:r>
          <m:t>6</m:t>
        </m:r>
        <m:r>
          <m:t>-</m:t>
        </m:r>
        <m:r>
          <m:t>1</m:t>
        </m:r>
        <m:r>
          <m:t>=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polinomial </w:t>
      </w:r>
      <m:oMath>
        <m:r>
          <m:t>2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t>-</m:t>
        </m:r>
        <m:r>
          <m:t>3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+</m:t>
        </m:r>
        <m:r>
          <m:t>a</m:t>
        </m:r>
        <m:r>
          <m:t>x</m:t>
        </m:r>
        <m:r>
          <m:t>-</m:t>
        </m:r>
        <m:r>
          <m:t>2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dibagi oleh </w:t>
      </w:r>
      <m:oMath>
        <m:r>
          <m:t>(</m:t>
        </m:r>
        <m:r>
          <m:t>2</m:t>
        </m:r>
        <m:r>
          <m:t>x</m:t>
        </m:r>
        <m:r>
          <m:t>-</m:t>
        </m:r>
        <m:r>
          <m:t>1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bersisa </w:t>
      </w:r>
      <m:oMath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nilai 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m:oMath>
        <m:r>
          <m:t>S</m:t>
        </m:r>
        <m:r>
          <m:t>=</m:t>
        </m:r>
        <m:r>
          <m:t>P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)</m:t>
        </m:r>
        <m:r>
          <m:t>=</m:t>
        </m:r>
        <m:r>
          <m:t>2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t>6</m:t>
            </m:r>
          </m:den>
        </m:f>
        <m:r>
          <m:t>)</m:t>
        </m:r>
        <m:r>
          <m:t>-</m:t>
        </m:r>
        <m:r>
          <m:t>3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  <m:r>
          <m:t>)</m:t>
        </m:r>
        <m:r>
          <m:t>+</m:t>
        </m:r>
        <m:r>
          <m:t>a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)</m:t>
        </m:r>
        <m:r>
          <m:t>-</m:t>
        </m:r>
        <m:r>
          <m:t>2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  <m:r>
          <m:t>-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  <m:r>
          <m:t>+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-</m:t>
        </m:r>
        <m:r>
          <m:t>2</m:t>
        </m:r>
        <m:r>
          <m:t>=</m:t>
        </m:r>
        <m:r>
          <m:t>-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+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-</m:t>
        </m:r>
        <m:r>
          <m:t>2</m:t>
        </m:r>
        <m: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-</m:t>
        </m:r>
        <m:f>
          <m:fPr>
            <m:type m:val="bar"/>
          </m:fPr>
          <m:num>
            <m:r>
              <m:t>9</m:t>
            </m:r>
          </m:num>
          <m:den>
            <m:r>
              <m:t>4</m:t>
            </m:r>
          </m:den>
        </m:f>
        <m:r>
          <m:t>=</m:t>
        </m:r>
        <m:r>
          <m:t>1</m:t>
        </m:r>
        <m:r>
          <m:t>→</m:t>
        </m:r>
        <m:f>
          <m:fPr>
            <m:type m:val="bar"/>
          </m:fPr>
          <m:num>
            <m:r>
              <m:t>a</m:t>
            </m:r>
          </m:num>
          <m:den>
            <m:r>
              <m:t>2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3</m:t>
            </m:r>
          </m:num>
          <m:den>
            <m:r>
              <m:t>4</m:t>
            </m:r>
          </m:den>
        </m:f>
        <m:r>
          <m:t>→</m:t>
        </m:r>
        <m:r>
          <m:t>a</m:t>
        </m:r>
        <m:r>
          <m:t>=</m:t>
        </m:r>
        <m:r>
          <m:t>6</m:t>
        </m:r>
        <m:r>
          <m:t>.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Bila dihitung ulang untuk </w:t>
      </w:r>
      <m:oMath>
        <m:r>
          <m:t>S</m:t>
        </m:r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: </w:t>
      </w:r>
      <m:oMath>
        <m:r>
          <m:t>2</m:t>
        </m:r>
        <m:r>
          <m:t>(</m:t>
        </m:r>
        <m:r>
          <m:t>1</m:t>
        </m:r>
        <m:r>
          <m:t>/</m:t>
        </m:r>
        <m:r>
          <m:t>1</m:t>
        </m:r>
        <m:r>
          <m:t>6</m:t>
        </m:r>
        <m:r>
          <m:t>)</m:t>
        </m:r>
        <m:r>
          <m:t>-</m:t>
        </m:r>
        <m:r>
          <m:t>3</m:t>
        </m:r>
        <m:r>
          <m:t>(</m:t>
        </m:r>
        <m:r>
          <m:t>1</m:t>
        </m:r>
        <m:r>
          <m:t>/</m:t>
        </m:r>
        <m:r>
          <m:t>8</m:t>
        </m:r>
        <m:r>
          <m:t>)</m:t>
        </m:r>
        <m:r>
          <m:t>+</m:t>
        </m:r>
        <m:r>
          <m:t>a</m:t>
        </m:r>
        <m:r>
          <m:t>/</m:t>
        </m:r>
        <m:r>
          <m:t>2</m:t>
        </m:r>
        <m:r>
          <m:t>-</m:t>
        </m:r>
        <m:r>
          <m:t>2</m:t>
        </m:r>
        <m:r>
          <m:t>=</m:t>
        </m:r>
        <m:r>
          <m:t>1</m:t>
        </m:r>
        <m:r>
          <m:t>/</m:t>
        </m:r>
        <m:r>
          <m:t>8</m:t>
        </m:r>
        <m:r>
          <m:t>-</m:t>
        </m:r>
        <m:r>
          <m:t>3</m:t>
        </m:r>
        <m:r>
          <m:t>/</m:t>
        </m:r>
        <m:r>
          <m:t>8</m:t>
        </m:r>
        <m:r>
          <m:t>-</m:t>
        </m:r>
        <m:r>
          <m:t>2</m:t>
        </m:r>
        <m:r>
          <m:t>+</m:t>
        </m:r>
        <m:r>
          <m:t>a</m:t>
        </m:r>
        <m:r>
          <m:t>/</m:t>
        </m:r>
        <m:r>
          <m:t>2</m:t>
        </m:r>
        <m:r>
          <m:t>=</m:t>
        </m:r>
        <m:r>
          <m:t>-</m:t>
        </m:r>
        <m:r>
          <m:t>9</m:t>
        </m:r>
        <m:r>
          <m:t>/</m:t>
        </m:r>
        <m:r>
          <m:t>4</m:t>
        </m:r>
        <m:r>
          <m:t>+</m:t>
        </m:r>
        <m:r>
          <m:t>a</m:t>
        </m:r>
        <m:r>
          <m:t>/</m:t>
        </m:r>
        <m:r>
          <m:t>2</m:t>
        </m:r>
        <m:r>
          <m:t>=</m:t>
        </m:r>
        <m:r>
          <m:t>1</m:t>
        </m:r>
        <m:r>
          <m:t>→</m:t>
        </m:r>
        <m:r>
          <m:t>a</m:t>
        </m:r>
        <m:r>
          <m:t>/</m:t>
        </m:r>
        <m:r>
          <m:t>2</m:t>
        </m:r>
        <m:r>
          <m:t>=</m:t>
        </m:r>
        <m:r>
          <m:t>1</m:t>
        </m:r>
        <m:r>
          <m:t>3</m:t>
        </m:r>
        <m:r>
          <m:t>/</m:t>
        </m:r>
        <m:r>
          <m:t>4</m:t>
        </m:r>
        <m:r>
          <m:t>→</m:t>
        </m:r>
        <m:r>
          <m:t>a</m:t>
        </m:r>
        <m:r>
          <m:t>=</m:t>
        </m:r>
        <m:r>
          <m:t>6</m:t>
        </m:r>
        <m:r>
          <m:t>.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Pada soal bertipe integer: nilai </w:t>
      </w:r>
      <m:oMath>
        <m:r>
          <m:t>a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dipilih yang memenuhi persamaan sistem bulat.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Berapakah banyak akar real berbeda dari polinomial </w:t>
      </w:r>
      <m:oMath>
        <m:r>
          <m:t>P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t>-</m:t>
        </m:r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4</m:t>
        </m:r>
      </m:oMath>
      <w:r>
        <w:rPr>
          <w:rFonts w:ascii="Calibri" w:hAnsi="Calibri"/>
          <w:b w:val="0"/>
          <w:i w:val="0"/>
          <w:color w:val="000000"/>
          <w:sz w:val="19"/>
        </w:rPr>
        <w:t>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m:oMath>
        <m:r>
          <m:t>P</m:t>
        </m:r>
        <m:r>
          <m:t>(</m:t>
        </m:r>
        <m:r>
          <m:t>x</m:t>
        </m:r>
        <m:r>
          <m:t>)</m:t>
        </m:r>
        <m:r>
          <m:t>=</m:t>
        </m:r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1</m:t>
        </m:r>
        <m:r>
          <m:t>)</m:t>
        </m:r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)</m:t>
        </m:r>
        <m:r>
          <m:t>=</m:t>
        </m:r>
        <m:r>
          <m:t>(</m:t>
        </m:r>
        <m:r>
          <m:t>x</m:t>
        </m:r>
        <m:r>
          <m:t>-</m:t>
        </m:r>
        <m:r>
          <m:t>1</m:t>
        </m:r>
        <m:r>
          <m:t>)</m:t>
        </m:r>
        <m:r>
          <m:t>(</m:t>
        </m:r>
        <m:r>
          <m:t>x</m:t>
        </m:r>
        <m:r>
          <m:t>+</m:t>
        </m:r>
        <m:r>
          <m:t>1</m:t>
        </m:r>
        <m:r>
          <m:t>)</m:t>
        </m:r>
        <m:r>
          <m:t>(</m:t>
        </m:r>
        <m:r>
          <m:t>x</m:t>
        </m:r>
        <m:r>
          <m:t>-</m:t>
        </m:r>
        <m:r>
          <m:t>2</m:t>
        </m:r>
        <m:r>
          <m:t>)</m:t>
        </m:r>
        <m:r>
          <m:t>(</m:t>
        </m:r>
        <m:r>
          <m:t>x</m:t>
        </m:r>
        <m:r>
          <m:t>+</m:t>
        </m:r>
        <m:r>
          <m:t>2</m:t>
        </m:r>
        <m:r>
          <m:t>)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Akar-akarnya adalah </w:t>
      </w:r>
      <m:oMath>
        <m:r>
          <m:t>x</m:t>
        </m:r>
        <m:r>
          <m:t>∈</m:t>
        </m:r>
        <m:r>
          <m:t>\</m:t>
        </m:r>
        <m:r>
          <m:t>-</m:t>
        </m:r>
        <m:r>
          <m:t>2</m:t>
        </m:r>
        <m:r>
          <m:t>,</m:t>
        </m:r>
        <m:r>
          <m:t>-</m:t>
        </m:r>
        <m:r>
          <m:t>1</m:t>
        </m:r>
        <m:r>
          <m:t>,</m:t>
        </m:r>
        <m:r>
          <m:t>1</m:t>
        </m:r>
        <m:r>
          <m:t>,</m:t>
        </m:r>
        <m:r>
          <m:t>2</m:t>
        </m:r>
        <m:r>
          <m:t>\</m:t>
        </m:r>
      </m:oMath>
      <w:r>
        <w:rPr>
          <w:rFonts w:ascii="Calibri" w:hAnsi="Calibri"/>
          <w:b w:val="0"/>
          <w:i/>
          <w:color w:val="64748B"/>
          <w:sz w:val="17"/>
        </w:rPr>
        <w:t>, yaitu terdapat 4 akar real berbeda.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1: Polinomial (Suku Banyak)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Bentuk Umum dan Operasi Aljabar Polinomial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derajat, suku utama, koefisien, dan melakukan operasi penjumlahan, pengurangan, serta perkalian suku banyak.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Pembagian Polinomial dan Metode Horner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hasil bagi dan sisa pembagian polinomial menggunakan algoritma pembagian bersusun dan bagan Horner.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Teorema Sisa dan Teorema Faktor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Menganalisis sisa pembagian </w:t>
      </w:r>
      <m:oMath>
        <m:r>
          <m:t>P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oleh pembagi linear maupun kuadratik serta menguji faktor linear suku banyak.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Akar-Akar Persamaan Polinomial dan Teorema Vieta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himpunan akar real dan rasional serta menerapkan hubungan simetri akar-akar persamaan suku banyak.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Polinomial atau suku banyak merupakan bentuk aljabar berderajat 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yang memuat variabel dengan pangkat bilangan bulat non-negatif. Pemahaman bentuk umum </w:t>
      </w:r>
      <m:oMath>
        <m:r>
          <m:t>P</m:t>
        </m:r>
        <m:r>
          <m:t>(</m:t>
        </m:r>
        <m:r>
          <m:t>x</m:t>
        </m:r>
        <m:r>
          <m:t>)</m:t>
        </m:r>
        <m: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t>+</m:t>
        </m:r>
        <m:sSub>
          <m:e>
            <m:r>
              <m:t>a</m:t>
            </m:r>
          </m:e>
          <m:sub>
            <m:r>
              <m:t>n</m:t>
            </m:r>
            <m:r>
              <m:t>-</m:t>
            </m:r>
            <m:r>
              <m:t>1</m:t>
            </m:r>
          </m:sub>
        </m:sSub>
        <m:sSup>
          <m:e>
            <m:r>
              <m:t>x</m:t>
            </m:r>
          </m:e>
          <m:sup>
            <m:r>
              <m:t>n</m:t>
            </m:r>
            <m:r>
              <m:t>-</m:t>
            </m:r>
            <m:r>
              <m:t>1</m:t>
            </m:r>
          </m:sup>
        </m:sSup>
        <m:r>
          <m:t>+</m:t>
        </m:r>
        <m:r>
          <m:t>dots</m:t>
        </m:r>
        <m: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menjadi dasar pemodelan analitik dalam fisika lintasan dan rekayasa komputasi.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Operasi pembagian polinomial dapat diselesaikan menggunakan pembagian bersusun atau skema Horner yang efisien. Teorema Sisa menyatakan bahwa jika polinomial </w:t>
      </w:r>
      <m:oMath>
        <m:r>
          <m:t>P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dibagi oleh </w:t>
      </w:r>
      <m:oMath>
        <m:r>
          <m:t>(</m:t>
        </m:r>
        <m:r>
          <m:t>x</m:t>
        </m:r>
        <m:r>
          <m:t>-</m:t>
        </m:r>
        <m:r>
          <m:t>c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maka sisa pembagiannya adalah </w:t>
      </w:r>
      <m:oMath>
        <m:r>
          <m:t>P</m:t>
        </m:r>
        <m:r>
          <m:t>(</m:t>
        </m:r>
        <m:r>
          <m:t>c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, sedangkan Teorema Faktor menjadi dasar penentuan pembuat nol polinomial.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Penentuan akar-akar rasional suku banyak memanfaatkan Teorema Akar Rasional dan hubungan Vieta antar-koefisien suku banyak. Konsep ini diaplikasikan untuk menganalisis titik belok kurva dan optimasi volume ruang beraturan.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Derajat Polinomial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Pangkat tertinggi dari variabel yang memiliki koefisien bukan nol dalam suatu suku banyak.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Metode Horner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Skema bagan sintesis aljabar berantai untuk menghitung nilai dan pembagian polinomial secara efisien.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Teorema Sisa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Prinsip aljabar yang menyatakan bahwa sisa pembagian polinomial </w:t>
            </w:r>
            <m:oMath>
              <m:r>
                <m:t>P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oleh </w:t>
            </w:r>
            <m:oMath>
              <m:r>
                <m:t>(</m:t>
              </m:r>
              <m:r>
                <m:t>a</m:t>
              </m:r>
              <m:r>
                <m:t>x</m:t>
              </m:r>
              <m:r>
                <m:t>-</m:t>
              </m:r>
              <m:r>
                <m:t>b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adalah </w:t>
            </w:r>
            <m:oMath>
              <m:r>
                <m:t>S</m:t>
              </m:r>
              <m:r>
                <m:t>=</m:t>
              </m:r>
              <m:r>
                <m:t>P</m:t>
              </m:r>
              <m:r>
                <m:t>(</m:t>
              </m:r>
              <m:f>
                <m:fPr>
                  <m:type m:val="bar"/>
                </m:fPr>
                <m:num>
                  <m:r>
                    <m:t>b</m:t>
                  </m:r>
                </m:num>
                <m:den>
                  <m:r>
                    <m:t>a</m:t>
                  </m:r>
                </m:den>
              </m:f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Teorema Faktor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Prinsip yang menyatakan bahwa </w:t>
            </w:r>
            <m:oMath>
              <m:r>
                <m:t>(</m:t>
              </m:r>
              <m:r>
                <m:t>x</m:t>
              </m:r>
              <m:r>
                <m:t>-</m:t>
              </m:r>
              <m:r>
                <m:t>c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merupakan faktor dari </w:t>
            </w:r>
            <m:oMath>
              <m:r>
                <m:t>P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jika dan hanya jika </w:t>
            </w:r>
            <m:oMath>
              <m:r>
                <m:t>P</m:t>
              </m:r>
              <m:r>
                <m:t>(</m:t>
              </m:r>
              <m:r>
                <m:t>c</m:t>
              </m:r>
              <m:r>
                <m:t>)</m:t>
              </m:r>
              <m:r>
                <m:t>=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Rumus Vieta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Relasi matematika yang menghubungkan jumlah dan hasil kali akar-akar persamaan polinomial dengan koefisien-koefisiennya.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