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Statistika dan Peluang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ukuran pemusatan dan penyebaran data (mean, median, kuartil) secara akurat.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ruang sampel dan menghitung peluang teoretik suatu kejadian.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membandingkan peluang empirik dengan peluang teoretik dalam pengambilan keputusan.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ukuran pemusatan dan penyebaran data kelompok (rata-rata, median, modus, kuartil, jangkauan interkuartil) serta ruang sampel dan peluang empirik-teoretik majemuk.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Penyajian Data dan Ukuran Pemusatan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mean, median, dan modus dari data tunggal dan tabel frekuensi berbobot.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Ukuran Penyebaran Data (Kuartil dan Jangkauan)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nilai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jangkauan interkuartil, dan mendeteksi pencilan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Ruang Sampel dan Peluang Teoretik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ruang sampel percobaan dua dadu atau koin dan menghitung probabilitas kejadian.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Frekuensi Harapan dan Peluang Empirik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estimasi kemunculan kejadian berulang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×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analisis survei statistik.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Data nilai ulangan matematika sekelompok siswa: 6, 7, 8, 5, 9, 8, 7, 8, 6, 10. Nilai rata-rata (mean) dan modus dari data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Mean = 7,4 dan Modus =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Mean = 7,5 dan Modus =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Mean = 7,4 dan Modus =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Mean = 8,0 dan Modus = 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Jumlah data = 6+7+8+5+9+8+7+8+6+10 = 74. Banyak data = 10. Mean = 74/10 = 7,4. Angka 8 muncul paling sering (3 kali), sehingga Modus = 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Diberikan data terurut: 3, 5, 6, 7, 8, 9, 10, 12, 14. Nilai Kuartil Bawah (Q1) dan Kuartil Atas (Q3) berturut-turut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Q1 = 5,5 dan Q3 = 11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Q1 = 5 dan Q3 =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Q1 = 6 dan Q3 = 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Q1 = 5,5 dan Q3 = 10,5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Median Q2 data ke-5 = 8. Separuh bawah: 3, 5, 6, 7 -&gt; Q1 = (5+6)/2 = 5,5. Separuh atas: 9, 10, 12, 14 -&gt; Q3 = (10+12)/2 = 11.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Dua buah dadu bermata enam dilempar bersamaan sebanyak satu kali. Peluang munculnya mata dadu berjumlah 9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4/36 = 1/9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3/36 = 1/12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5/36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6/36 = 1/6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Titik sampel berjumlah 9: (3,6), (4,5), (5,4), (6,3) -&gt; n(A) = 4. Ruang sampel n(S) = 6 * 6 = 36. Peluang P(A) = 4/36 = 1/9.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Peluang seorang peternak berhasil menetaskan telur ayam adalah 0,85. Jika peternak tersebut menetaskan 600 butir telur, maka frekuensi harapan telur yang menetas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510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480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540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500 butir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Frekuensi harapan Fh = P(A) * N = 0,85 * 600 = 510 butir telur menetas.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Dalam sebuah kantong terdapat 5 kelereng merah, 4 kelereng biru, dan 3 kelereng hijau. Diambil satu kelereng secara acak. Peluang terambilnya kelereng BUKAN warna hijau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9/12 = 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3/12 = 1/4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7/12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Total kelereng n(S) = 5 + 4 + 3 = 12. Kelereng bukan hijau = merah + biru = 5 + 4 = 9. Peluang = 9/12 = 3/4.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Statistika dan Peluang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Penyajian Data dan Ukuran Pemusatan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mean, median, dan modus dari data tunggal dan tabel frekuensi berbobot.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Ukuran Penyebaran Data (Kuartil dan Jangkauan)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nilai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jangkauan interkuartil, dan mendeteksi pencilan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Ruang Sampel dan Peluang Teoretik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ruang sampel percobaan dua dadu atau koin dan menghitung probabilitas kejadian.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Frekuensi Harapan dan Peluang Empirik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estimasi kemunculan kejadian berulang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×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analisis survei statistik.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Statistika dan Peluang mengintegrasikan kecakapan literasi data kuantitatif dan analisis probabilitas untuk mengambil kesimpulan logis dalam situasi penuh ketidakpastian.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mempelajari penyusunan tabel distribusi frekuensi, penentuan ukuran pemusatan data (rata-rata/mean, median, modus), serta ukuran penyebaran data (jangkauan, kuartil bawah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, kuartil atas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, dan jangkauan interkuartil) dari kumpulan data berkelompok.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Materi dilanjutkan dengan teori probabilitas, mencakup penentuan titik sampel dan ruang sampel diagram pohon/tabel silang, perhitungan peluang teoretik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r>
          <m:t>n</m:t>
        </m:r>
        <m:r>
          <m:t>(</m:t>
        </m:r>
        <m:r>
          <m:t>A</m:t>
        </m:r>
        <m:r>
          <m:t>)</m:t>
        </m:r>
        <m:r>
          <m:t>/</m:t>
        </m:r>
        <m:r>
          <m:t>n</m:t>
        </m:r>
        <m:r>
          <m:t>(</m:t>
        </m:r>
        <m:r>
          <m:t>S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, peluang komplemen, frekuensi harapan, serta perbandingan dengan peluang empirik percobaan nyata.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rata-rata hitung yang diperoleh dari jumlah seluruh nilai data dibagi dengan banyaknya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tengah dari kumpulan data yang telah diurutkan dari nilai terkecil hingga terbesar.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Kuartil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yang membagi sekumpulan data yang telah terurut menjadi empat bagian sama banyak (Q1, Q2, Q3).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Ruang Sampel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Himpunan semua hasil yang mungkin terjadi dari suatu eksperimen atau percobaan acak (dilambangkan dengan 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Frekuensi Harapan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Banyaknya kejadian yang diharapkan terjadi dalam serangkaian percobaan acak sebanyak N kali.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