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Transformasi Geometri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koordinat bayangan objek hasil translasi dan refleksi pada bidang Cartesius.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koordinat bayangan objek hasil rotasi dan dilatasi.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memecahkan masalah kontekstual desain dan pemetaan menggunakan prinsip transformasi geometri.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pemetaan posisi objek pada bidang koordinat Cartesius melalui translasi (pergeseran), refleksi (pencerminan), rotasi (perputaran), dan dilatasi (perbesaran/perkecilan).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Translasi (Pergeseran)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bayangan titik dan garis yang digeser sejauh vektor </w:t>
      </w:r>
      <m:oMath>
        <m:r>
          <m:t>T</m:t>
        </m:r>
        <m:r>
          <m:t>(</m:t>
        </m:r>
        <m:r>
          <m:t>a</m:t>
        </m:r>
        <m:r>
          <m:t>,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Refleksi (Pencerminan)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Memetakan koordinat hasil pencerminan terhadap sumbu koordinat dan garis lurus.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Rotasi (Perputaran)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koordinat hasil putaran dengan pusat </w:t>
      </w:r>
      <m:oMath>
        <m:r>
          <m:t>(</m:t>
        </m:r>
        <m:r>
          <m:t>0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atau </w:t>
      </w:r>
      <m:oMath>
        <m:r>
          <m:t>(</m:t>
        </m:r>
        <m:r>
          <m:t>a</m:t>
        </m:r>
        <m:r>
          <m:t>,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searah/berlawanan jarum jam.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Dilatasi (Perkalian Skala)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Menganalisis bayangan pembesaran/pengecilan bangun datar dengan faktor skala 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Titik A(3, -4) ditranslasikan oleh T(-2, 5). Koordinat bayangan titik A'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A'(1, 1)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A'(5, -9)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A'(-1, -1)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A'(1, -9)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A'(x + a, y + b) = A'(3 + (-2), -4 + 5) = A'(1, 1).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Bayangan titik P(-3, 7) jika dicerminkan terhadap sumbu-x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P'(-3, -7)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P'(3, 7)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P'(3, -7)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P'(7, -3)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Pencerminan terhadap sumbu-x memetakan titik (x, y) menjadi (x, -y). Maka bayangan P(-3, 7) adalah P'(-3, -7).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Titik B(4, 2) dirotasikan sebesar 90° berlawanan arah jarum jam dengan pusat O(0, 0). Koordinat bayangan B'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B'(-2, 4)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B'(2, -4)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B'(-4, -2)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B'(4, -2)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Rotasi 90° berlawanan jarum jam pusat O(0, 0) memetakan (x, y) -&gt; (-y, x). Maka B(4, 2) menjadi B'(-2, 4).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Segitiga ABC dengan koordinat A(1, 2) didilatasikan dengan pusat O(0, 0) dan faktor skala k = 3. Koordinat titik bayangan A'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A'(3, 6)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A'(4, 5)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A'(1/3, 2/3)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A'(-3, -6)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Dilatasi [O, k] memetakan (x, y) -&gt; (kx, ky). Dengan k = 3, A(1, 2) menjadi A'(3 * 1, 3 * 2) = A'(3, 6).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Manakah di antara transformasi berikut yang BUKAN merupakan transformasi isometri (mengubah ukuran bangun asli)?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Translasi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Refleksi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Rotasi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Dilatasi dengan faktor skala k = 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Dilatasi dengan k = 2 mengubah ukuran bangun menjadi dua kali lipat lebih besar, sehingga bukan merupakan transformasi isometri.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3: Transformasi Geometri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Translasi (Pergeseran)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bayangan titik dan garis yang digeser sejauh vektor </w:t>
      </w:r>
      <m:oMath>
        <m:r>
          <m:t>T</m:t>
        </m:r>
        <m:r>
          <m:t>(</m:t>
        </m:r>
        <m:r>
          <m:t>a</m:t>
        </m:r>
        <m:r>
          <m:t>,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Refleksi (Pencerminan)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Memetakan koordinat hasil pencerminan terhadap sumbu koordinat dan garis lurus.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Rotasi (Perputaran)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koordinat hasil putaran dengan pusat </w:t>
      </w:r>
      <m:oMath>
        <m:r>
          <m:t>(</m:t>
        </m:r>
        <m:r>
          <m:t>0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atau </w:t>
      </w:r>
      <m:oMath>
        <m:r>
          <m:t>(</m:t>
        </m:r>
        <m:r>
          <m:t>a</m:t>
        </m:r>
        <m:r>
          <m:t>,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searah/berlawanan jarum jam.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Dilatasi (Perkalian Skala)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Menganalisis bayangan pembesaran/pengecilan bangun datar dengan faktor skala 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Transformasi Geometri mengkaji perubahan posisi, arah orientasi, dan ukuran suatu bangun geometri pada bidang Cartesius menggunakan kaidah koordinat dan aljabar matriks sederhana.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Peserta didik mempelajari empat transformasi dasar: translasi (pergeseran sejauh vektor </w:t>
      </w:r>
      <m:oMath>
        <m:r>
          <m:t>[</m:t>
        </m:r>
        <m:r>
          <m:t>a</m:t>
        </m:r>
        <m:r>
          <m:t>,</m:t>
        </m:r>
        <m:r>
          <m:t>b</m:t>
        </m:r>
        <m:sSup>
          <m:e>
            <m:r>
              <m:t>]</m:t>
            </m:r>
          </m:e>
          <m:sup>
            <m:r>
              <m:t>T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), refleksi (pencerminan terhadap sumbu-x, sumbu-y, garis </w:t>
      </w:r>
      <m:oMath>
        <m:r>
          <m:t>y</m:t>
        </m:r>
        <m:r>
          <m:t>=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garis </w:t>
      </w:r>
      <m:oMath>
        <m:r>
          <m:t>y</m:t>
        </m:r>
        <m:r>
          <m:t>=</m:t>
        </m:r>
        <m:r>
          <m:t>-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titik asal </w:t>
      </w:r>
      <m:oMath>
        <m:r>
          <m:t>(</m:t>
        </m:r>
        <m:r>
          <m:t>0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), rotasi (perputaran dengan pusat tertentu sudut </w:t>
      </w:r>
      <m:oMath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1</m:t>
        </m:r>
        <m:r>
          <m:t>8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2</m:t>
        </m:r>
        <m:r>
          <m:t>7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), serta dilatasi (perubahan skala </w:t>
      </w:r>
      <m:oMath>
        <m:r>
          <m:t>[</m:t>
        </m:r>
        <m:r>
          <m:t>O</m:t>
        </m:r>
        <m:r>
          <m:t>,</m:t>
        </m:r>
        <m:r>
          <m:t>k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konsep isometri (transformasi yang mempertahankan bentuk dan ukuran objek asli) serta penerapan transformasi geometri dalam bidang desain grafis, animasi komputer, dan motif batik Nusantara.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Translasi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Transformasi yang memindahkan setiap titik pada bidang dengan jarak dan arah tertentu yang tetap.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Refleksi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Transformasi yang memetakan setiap titik pada bidang ke bayangan cerminnya terhadap suatu garis cermin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Rotasi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Transformasi yang memutar setiap titik sebesar sudut tertentu terhadap suatu titik pusat perputaran.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Dilatasi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Transformasi yang mengubah ukuran (memperbesar atau memperkecil) suatu bangun tanpa mengubah bentuk dasarnya.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Isometri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transformasi geometri di mana jarak antar titik dan ukuran bangun sebelum dan sesudah transformasi tetap sama persis.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