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Persamaan dan Fungsi Kuadrat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menyelesaikan persamaan kuadrat menggunakan pemfaktoran dan rumus kuadratik.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hubungan diskriminan terhadap karakteristik grafik fungsi kuadrat.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menggambar grafik parabola dan memecahkan persoalan kontekstual nilai optimum.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persamaan kuadrat satu variabel, rumus kuadratik (rumus ABC), analisis diskriminan, karakteristik kurva parabola grafik fungsi kuadrat, dan optimasi nilai ekstrem kontekstual.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Penyelesaian Persamaan Kuadrat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teknik faktorisasi aljabar, melengkapkan kuadrat, dan rumus ABC.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Karakteristik Diskriminan dan Jenis-Jenis Akar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jenis akar real berbeda (</w:t>
      </w:r>
      <m:oMath>
        <m:r>
          <m:t>D</m:t>
        </m:r>
        <m:r>
          <m:t>&gt;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>), kembar (</w:t>
      </w:r>
      <m:oMath>
        <m:r>
          <m:t>D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>), atau imajiner (</w:t>
      </w:r>
      <m:oMath>
        <m:r>
          <m:t>D</m:t>
        </m:r>
        <m:r>
          <m:t>&lt;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>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Grafik Fungsi Kuadrat dan Karakteristik Parabola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Menentukan titik potong sumbu, sumbu simetri </w:t>
      </w:r>
      <m:oMath>
        <m:r>
          <m:t>x</m:t>
        </m:r>
        <m:r>
          <m:t>=</m:t>
        </m:r>
        <m:r>
          <m:t>-</m:t>
        </m:r>
        <m:r>
          <m:t>b</m:t>
        </m:r>
        <m:r>
          <m:t>/</m:t>
        </m:r>
        <m:r>
          <m:t>(</m:t>
        </m:r>
        <m:r>
          <m:t>2</m:t>
        </m:r>
        <m:r>
          <m:t>a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, dan titik puncak.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Aplikasi Nilai Maksimum dan Minimum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Memodelkan lintasan proyektil, luas area optimal kandang, dan keuntungan maksimum usaha.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Akar-akar penyelesaian dari persamaan kuadrat `x² - 5x + 6 = 0`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x = 2 atau x = 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x = -2 atau x = -3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x = 1 atau x = 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x = -1 atau x = -6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Faktorisasi: (x - 2)(x - 3) = 0, sehingga diperoleh akar x = 2 atau x = 3.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Jika persamaan kuadrat `2x² + 4x + c = 0` memiliki akar kembar (akar real sama), maka nilai c haruslah...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Syarat akar kembar adalah D = 0. b^2 - 4ac = 0 -&gt; 4^2 - 4(2)(c) = 0 -&gt; 16 - 8c = 0 -&gt; c = 2.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Persamaan sumbu simetri dari grafik fungsi kuadrat `f(x) = x² - 6x + 8`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x = 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x = -3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x = 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x = -6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Sumbu simetri x = -b / (2a) = -(-6) / (2 * 1) = 6 / 2 = 3.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Tinggi peluru yang ditembakkan ke atas setelah t detik dinyatakan dengan rumus fungsi `h(t) = 40t - 5t²` (dalam meter). Tinggi maksimum yang dapat dicapai peluru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60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80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100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40 meter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Waktu mencapai puncak t = -b / (2a) = -40 / (2 * -5) = 4 detik. h(4) = 40(4) - 5(4^2) = 160 - 80 = 80 meter.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Ciri grafik fungsi kuadrat `f(x) = -2x² + 4x - 5`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Kurva parabola terbuka ke atas dan memiliki nilai minimum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Kurva parabola terbuka ke bawah dan memiliki nilai maksimum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Berupa garis lurus miring ke kanan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Memotong sumbu x di dua titik berbeda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Karena koefisien a = -2 (a &lt; 0), kurva parabola terbuka ke arah bawah dan memiliki titik puncak bernilai maksimum.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2: Persamaan dan Fungsi Kuadrat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Penyelesaian Persamaan Kuadrat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teknik faktorisasi aljabar, melengkapkan kuadrat, dan rumus ABC.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Karakteristik Diskriminan dan Jenis-Jenis Akar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jenis akar real berbeda (</w:t>
      </w:r>
      <m:oMath>
        <m:r>
          <m:t>D</m:t>
        </m:r>
        <m:r>
          <m:t>&gt;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>), kembar (</w:t>
      </w:r>
      <m:oMath>
        <m:r>
          <m:t>D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>), atau imajiner (</w:t>
      </w:r>
      <m:oMath>
        <m:r>
          <m:t>D</m:t>
        </m:r>
        <m:r>
          <m:t>&lt;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>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Grafik Fungsi Kuadrat dan Karakteristik Parabola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Menentukan titik potong sumbu, sumbu simetri </w:t>
      </w:r>
      <m:oMath>
        <m:r>
          <m:t>x</m:t>
        </m:r>
        <m:r>
          <m:t>=</m:t>
        </m:r>
        <m:r>
          <m:t>-</m:t>
        </m:r>
        <m:r>
          <m:t>b</m:t>
        </m:r>
        <m:r>
          <m:t>/</m:t>
        </m:r>
        <m:r>
          <m:t>(</m:t>
        </m:r>
        <m:r>
          <m:t>2</m:t>
        </m:r>
        <m:r>
          <m:t>a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, dan titik puncak.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Aplikasi Nilai Maksimum dan Minimum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Memodelkan lintasan proyektil, luas area optimal kandang, dan keuntungan maksimum usaha.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Persamaan dan Fungsi Kuadrat mengantarkan peserta didik pada analisis fungsi non-linier berderajat dua yang memodelkan beragam lintasan gerak dan optimasi dalam kehidupan nyata, seperti lintasan peluru dan desain lengkung jembatan.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Peserta didik mempelajari tiga metode penyelesaian persamaan kuadrat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b</m:t>
        </m:r>
        <m:r>
          <m:t>x</m:t>
        </m:r>
        <m:r>
          <m:t>+</m:t>
        </m:r>
        <m:r>
          <m:t>c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yaitu pemfaktoran, melengkapkan kuadrat sempurna, dan rumus kuadratik ABC, serta menelaah sifat akar-akar persamaan berdasarkan nilai diskriminan </w:t>
      </w:r>
      <m:oMath>
        <m:r>
          <m:t>D</m:t>
        </m:r>
        <m: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-</m:t>
        </m:r>
        <m:r>
          <m:t>4</m:t>
        </m:r>
        <m:r>
          <m:t>a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>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Materi dilanjutkan dengan eksplorasi grafik fungsi kuadrat </w:t>
      </w: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b</m:t>
        </m:r>
        <m:r>
          <m:t>x</m:t>
        </m:r>
        <m:r>
          <m:t>+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menentukan sumbu simetri, titik balik/puncak parabola </w:t>
      </w:r>
      <m:oMath>
        <m:r>
          <m:t>(</m:t>
        </m:r>
        <m:sSub>
          <m:e>
            <m:r>
              <m:t>x</m:t>
            </m:r>
          </m:e>
          <m:sub>
            <m:r>
              <m:t>p</m:t>
            </m:r>
          </m:sub>
        </m:sSub>
        <m:r>
          <m:t>,</m:t>
        </m:r>
        <m:sSub>
          <m:e>
            <m:r>
              <m:t>y</m:t>
            </m:r>
          </m:e>
          <m:sub>
            <m:r>
              <m:t>p</m:t>
            </m:r>
          </m:sub>
        </m:sSub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>, arah keterbukaan kurva, serta penyelesaian masalah kontekstual nilai maksimum dan minimum.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Persamaan Kuadrat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Persamaan polinomial satu variabel berderajat dua dengan bentuk umum ax² + bx + c = 0 di mana a ≠ 0.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Diskriminan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D = b² - 4ac yang menentukan banyaknya dan sifat akar penyelesaian suatu persamaan kuadrat.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Parabola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Kurva geometris berbentuk huruf U yang merupakan representasi visual dari grafik fungsi kuadrat.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Sumbu Simetri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Garis vertikal x = -b/(2a) yang membagi kurva parabola menjadi dua bagian yang simetris sempurna.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Titik Puncak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Titik koordinat ekstrem (maksimum atau minimum) pada kurva parabola di mana kurva berbalik arah.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