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Persamaan Garis Lurus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nilai gradien garis lurus dari berbagai representasi.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persamaan garis lurus melalui titik dan gradien tertentu.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garis sejajar dan tegak lurus serta menyajikan grafiknya.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kemiringan garis (gradien / m), persamaan garis melalui satu titik dan gradien m, persamaan garis melalui dua titik, kedudukan garis sejajar dan tegak lurus, serta grafik garis pada bidang koordinat.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Gradien dan Perhitungan Kemiringan Garis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gradien garis dari gambar grafik dan dua titik koordinat (x1, y1) &amp; (x2, y2).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Menyusun Persamaan Garis Lurus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Merumuskan persamaan garis melalui satu titik bergradien m dan melalui dua titik.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Hubungan Garis Sejajar dan Garis Tegak Lurus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persamaan garis yang sejajar (m1 = m2) atau tegak lurus (m1 . m2 = -1).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Grafik Garis Lurus dan Aplikasi Pemecahan Masalah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 grafik dengan menentukan titik potong sumbu-x dan sumbu-y.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Gradien garis yang melalui titik A(2, 3) dan B(6, 11)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1/2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 = (y2 - y1) / (x2 - x1) = (11 - 3) / (6 - 2) = 8 / 4 = 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Gradien garis dengan persamaan 4x - 2y + 8 = 0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-2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-1/2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Ubah ke bentuk y = mx + c: -2y = -4x - 8 &lt;=&gt; y = 2x + 4. Maka gradien m = 2.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Persamaan garis yang melalui titik (3, -2) dan memiliki gradien m = 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4x - 14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4x + 14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4x - 10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4x + 10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y - y1 = m(x - x1) &lt;=&gt; y - (-2) = 4(x - 3) &lt;=&gt; y + 2 = 4x - 12 &lt;=&gt; y = 4x - 14.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Persamaan garis yang melalui titik (2, 5) dan sejajar dengan garis y = 3x - 7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3x - 1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3x + 1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-1/3x + 5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 = 3x - 11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Karena sejajar, gradien m = 3. Persamaan: y - 5 = 3(x - 2) &lt;=&gt; y - 5 = 3x - 6 &lt;=&gt; y = 3x - 1.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Gradien garis yang tegak lurus dengan garis yang bergradien -2/5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-5/2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-2/5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5/2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Syarat tegak lurus: m1 x m2 = -1 &lt;=&gt; (-2/5) x m2 = -1 &lt;=&gt; m2 = 5/2.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Persamaan Garis Lurus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Gradien dan Perhitungan Kemiringan Garis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gradien garis dari gambar grafik dan dua titik koordinat (x1, y1) &amp; (x2, y2).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Menyusun Persamaan Garis Lurus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Merumuskan persamaan garis melalui satu titik bergradien m dan melalui dua titik.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Hubungan Garis Sejajar dan Garis Tegak Lurus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persamaan garis yang sejajar (m1 = m2) atau tegak lurus (m1 . m2 = -1).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Grafik Garis Lurus dan Aplikasi Pemecahan Masalah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 grafik dengan menentukan titik potong sumbu-x dan sumbu-y.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Persamaan garis lurus menyajikan hubungan linear antardua variabel pada bidang koordinat Kartesius yang grafiknya berupa garis lurus tak hingga. Bentuk umum persamaan garis dinyatakan dalam y = mx + c (bentuk eksplisit) atau ax + by + c = 0 (bentuk implisit).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Gradien (m) adalah ukuran kemiringan suatu garis yang menyatakan perbandingan perubahan nilai sumbu-y terhadap perubahan sumbu-x (m = Δy / Δx). Garis yang miring ke kanan memiliki gradien positif, miring ke kiri bergradien negatif, garis mendatar bergradien nol, dan garis tegak bergradien tidak terdefinisi.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Hubungan kedudukan dua garis lurus ditentukan oleh nilai gradiennya: dua garis saling sejajar jika memiliki gradien sama (m₁ = m₂), dan dua garis saling tegak lurus jika hasil kali gradiennya bernilai -1 (m₁ x m₂ = -1). Penerapan gradien mendasari analisis kemiringan jalan pegunungan dan laju perubahan tarif layanan.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Gradien (m)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kemiringan suatu garis lurus yang dihitung dari perbandingan perubahan nilai y terhadap perubahan nilai x (m = Δy/Δx).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Eksplisit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Persamaan garis lurus dalam format y = mx + c di mana m adalah gradien dan c adalah titik potong sumbu-y.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Implisit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Persamaan garis lurus dalam format ax + by + c = 0 dengan a, b, c konstanta real.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Sejajar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garis lurus yang memiliki kemiringan gradien persis sama (m₁ = m₂) sehingga tidak akan pernah berpotongan.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Tegak Lurus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garis lurus yang berpotongan membentuk sudut 90° dengan relasi hasil kali gradien sama dengan -1 (m₁ x m₂ = -1).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