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MATEMATIKA — FASE D (KELAS 8)</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Pertama (SMP) / Fase D (Kelas 8)</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Matematika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3: Sistem Persamaan Linear Dua Variabel</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 Terbimbing</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lembar kerja berpetak, alat ukur/peraga presisi, ruang kelas/laboratorium,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merumuskan model matematika SPLDV dari masalah kontekstual.</w:t>
      </w:r>
    </w:p>
    <w:p>
      <w:pPr>
        <w:pStyle w:val="ListNumber"/>
      </w:pPr>
      <w:r>
        <w:rPr>
          <w:rFonts w:ascii="Calibri" w:hAnsi="Calibri"/>
          <w:b w:val="0"/>
          <w:i w:val="0"/>
          <w:color w:val="000000"/>
          <w:sz w:val="19"/>
        </w:rPr>
        <w:t>Peserta didik mampu menentukan himpunan penyelesaian SPLDV menggunakan metode grafik, eliminasi, substitusi, dan gabungan.</w:t>
      </w:r>
    </w:p>
    <w:p>
      <w:pPr>
        <w:pStyle w:val="ListNumber"/>
      </w:pPr>
      <w:r>
        <w:rPr>
          <w:rFonts w:ascii="Calibri" w:hAnsi="Calibri"/>
          <w:b w:val="0"/>
          <w:i w:val="0"/>
          <w:color w:val="000000"/>
          <w:sz w:val="19"/>
        </w:rPr>
        <w:t>Peserta didik mampu memecahkan masalah kontekstual ekonomi dan pengukuran menggunakan SPLDV.</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konsep persamaan linear dua variabel (PLDV), sistem SPLDV, metode penyelesaian grafik, eliminasi, substitusi, metode gabungan, serta pemodelan matematika pada transaksi jual-beli.</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PLDV dan Bentuk Umum SPLDV</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Membedakan PLDV dengan SPLDV dan menyusun model matematika dari cerita verbal.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Metode Grafik dalam Penyelesaian SPLDV</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Menggambar dua garis linear dan menemukan titik potong koordinat solusi.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Metode Eliminasi dan Substitusi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Menyelesaikan sistem persamaan dengan menghilangkan variabel atau menyubstitusikannya.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Metode Gabungan dan Pemecahan Masalah Nyata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Menerapkan metode campuran eliminasi-substitusi pada kasus transaksi perdagangan.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Himpunan penyelesaian dari sistem persamaan x + y = 7 dan 2x + y = 10 adalah...</w:t>
      </w:r>
    </w:p>
    <w:p>
      <w:pPr>
        <w:spacing w:before="0" w:after="20"/>
        <w:ind w:left="576"/>
      </w:pPr>
      <w:r>
        <w:rPr>
          <w:rFonts w:ascii="Calibri" w:hAnsi="Calibri"/>
          <w:b w:val="0"/>
          <w:i w:val="0"/>
          <w:color w:val="000000"/>
          <w:sz w:val="18"/>
        </w:rPr>
        <w:t>{(3, 4)}</w:t>
      </w:r>
    </w:p>
    <w:p>
      <w:pPr>
        <w:spacing w:before="0" w:after="20"/>
        <w:ind w:left="576"/>
      </w:pPr>
      <w:r>
        <w:rPr>
          <w:rFonts w:ascii="Calibri" w:hAnsi="Calibri"/>
          <w:b w:val="0"/>
          <w:i w:val="0"/>
          <w:color w:val="000000"/>
          <w:sz w:val="18"/>
        </w:rPr>
        <w:t>{(4, 3)}</w:t>
      </w:r>
    </w:p>
    <w:p>
      <w:pPr>
        <w:spacing w:before="0" w:after="20"/>
        <w:ind w:left="576"/>
      </w:pPr>
      <w:r>
        <w:rPr>
          <w:rFonts w:ascii="Calibri" w:hAnsi="Calibri"/>
          <w:b w:val="0"/>
          <w:i w:val="0"/>
          <w:color w:val="000000"/>
          <w:sz w:val="18"/>
        </w:rPr>
        <w:t>{(2, 5)}</w:t>
      </w:r>
    </w:p>
    <w:p>
      <w:pPr>
        <w:spacing w:before="0" w:after="20"/>
        <w:ind w:left="576"/>
      </w:pPr>
      <w:r>
        <w:rPr>
          <w:rFonts w:ascii="Calibri" w:hAnsi="Calibri"/>
          <w:b w:val="0"/>
          <w:i w:val="0"/>
          <w:color w:val="000000"/>
          <w:sz w:val="18"/>
        </w:rPr>
        <w:t>{(5, 2)}</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Kurangkan persamaan kedua dengan pertama: (2x + y) - (x + y) = 10 - 7 &lt;=&gt; x = 3. Substitusikan x = 3 ke x + y = 7 &lt;=&gt; 3 + y = 7 &lt;=&gt; y = 4. Solusi: {(3, 4)}.</w:t>
      </w:r>
    </w:p>
    <w:p>
      <w:pPr>
        <w:spacing w:before="80" w:after="40"/>
        <w:ind w:left="216"/>
      </w:pPr>
      <w:r>
        <w:rPr>
          <w:rFonts w:ascii="Calibri" w:hAnsi="Calibri"/>
          <w:b/>
          <w:color w:val="000000"/>
          <w:sz w:val="19"/>
        </w:rPr>
        <w:t xml:space="preserve">2. </w:t>
      </w:r>
      <w:r>
        <w:rPr>
          <w:rFonts w:ascii="Calibri" w:hAnsi="Calibri"/>
          <w:b w:val="0"/>
          <w:i w:val="0"/>
          <w:color w:val="000000"/>
          <w:sz w:val="19"/>
        </w:rPr>
        <w:t>Ani membeli 3 buku tulis dan 2 pensil seharga Rp16.500,00. Di toko yang sama, Budi membeli 2 buku tulis dan 4 pensil seharga Rp19.000,00. Harga 1 buku tulis dan 1 pensil adalah...</w:t>
      </w:r>
    </w:p>
    <w:p>
      <w:pPr>
        <w:spacing w:before="0" w:after="20"/>
        <w:ind w:left="576"/>
      </w:pPr>
      <w:r>
        <w:rPr>
          <w:rFonts w:ascii="Calibri" w:hAnsi="Calibri"/>
          <w:b w:val="0"/>
          <w:i w:val="0"/>
          <w:color w:val="000000"/>
          <w:sz w:val="18"/>
        </w:rPr>
        <w:t>Rp5.500,00 dan Rp2.000,00</w:t>
      </w:r>
    </w:p>
    <w:p>
      <w:pPr>
        <w:spacing w:before="0" w:after="20"/>
        <w:ind w:left="576"/>
      </w:pPr>
      <w:r>
        <w:rPr>
          <w:rFonts w:ascii="Calibri" w:hAnsi="Calibri"/>
          <w:b w:val="0"/>
          <w:i w:val="0"/>
          <w:color w:val="000000"/>
          <w:sz w:val="18"/>
        </w:rPr>
        <w:t>Rp3.500,00 dan Rp3.000,00</w:t>
      </w:r>
    </w:p>
    <w:p>
      <w:pPr>
        <w:spacing w:before="0" w:after="20"/>
        <w:ind w:left="576"/>
      </w:pPr>
      <w:r>
        <w:rPr>
          <w:rFonts w:ascii="Calibri" w:hAnsi="Calibri"/>
          <w:b w:val="0"/>
          <w:i w:val="0"/>
          <w:color w:val="000000"/>
          <w:sz w:val="18"/>
        </w:rPr>
        <w:t>Rp4.000,00 dan Rp2.250,00</w:t>
      </w:r>
    </w:p>
    <w:p>
      <w:pPr>
        <w:spacing w:before="0" w:after="20"/>
        <w:ind w:left="576"/>
      </w:pPr>
      <w:r>
        <w:rPr>
          <w:rFonts w:ascii="Calibri" w:hAnsi="Calibri"/>
          <w:b w:val="0"/>
          <w:i w:val="0"/>
          <w:color w:val="000000"/>
          <w:sz w:val="18"/>
        </w:rPr>
        <w:t>Rp4.500,00 dan Rp1.500,00</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Model: (1) 3b + 2p = 16.500; (2) 2b + 4p = 19.000 (bagi 2: b + 2p = 9.500). Kurangkan (1) dan (b + 2p = 9.500): 2b = 7.000 &lt;=&gt; b = Rp3.500,00. Substitusi b: 3.500 + 2p = 9.500 &lt;=&gt; 2p = 6.000 &lt;=&gt; p = Rp3.000,00.</w:t>
      </w:r>
    </w:p>
    <w:p>
      <w:pPr>
        <w:spacing w:before="80" w:after="40"/>
        <w:ind w:left="216"/>
      </w:pPr>
      <w:r>
        <w:rPr>
          <w:rFonts w:ascii="Calibri" w:hAnsi="Calibri"/>
          <w:b/>
          <w:color w:val="000000"/>
          <w:sz w:val="19"/>
        </w:rPr>
        <w:t xml:space="preserve">3. </w:t>
      </w:r>
      <w:r>
        <w:rPr>
          <w:rFonts w:ascii="Calibri" w:hAnsi="Calibri"/>
          <w:b w:val="0"/>
          <w:i w:val="0"/>
          <w:color w:val="000000"/>
          <w:sz w:val="19"/>
        </w:rPr>
        <w:t>Nilai 2x - 3y dari penyelesaian sistem persamaan 3x + 2y = 12 dan x - y = -1 adalah...</w:t>
      </w:r>
    </w:p>
    <w:p>
      <w:pPr>
        <w:spacing w:before="0" w:after="20"/>
        <w:ind w:left="576"/>
      </w:pPr>
      <w:r>
        <w:rPr>
          <w:rFonts w:ascii="Calibri" w:hAnsi="Calibri"/>
          <w:b w:val="0"/>
          <w:i w:val="0"/>
          <w:color w:val="000000"/>
          <w:sz w:val="18"/>
        </w:rPr>
        <w:t>-5</w:t>
      </w:r>
    </w:p>
    <w:p>
      <w:pPr>
        <w:spacing w:before="0" w:after="20"/>
        <w:ind w:left="576"/>
      </w:pPr>
      <w:r>
        <w:rPr>
          <w:rFonts w:ascii="Calibri" w:hAnsi="Calibri"/>
          <w:b w:val="0"/>
          <w:i w:val="0"/>
          <w:color w:val="000000"/>
          <w:sz w:val="18"/>
        </w:rPr>
        <w:t>-1</w:t>
      </w:r>
    </w:p>
    <w:p>
      <w:pPr>
        <w:spacing w:before="0" w:after="20"/>
        <w:ind w:left="576"/>
      </w:pPr>
      <w:r>
        <w:rPr>
          <w:rFonts w:ascii="Calibri" w:hAnsi="Calibri"/>
          <w:b w:val="0"/>
          <w:i w:val="0"/>
          <w:color w:val="000000"/>
          <w:sz w:val="18"/>
        </w:rPr>
        <w:t>1</w:t>
      </w:r>
    </w:p>
    <w:p>
      <w:pPr>
        <w:spacing w:before="0" w:after="20"/>
        <w:ind w:left="576"/>
      </w:pPr>
      <w:r>
        <w:rPr>
          <w:rFonts w:ascii="Calibri" w:hAnsi="Calibri"/>
          <w:b w:val="0"/>
          <w:i w:val="0"/>
          <w:color w:val="000000"/>
          <w:sz w:val="18"/>
        </w:rPr>
        <w:t>5</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Dari x - y = -1 diperoleh x = y - 1. Substitusi ke pers 1: 3(y - 1) + 2y = 12 &lt;=&gt; 5y - 3 = 12 &lt;=&gt; 5y = 15 &lt;=&gt; y = 3. Maka x = 3 - 1 = 2. Nilai 2x - 3y = 2(2) - 3(3) = 4 - 9 = -5.</w:t>
      </w:r>
    </w:p>
    <w:p>
      <w:pPr>
        <w:spacing w:before="80" w:after="40"/>
        <w:ind w:left="216"/>
      </w:pPr>
      <w:r>
        <w:rPr>
          <w:rFonts w:ascii="Calibri" w:hAnsi="Calibri"/>
          <w:b/>
          <w:color w:val="000000"/>
          <w:sz w:val="19"/>
        </w:rPr>
        <w:t xml:space="preserve">4. </w:t>
      </w:r>
      <w:r>
        <w:rPr>
          <w:rFonts w:ascii="Calibri" w:hAnsi="Calibri"/>
          <w:b w:val="0"/>
          <w:i w:val="0"/>
          <w:color w:val="000000"/>
          <w:sz w:val="19"/>
        </w:rPr>
        <w:t>Jumlah dua bilangan cacah adalah 45 dan selisih kedua bilangan tersebut adalah 15. Hasil kali kedua bilangan tersebut adalah...</w:t>
      </w:r>
    </w:p>
    <w:p>
      <w:pPr>
        <w:spacing w:before="0" w:after="20"/>
        <w:ind w:left="576"/>
      </w:pPr>
      <w:r>
        <w:rPr>
          <w:rFonts w:ascii="Calibri" w:hAnsi="Calibri"/>
          <w:b w:val="0"/>
          <w:i w:val="0"/>
          <w:color w:val="000000"/>
          <w:sz w:val="18"/>
        </w:rPr>
        <w:t>300</w:t>
      </w:r>
    </w:p>
    <w:p>
      <w:pPr>
        <w:spacing w:before="0" w:after="20"/>
        <w:ind w:left="576"/>
      </w:pPr>
      <w:r>
        <w:rPr>
          <w:rFonts w:ascii="Calibri" w:hAnsi="Calibri"/>
          <w:b w:val="0"/>
          <w:i w:val="0"/>
          <w:color w:val="000000"/>
          <w:sz w:val="18"/>
        </w:rPr>
        <w:t>400</w:t>
      </w:r>
    </w:p>
    <w:p>
      <w:pPr>
        <w:spacing w:before="0" w:after="20"/>
        <w:ind w:left="576"/>
      </w:pPr>
      <w:r>
        <w:rPr>
          <w:rFonts w:ascii="Calibri" w:hAnsi="Calibri"/>
          <w:b w:val="0"/>
          <w:i w:val="0"/>
          <w:color w:val="000000"/>
          <w:sz w:val="18"/>
        </w:rPr>
        <w:t>450</w:t>
      </w:r>
    </w:p>
    <w:p>
      <w:pPr>
        <w:spacing w:before="0" w:after="20"/>
        <w:ind w:left="576"/>
      </w:pPr>
      <w:r>
        <w:rPr>
          <w:rFonts w:ascii="Calibri" w:hAnsi="Calibri"/>
          <w:b w:val="0"/>
          <w:i w:val="0"/>
          <w:color w:val="000000"/>
          <w:sz w:val="18"/>
        </w:rPr>
        <w:t>500</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x + y = 45 dan x - y = 15. Tambahkan: 2x = 60 &lt;=&gt; x = 30. Maka y = 15. Hasil kali: x . y = 30 x 15 = 450.</w:t>
      </w:r>
    </w:p>
    <w:p>
      <w:pPr>
        <w:spacing w:before="80" w:after="40"/>
        <w:ind w:left="216"/>
      </w:pPr>
      <w:r>
        <w:rPr>
          <w:rFonts w:ascii="Calibri" w:hAnsi="Calibri"/>
          <w:b/>
          <w:color w:val="000000"/>
          <w:sz w:val="19"/>
        </w:rPr>
        <w:t xml:space="preserve">5. </w:t>
      </w:r>
      <w:r>
        <w:rPr>
          <w:rFonts w:ascii="Calibri" w:hAnsi="Calibri"/>
          <w:b w:val="0"/>
          <w:i w:val="0"/>
          <w:color w:val="000000"/>
          <w:sz w:val="19"/>
        </w:rPr>
        <w:t>Dua garis pada bidang Kartesius yang memiliki gradien sama tetapi konstanta berbeda akan menghasilkan SPLDV dengan kondisi...</w:t>
      </w:r>
    </w:p>
    <w:p>
      <w:pPr>
        <w:spacing w:before="0" w:after="20"/>
        <w:ind w:left="576"/>
      </w:pPr>
      <w:r>
        <w:rPr>
          <w:rFonts w:ascii="Calibri" w:hAnsi="Calibri"/>
          <w:b w:val="0"/>
          <w:i w:val="0"/>
          <w:color w:val="000000"/>
          <w:sz w:val="18"/>
        </w:rPr>
        <w:t>Memiliki satu penyelesaian unik</w:t>
      </w:r>
    </w:p>
    <w:p>
      <w:pPr>
        <w:spacing w:before="0" w:after="20"/>
        <w:ind w:left="576"/>
      </w:pPr>
      <w:r>
        <w:rPr>
          <w:rFonts w:ascii="Calibri" w:hAnsi="Calibri"/>
          <w:b w:val="0"/>
          <w:i w:val="0"/>
          <w:color w:val="000000"/>
          <w:sz w:val="18"/>
        </w:rPr>
        <w:t>Memiliki tak hingga penyelesaian</w:t>
      </w:r>
    </w:p>
    <w:p>
      <w:pPr>
        <w:spacing w:before="0" w:after="20"/>
        <w:ind w:left="576"/>
      </w:pPr>
      <w:r>
        <w:rPr>
          <w:rFonts w:ascii="Calibri" w:hAnsi="Calibri"/>
          <w:b w:val="0"/>
          <w:i w:val="0"/>
          <w:color w:val="000000"/>
          <w:sz w:val="18"/>
        </w:rPr>
        <w:t>Tidak memiliki penyelesaian sama sekali (garis sejajar)</w:t>
      </w:r>
    </w:p>
    <w:p>
      <w:pPr>
        <w:spacing w:before="0" w:after="20"/>
        <w:ind w:left="576"/>
      </w:pPr>
      <w:r>
        <w:rPr>
          <w:rFonts w:ascii="Calibri" w:hAnsi="Calibri"/>
          <w:b w:val="0"/>
          <w:i w:val="0"/>
          <w:color w:val="000000"/>
          <w:sz w:val="18"/>
        </w:rPr>
        <w:t>Membentuk lingkaran</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Dua garis bergradien sama dan tidak berimpit adalah dua garis yang saling sejajar, sehingga tidak memiliki titik potong dan SPLDV tidak memiliki penyelesaian.</w:t>
      </w:r>
    </w:p>
    <w:p>
      <w:r>
        <w:br w:type="page"/>
      </w:r>
    </w:p>
    <w:p>
      <w:pPr>
        <w:pStyle w:val="Title"/>
      </w:pPr>
      <w:r>
        <w:t>LEMBAR KERJA PESERTA DIDIK (LKPD)</w:t>
      </w:r>
    </w:p>
    <w:p>
      <w:pPr>
        <w:pStyle w:val="Subtitle"/>
      </w:pPr>
      <w:r>
        <w:t>Mata Pelajaran: Matematika • Bab 3: Sistem Persamaan Linear Dua Variabel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Konsep PLDV dan Bentuk Umum SPLDV</w:t>
      </w:r>
    </w:p>
    <w:p>
      <w:pPr>
        <w:spacing w:before="20" w:after="60"/>
        <w:ind w:left="216"/>
      </w:pPr>
      <w:r>
        <w:rPr>
          <w:rFonts w:ascii="Calibri" w:hAnsi="Calibri"/>
          <w:color w:val="000000"/>
          <w:sz w:val="18"/>
        </w:rPr>
        <w:t xml:space="preserve">Petunjuk: </w:t>
      </w:r>
      <w:r>
        <w:rPr>
          <w:rFonts w:ascii="Calibri" w:hAnsi="Calibri"/>
          <w:b w:val="0"/>
          <w:i w:val="0"/>
          <w:color w:val="000000"/>
          <w:sz w:val="18"/>
        </w:rPr>
        <w:t>Membedakan PLDV dengan SPLDV dan menyusun model matematika dari cerita verbal.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Metode Grafik dalam Penyelesaian SPLDV</w:t>
      </w:r>
    </w:p>
    <w:p>
      <w:pPr>
        <w:spacing w:before="20" w:after="60"/>
        <w:ind w:left="216"/>
      </w:pPr>
      <w:r>
        <w:rPr>
          <w:rFonts w:ascii="Calibri" w:hAnsi="Calibri"/>
          <w:color w:val="000000"/>
          <w:sz w:val="18"/>
        </w:rPr>
        <w:t xml:space="preserve">Petunjuk: </w:t>
      </w:r>
      <w:r>
        <w:rPr>
          <w:rFonts w:ascii="Calibri" w:hAnsi="Calibri"/>
          <w:b w:val="0"/>
          <w:i w:val="0"/>
          <w:color w:val="000000"/>
          <w:sz w:val="18"/>
        </w:rPr>
        <w:t>Menggambar dua garis linear dan menemukan titik potong koordinat solusi.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Metode Eliminasi dan Substitusi</w:t>
      </w:r>
    </w:p>
    <w:p>
      <w:pPr>
        <w:spacing w:before="20" w:after="60"/>
        <w:ind w:left="216"/>
      </w:pPr>
      <w:r>
        <w:rPr>
          <w:rFonts w:ascii="Calibri" w:hAnsi="Calibri"/>
          <w:color w:val="000000"/>
          <w:sz w:val="18"/>
        </w:rPr>
        <w:t xml:space="preserve">Petunjuk: </w:t>
      </w:r>
      <w:r>
        <w:rPr>
          <w:rFonts w:ascii="Calibri" w:hAnsi="Calibri"/>
          <w:b w:val="0"/>
          <w:i w:val="0"/>
          <w:color w:val="000000"/>
          <w:sz w:val="18"/>
        </w:rPr>
        <w:t>Menyelesaikan sistem persamaan dengan menghilangkan variabel atau menyubstitusikannya.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Metode Gabungan dan Pemecahan Masalah Nyata</w:t>
      </w:r>
    </w:p>
    <w:p>
      <w:pPr>
        <w:spacing w:before="20" w:after="60"/>
        <w:ind w:left="216"/>
      </w:pPr>
      <w:r>
        <w:rPr>
          <w:rFonts w:ascii="Calibri" w:hAnsi="Calibri"/>
          <w:color w:val="000000"/>
          <w:sz w:val="18"/>
        </w:rPr>
        <w:t xml:space="preserve">Petunjuk: </w:t>
      </w:r>
      <w:r>
        <w:rPr>
          <w:rFonts w:ascii="Calibri" w:hAnsi="Calibri"/>
          <w:b w:val="0"/>
          <w:i w:val="0"/>
          <w:color w:val="000000"/>
          <w:sz w:val="18"/>
        </w:rPr>
        <w:t>Menerapkan metode campuran eliminasi-substitusi pada kasus transaksi perdagangan.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Persamaan Linear Dua Variabel (PLDV) adalah persamaan berderajat satu yang memuat dua variabel peubah (ax + by = c). Kumpulan dua atau lebih PLDV yang saling terkait dan memiliki penyelesaian tunggal yang sama membentuk Sistem Persamaan Linear Dua Variabel (SPLDV).</w:t>
      </w:r>
    </w:p>
    <w:p>
      <w:pPr>
        <w:spacing w:before="40" w:after="60" w:line="276" w:lineRule="auto"/>
      </w:pPr>
      <w:r>
        <w:rPr>
          <w:rFonts w:ascii="Calibri" w:hAnsi="Calibri"/>
          <w:b w:val="0"/>
          <w:i w:val="0"/>
          <w:color w:val="000000"/>
          <w:sz w:val="19"/>
        </w:rPr>
        <w:t>Metode penentuan himpunan penyelesaian SPLDV mencakup metode grafik (mencari titik potong kedua garis pada bidang Kartesius), metode substitusi (menggantikan satu variabel dari persamaan lain), metode eliminasi (menghilangkan salah satu variabel dengan menyamakan koefisien), serta metode gabungan eliminasi-substitusi yang paling efisien.</w:t>
      </w:r>
    </w:p>
    <w:p>
      <w:pPr>
        <w:spacing w:before="40" w:after="60" w:line="276" w:lineRule="auto"/>
      </w:pPr>
      <w:r>
        <w:rPr>
          <w:rFonts w:ascii="Calibri" w:hAnsi="Calibri"/>
          <w:b w:val="0"/>
          <w:i w:val="0"/>
          <w:color w:val="000000"/>
          <w:sz w:val="19"/>
        </w:rPr>
        <w:t>Penerapan SPLDV sangat luas dalam pemecahan masalah ekonomi sehari-hari seperti menentukan harga satuan barang yang dibeli secara paket gabungan, menghitung tarif tiket masuk, dan membagi beban kerja secara adil.</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SPLDV</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Sistem Persamaan Linear Dua Variabel, yaitu dua persamaan linear berderajat satu dengan dua variabel yang diselesaikan secara simultan.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Metode Eliminasi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Cara menyelesaikan SPLDV dengan menyamakan koefisien salah satu variabel lalu mengurangkan/menjumlahkannya untuk mengeliminasi variabel tersebut.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Metode Substitusi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Cara menyelesaikan SPLDV dengan menyatakan satu variabel dalam variabel lain lalu memasukkannya ke persamaan kedua.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Metode Gabungan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Teknik penyelesaian SPLDV yang memadukan eliminasi untuk mencari variabel pertama dan substitusi untuk variabel kedua.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Titik Potong</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Koordinat (x, y) perpotongan dua garis lurus pada bidang Kartesius yang menjadi solusi tunggal SPLDV.</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Matematika Kelas 8 SMP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