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Teorema Pythagoras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membuktikan dan menggunakan rumus teorema Pythagoras pada segitiga siku-siku.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jenis segitiga dan mengidentifikasi tripel Pythagoras.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memecahkan masalah kontekstual yang melibatkan jarak dan segitiga khusus.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pembuktian teorema Pythagoras, penentuan panjang sisi segitiga siku-siku, pengujian jenis segitiga (lancip, siku-siku, tumpul), tripel Pythagoras, perbandingan sisi sudut istimewa, dan pemecahan masalah jarak.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Pembuktian dan Rumus Teorema Pythagoras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Membuktikan hubungan luas persegi sisi siku-siku dan menghitung hipotenusa.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Kebalikan Teorema Pythagoras dan Tripel Pythagoras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Menguji jenis segitiga lancip/tumpul dan mengenali kelompok bilangan tripel Pythagoras.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Perbandingan Sisi Segitiga Bersudut Khusus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panjang sisi segitiga siku-siku istimewa sudut 30°-60°-90° dan 45°-45°-90°.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Penerapan Teorema Pythagoras dalam Masalah Nyata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persoalan navigasi kapal, panjang kawat pancang tiang, dan jarak koordinat.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segitiga siku-siku memiliki panjang sisi siku-siku 9 cm dan 12 cm. Panjang hipotenusa segitiga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13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14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15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17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c² = a² + b² = 9² + 12² = 81 + 144 = 225. Maka c = √225 = 15 cm.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Kelompok tiga bilangan di bawah ini yang membentuk tripel Pythagoras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6, 8, 12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7, 24, 25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8, 15, 19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9, 12, 16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Uji kuadrat: 7² + 24² = 49 + 576 = 625 = 25². Jadi kelompok 7, 24, 25 adalah tripel Pythagoras.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Segitiga ABC memiliki panjang sisi a = 8 cm, b = 10 cm, dan c = 13 cm. Jenis segitiga ABC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Segitiga lancip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Segitiga siku-siku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Segitiga tumpul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Segitiga sama sisi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c² = 13² = 169. a² + b² = 8² + 10² = 64 + 100 = 164. Karena 169 &gt; 164 (c² &gt; a² + b²), maka segitiga tersebut adalah segitiga tumpul.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tangga sepanjang 5 meter disandarkan pada dinding tegak. Jarak ujung bawah tangga ke dinding adalah 3 meter. Tinggi dinding yang dicapai oleh ujung atas tangga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3,5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4,2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4,5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Tinggi dinding (t) = √(5² - 3²) = √(25 - 9) = √16 = 4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Pada segitiga siku-siku bersudut 30° dan 60°, jika panjang sisi di depan sudut 30° adalah 6 cm, maka panjang hipotenusa segitiga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6√3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12√3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Perbandingan sisi di depan 30° : sisi miring = 1 : 2. Panjang hipotenusa = 2 x 6 cm = 12 cm.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Teorema Pythagoras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Pembuktian dan Rumus Teorema Pythagoras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Membuktikan hubungan luas persegi sisi siku-siku dan menghitung hipotenusa.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Kebalikan Teorema Pythagoras dan Tripel Pythagoras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Menguji jenis segitiga lancip/tumpul dan mengenali kelompok bilangan tripel Pythagoras.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Perbandingan Sisi Segitiga Bersudut Khusus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panjang sisi segitiga siku-siku istimewa sudut 30°-60°-90° dan 45°-45°-90°.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Penerapan Teorema Pythagoras dalam Masalah Nyata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persoalan navigasi kapal, panjang kawat pancang tiang, dan jarak koordinat.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Teorema Pythagoras menyatakan bahwa pada segitiga siku-siku, kuadrat panjang sisi miring (hipotenusa) sama dengan jumlah kuadrat panjang kedua sisi siku-sikunya (c² = a² + b²). Teorema kuno ini merupakan instrumen fundamental geometri yang menghubungkan aljabar dan ruang spasial.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Kebalikan teorema Pythagoras digunakan untuk menentukan klasifikasi jenis segitiga: jika c² = a² + b² maka segitiga siku-siku, jika c² &lt; a² + b² maka segitiga lancip, dan jika c² &gt; a² + b² maka segitiga tumpul. Kelompok tiga bilangan bulat yang memenuhi persamaan Pythagoras disebut Tripel Pythagoras (seperti 3-4-5, 5-12-13, 7-24-25, 8-15-17).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perbandingan sisi segitiga khusus bersudut 30°-60°-90° (rasio 1 : √3 : 2) dan sudut 45°-45°-90° (rasio 1 : 1 : √2) mempermudah perhitungan tinggi tiang, jarak pelayaran kapal, dan kemiringan tangga tanpa pengukuran langsung di lapangan.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Hipotenusa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Sisi terpanjang pada segitiga siku-siku yang posisinya selalu berada tepat di depan sudut siku-siku 90°.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Teorema Pythagoras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geometri yang menyatakan kuadrat panjang hipotenusa sama dengan jumlah kuadrat sisi tegak lainnya (c² = a² + b²).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Tripel Pythagoras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Tiga bilangan bulat positif yang memenuhi relasi kuadrat sisi siku-siku dan hipotenusa.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Segitiga Tumpul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Segitiga di mana kuadrat sisi terpanjang lebih besar daripada jumlah kuadrat dua sisi lainnya (c² &gt; a² + b²).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Segitiga Lancip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Segitiga di mana kuadrat sisi terpanjang lebih kecil daripada jumlah kuadrat dua sisi lainnya (c² &lt; a² + b²).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