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Bilangan Berpangkat dan Bentuk Akar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memahami konsep bilangan berpangkat dan menerapkan sifat-sifat operasi eksponen.</w:t>
      </w:r>
    </w:p>
    <w:p>
      <w:pPr>
        <w:pStyle w:val="ListNumber"/>
      </w:pPr>
      <w:r>
        <w:rPr>
          <w:rFonts w:ascii="Calibri" w:hAnsi="Calibri"/>
          <w:b w:val="0"/>
          <w:i w:val="0"/>
          <w:color w:val="000000"/>
          <w:sz w:val="19"/>
        </w:rPr>
        <w:t>Peserta didik mampu menuliskan bilangan dalam bentuk notasi ilmiah baku secara tepat.</w:t>
      </w:r>
    </w:p>
    <w:p>
      <w:pPr>
        <w:pStyle w:val="ListNumber"/>
      </w:pPr>
      <w:r>
        <w:rPr>
          <w:rFonts w:ascii="Calibri" w:hAnsi="Calibri"/>
          <w:b w:val="0"/>
          <w:i w:val="0"/>
          <w:color w:val="000000"/>
          <w:sz w:val="19"/>
        </w:rPr>
        <w:t>Peserta didik mampu menyederhanakan bentuk akar dan merasionalkan penyebut pecahan akar.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bilangan berpangkat bulat positif, nol, dan negatif, sifat-sifat operasi perkalian dan pembagian eksponen, notasi ilmiah baku, serta penyederhanaan dan operasi bentuk akar aljabar.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Bilangan Berpangkat dan Sifat Operasinya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definisi perpangkatan, pangkat nol, pangkat negatif, dan sifat perkalian/pembagian.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Notasi Ilmiah (Bentuk Baku)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Mengubah bilangan sangat besar atau sangat kecil ke bentuk ilmiah a x 10^n.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Konsep dan Penyederhanaan Bentuk Akar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Menyederhanakan bentuk akar dengan memfaktorkan bilangan kuadrat sempurna.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Operasi Aritmetika dan Merasionalkan Penyebut Akar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penjumlahan, perkalian akar, dan merasionalkan pecahan bentuk akar.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Hasil dari operasi perpangkatan (2³ x 2⁴) : 2⁵ adalah...</w:t>
      </w:r>
    </w:p>
    <w:p>
      <w:pPr>
        <w:spacing w:before="0" w:after="20"/>
        <w:ind w:left="576"/>
      </w:pPr>
      <w:r>
        <w:rPr>
          <w:rFonts w:ascii="Calibri" w:hAnsi="Calibri"/>
          <w:b w:val="0"/>
          <w:i w:val="0"/>
          <w:color w:val="000000"/>
          <w:sz w:val="18"/>
        </w:rPr>
        <w:t>2</w:t>
      </w:r>
    </w:p>
    <w:p>
      <w:pPr>
        <w:spacing w:before="0" w:after="20"/>
        <w:ind w:left="576"/>
      </w:pPr>
      <w:r>
        <w:rPr>
          <w:rFonts w:ascii="Calibri" w:hAnsi="Calibri"/>
          <w:b w:val="0"/>
          <w:i w:val="0"/>
          <w:color w:val="000000"/>
          <w:sz w:val="18"/>
        </w:rPr>
        <w:t>4</w:t>
      </w:r>
    </w:p>
    <w:p>
      <w:pPr>
        <w:spacing w:before="0" w:after="20"/>
        <w:ind w:left="576"/>
      </w:pPr>
      <w:r>
        <w:rPr>
          <w:rFonts w:ascii="Calibri" w:hAnsi="Calibri"/>
          <w:b w:val="0"/>
          <w:i w:val="0"/>
          <w:color w:val="000000"/>
          <w:sz w:val="18"/>
        </w:rPr>
        <w:t>8</w:t>
      </w:r>
    </w:p>
    <w:p>
      <w:pPr>
        <w:spacing w:before="0" w:after="20"/>
        <w:ind w:left="576"/>
      </w:pPr>
      <w:r>
        <w:rPr>
          <w:rFonts w:ascii="Calibri" w:hAnsi="Calibri"/>
          <w:b w:val="0"/>
          <w:i w:val="0"/>
          <w:color w:val="000000"/>
          <w:sz w:val="18"/>
        </w:rPr>
        <w:t>16</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Gunakan sifat eksponen: 2³ x 2⁴ = 2^(3+4) = 2⁷. Kemudian 2⁷ : 2⁵ = 2^(7-5) = 2² = 4.</w:t>
      </w:r>
    </w:p>
    <w:p>
      <w:pPr>
        <w:spacing w:before="80" w:after="40"/>
        <w:ind w:left="216"/>
      </w:pPr>
      <w:r>
        <w:rPr>
          <w:rFonts w:ascii="Calibri" w:hAnsi="Calibri"/>
          <w:b/>
          <w:color w:val="000000"/>
          <w:sz w:val="19"/>
        </w:rPr>
        <w:t xml:space="preserve">2. </w:t>
      </w:r>
      <w:r>
        <w:rPr>
          <w:rFonts w:ascii="Calibri" w:hAnsi="Calibri"/>
          <w:b w:val="0"/>
          <w:i w:val="0"/>
          <w:color w:val="000000"/>
          <w:sz w:val="19"/>
        </w:rPr>
        <w:t>Bentuk baku (notasi ilmiah) dari bilangan 0,00000456 adalah...</w:t>
      </w:r>
    </w:p>
    <w:p>
      <w:pPr>
        <w:spacing w:before="0" w:after="20"/>
        <w:ind w:left="576"/>
      </w:pPr>
      <w:r>
        <w:rPr>
          <w:rFonts w:ascii="Calibri" w:hAnsi="Calibri"/>
          <w:b w:val="0"/>
          <w:i w:val="0"/>
          <w:color w:val="000000"/>
          <w:sz w:val="18"/>
        </w:rPr>
        <w:t>4,56 x 10⁻⁵</w:t>
      </w:r>
    </w:p>
    <w:p>
      <w:pPr>
        <w:spacing w:before="0" w:after="20"/>
        <w:ind w:left="576"/>
      </w:pPr>
      <w:r>
        <w:rPr>
          <w:rFonts w:ascii="Calibri" w:hAnsi="Calibri"/>
          <w:b w:val="0"/>
          <w:i w:val="0"/>
          <w:color w:val="000000"/>
          <w:sz w:val="18"/>
        </w:rPr>
        <w:t>4,56 x 10⁻⁶</w:t>
      </w:r>
    </w:p>
    <w:p>
      <w:pPr>
        <w:spacing w:before="0" w:after="20"/>
        <w:ind w:left="576"/>
      </w:pPr>
      <w:r>
        <w:rPr>
          <w:rFonts w:ascii="Calibri" w:hAnsi="Calibri"/>
          <w:b w:val="0"/>
          <w:i w:val="0"/>
          <w:color w:val="000000"/>
          <w:sz w:val="18"/>
        </w:rPr>
        <w:t>45,6 x 10⁻⁷</w:t>
      </w:r>
    </w:p>
    <w:p>
      <w:pPr>
        <w:spacing w:before="0" w:after="20"/>
        <w:ind w:left="576"/>
      </w:pPr>
      <w:r>
        <w:rPr>
          <w:rFonts w:ascii="Calibri" w:hAnsi="Calibri"/>
          <w:b w:val="0"/>
          <w:i w:val="0"/>
          <w:color w:val="000000"/>
          <w:sz w:val="18"/>
        </w:rPr>
        <w:t>4,56 x 10⁶</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Tanda koma digeser ke kanan sebanyak 6 digit hingga berada di belakang angka 4, sehingga bentuk bakunya adalah 4,56 x 10⁻⁶.</w:t>
      </w:r>
    </w:p>
    <w:p>
      <w:pPr>
        <w:spacing w:before="80" w:after="40"/>
        <w:ind w:left="216"/>
      </w:pPr>
      <w:r>
        <w:rPr>
          <w:rFonts w:ascii="Calibri" w:hAnsi="Calibri"/>
          <w:b/>
          <w:color w:val="000000"/>
          <w:sz w:val="19"/>
        </w:rPr>
        <w:t xml:space="preserve">3. </w:t>
      </w:r>
      <w:r>
        <w:rPr>
          <w:rFonts w:ascii="Calibri" w:hAnsi="Calibri"/>
          <w:b w:val="0"/>
          <w:i w:val="0"/>
          <w:color w:val="000000"/>
          <w:sz w:val="19"/>
        </w:rPr>
        <w:t>Bentuk sederhana dari √72 + √50 - √18 adalah...</w:t>
      </w:r>
    </w:p>
    <w:p>
      <w:pPr>
        <w:spacing w:before="0" w:after="20"/>
        <w:ind w:left="576"/>
      </w:pPr>
      <w:r>
        <w:rPr>
          <w:rFonts w:ascii="Calibri" w:hAnsi="Calibri"/>
          <w:b w:val="0"/>
          <w:i w:val="0"/>
          <w:color w:val="000000"/>
          <w:sz w:val="18"/>
        </w:rPr>
        <w:t>6√2</w:t>
      </w:r>
    </w:p>
    <w:p>
      <w:pPr>
        <w:spacing w:before="0" w:after="20"/>
        <w:ind w:left="576"/>
      </w:pPr>
      <w:r>
        <w:rPr>
          <w:rFonts w:ascii="Calibri" w:hAnsi="Calibri"/>
          <w:b w:val="0"/>
          <w:i w:val="0"/>
          <w:color w:val="000000"/>
          <w:sz w:val="18"/>
        </w:rPr>
        <w:t>8√2</w:t>
      </w:r>
    </w:p>
    <w:p>
      <w:pPr>
        <w:spacing w:before="0" w:after="20"/>
        <w:ind w:left="576"/>
      </w:pPr>
      <w:r>
        <w:rPr>
          <w:rFonts w:ascii="Calibri" w:hAnsi="Calibri"/>
          <w:b w:val="0"/>
          <w:i w:val="0"/>
          <w:color w:val="000000"/>
          <w:sz w:val="18"/>
        </w:rPr>
        <w:t>10√2</w:t>
      </w:r>
    </w:p>
    <w:p>
      <w:pPr>
        <w:spacing w:before="0" w:after="20"/>
        <w:ind w:left="576"/>
      </w:pPr>
      <w:r>
        <w:rPr>
          <w:rFonts w:ascii="Calibri" w:hAnsi="Calibri"/>
          <w:b w:val="0"/>
          <w:i w:val="0"/>
          <w:color w:val="000000"/>
          <w:sz w:val="18"/>
        </w:rPr>
        <w:t>14√2</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√72 = √(36x2) = 6√2; √50 = √(25x2) = 5√2; √18 = √(9x2) = 3√2. Hasil: 6√2 + 5√2 - 3√2 = (6 + 5 - 3)√2 = 8√2.</w:t>
      </w:r>
    </w:p>
    <w:p>
      <w:pPr>
        <w:spacing w:before="80" w:after="40"/>
        <w:ind w:left="216"/>
      </w:pPr>
      <w:r>
        <w:rPr>
          <w:rFonts w:ascii="Calibri" w:hAnsi="Calibri"/>
          <w:b/>
          <w:color w:val="000000"/>
          <w:sz w:val="19"/>
        </w:rPr>
        <w:t xml:space="preserve">4. </w:t>
      </w:r>
      <w:r>
        <w:rPr>
          <w:rFonts w:ascii="Calibri" w:hAnsi="Calibri"/>
          <w:b w:val="0"/>
          <w:i w:val="0"/>
          <w:color w:val="000000"/>
          <w:sz w:val="19"/>
        </w:rPr>
        <w:t>Bentuk rasional dari pecahan 6 / √3 adalah...</w:t>
      </w:r>
    </w:p>
    <w:p>
      <w:pPr>
        <w:spacing w:before="0" w:after="20"/>
        <w:ind w:left="576"/>
      </w:pPr>
      <w:r>
        <w:rPr>
          <w:rFonts w:ascii="Calibri" w:hAnsi="Calibri"/>
          <w:b w:val="0"/>
          <w:i w:val="0"/>
          <w:color w:val="000000"/>
          <w:sz w:val="18"/>
        </w:rPr>
        <w:t>2√3</w:t>
      </w:r>
    </w:p>
    <w:p>
      <w:pPr>
        <w:spacing w:before="0" w:after="20"/>
        <w:ind w:left="576"/>
      </w:pPr>
      <w:r>
        <w:rPr>
          <w:rFonts w:ascii="Calibri" w:hAnsi="Calibri"/>
          <w:b w:val="0"/>
          <w:i w:val="0"/>
          <w:color w:val="000000"/>
          <w:sz w:val="18"/>
        </w:rPr>
        <w:t>3√3</w:t>
      </w:r>
    </w:p>
    <w:p>
      <w:pPr>
        <w:spacing w:before="0" w:after="20"/>
        <w:ind w:left="576"/>
      </w:pPr>
      <w:r>
        <w:rPr>
          <w:rFonts w:ascii="Calibri" w:hAnsi="Calibri"/>
          <w:b w:val="0"/>
          <w:i w:val="0"/>
          <w:color w:val="000000"/>
          <w:sz w:val="18"/>
        </w:rPr>
        <w:t>6√3</w:t>
      </w:r>
    </w:p>
    <w:p>
      <w:pPr>
        <w:spacing w:before="0" w:after="20"/>
        <w:ind w:left="576"/>
      </w:pPr>
      <w:r>
        <w:rPr>
          <w:rFonts w:ascii="Calibri" w:hAnsi="Calibri"/>
          <w:b w:val="0"/>
          <w:i w:val="0"/>
          <w:color w:val="000000"/>
          <w:sz w:val="18"/>
        </w:rPr>
        <w:t>18√3</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Kalikan pembilang dan penyebut dengan √3: (6 x √3) / (√3 x √3) = 6√3 / 3 = 2√3.</w:t>
      </w:r>
    </w:p>
    <w:p>
      <w:pPr>
        <w:spacing w:before="80" w:after="40"/>
        <w:ind w:left="216"/>
      </w:pPr>
      <w:r>
        <w:rPr>
          <w:rFonts w:ascii="Calibri" w:hAnsi="Calibri"/>
          <w:b/>
          <w:color w:val="000000"/>
          <w:sz w:val="19"/>
        </w:rPr>
        <w:t xml:space="preserve">5. </w:t>
      </w:r>
      <w:r>
        <w:rPr>
          <w:rFonts w:ascii="Calibri" w:hAnsi="Calibri"/>
          <w:b w:val="0"/>
          <w:i w:val="0"/>
          <w:color w:val="000000"/>
          <w:sz w:val="19"/>
        </w:rPr>
        <w:t>Nilai dari 8^(2/3) adalah...</w:t>
      </w:r>
    </w:p>
    <w:p>
      <w:pPr>
        <w:spacing w:before="0" w:after="20"/>
        <w:ind w:left="576"/>
      </w:pPr>
      <w:r>
        <w:rPr>
          <w:rFonts w:ascii="Calibri" w:hAnsi="Calibri"/>
          <w:b w:val="0"/>
          <w:i w:val="0"/>
          <w:color w:val="000000"/>
          <w:sz w:val="18"/>
        </w:rPr>
        <w:t>2</w:t>
      </w:r>
    </w:p>
    <w:p>
      <w:pPr>
        <w:spacing w:before="0" w:after="20"/>
        <w:ind w:left="576"/>
      </w:pPr>
      <w:r>
        <w:rPr>
          <w:rFonts w:ascii="Calibri" w:hAnsi="Calibri"/>
          <w:b w:val="0"/>
          <w:i w:val="0"/>
          <w:color w:val="000000"/>
          <w:sz w:val="18"/>
        </w:rPr>
        <w:t>4</w:t>
      </w:r>
    </w:p>
    <w:p>
      <w:pPr>
        <w:spacing w:before="0" w:after="20"/>
        <w:ind w:left="576"/>
      </w:pPr>
      <w:r>
        <w:rPr>
          <w:rFonts w:ascii="Calibri" w:hAnsi="Calibri"/>
          <w:b w:val="0"/>
          <w:i w:val="0"/>
          <w:color w:val="000000"/>
          <w:sz w:val="18"/>
        </w:rPr>
        <w:t>6</w:t>
      </w:r>
    </w:p>
    <w:p>
      <w:pPr>
        <w:spacing w:before="0" w:after="20"/>
        <w:ind w:left="576"/>
      </w:pPr>
      <w:r>
        <w:rPr>
          <w:rFonts w:ascii="Calibri" w:hAnsi="Calibri"/>
          <w:b w:val="0"/>
          <w:i w:val="0"/>
          <w:color w:val="000000"/>
          <w:sz w:val="18"/>
        </w:rPr>
        <w:t>16</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Ubah 8 menjadi 2³: (2³)^(2/3) = 2^(3 x 2/3) = 2² = 4.</w:t>
      </w:r>
    </w:p>
    <w:p>
      <w:r>
        <w:br w:type="page"/>
      </w:r>
    </w:p>
    <w:p>
      <w:pPr>
        <w:pStyle w:val="Title"/>
      </w:pPr>
      <w:r>
        <w:t>LEMBAR KERJA PESERTA DIDIK (LKPD)</w:t>
      </w:r>
    </w:p>
    <w:p>
      <w:pPr>
        <w:pStyle w:val="Subtitle"/>
      </w:pPr>
      <w:r>
        <w:t>Mata Pelajaran: Matematika • Bab 1: Bilangan Berpangkat dan Bentuk Akar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Bilangan Berpangkat dan Sifat Operasinya</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definisi perpangkatan, pangkat nol, pangkat negatif, dan sifat perkalian/pembagian.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Notasi Ilmiah (Bentuk Baku)</w:t>
      </w:r>
    </w:p>
    <w:p>
      <w:pPr>
        <w:spacing w:before="20" w:after="60"/>
        <w:ind w:left="216"/>
      </w:pPr>
      <w:r>
        <w:rPr>
          <w:rFonts w:ascii="Calibri" w:hAnsi="Calibri"/>
          <w:color w:val="000000"/>
          <w:sz w:val="18"/>
        </w:rPr>
        <w:t xml:space="preserve">Petunjuk: </w:t>
      </w:r>
      <w:r>
        <w:rPr>
          <w:rFonts w:ascii="Calibri" w:hAnsi="Calibri"/>
          <w:b w:val="0"/>
          <w:i w:val="0"/>
          <w:color w:val="000000"/>
          <w:sz w:val="18"/>
        </w:rPr>
        <w:t>Mengubah bilangan sangat besar atau sangat kecil ke bentuk ilmiah a x 10^n.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Konsep dan Penyederhanaan Bentuk Akar</w:t>
      </w:r>
    </w:p>
    <w:p>
      <w:pPr>
        <w:spacing w:before="20" w:after="60"/>
        <w:ind w:left="216"/>
      </w:pPr>
      <w:r>
        <w:rPr>
          <w:rFonts w:ascii="Calibri" w:hAnsi="Calibri"/>
          <w:color w:val="000000"/>
          <w:sz w:val="18"/>
        </w:rPr>
        <w:t xml:space="preserve">Petunjuk: </w:t>
      </w:r>
      <w:r>
        <w:rPr>
          <w:rFonts w:ascii="Calibri" w:hAnsi="Calibri"/>
          <w:b w:val="0"/>
          <w:i w:val="0"/>
          <w:color w:val="000000"/>
          <w:sz w:val="18"/>
        </w:rPr>
        <w:t>Menyederhanakan bentuk akar dengan memfaktorkan bilangan kuadrat sempurna.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Operasi Aritmetika dan Merasionalkan Penyebut Akar</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penjumlahan, perkalian akar, dan merasionalkan pecahan bentuk akar.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Bilangan berpangkat (eksponen) menyederhanakan penulisan perkalian berulang bilangan yang sama ke dalam bentuk a^n. Penguasaan sifat-sifat eksponen seperti perkalian pada basis sama (a^m x a^n = a^(m+n)) dan pembagian (a^m : a^n = a^(m-n)) menjadi landasan komputasi matematika tingkat lanjut.</w:t>
      </w:r>
    </w:p>
    <w:p>
      <w:pPr>
        <w:spacing w:before="40" w:after="60" w:line="276" w:lineRule="auto"/>
      </w:pPr>
      <w:r>
        <w:rPr>
          <w:rFonts w:ascii="Calibri" w:hAnsi="Calibri"/>
          <w:b w:val="0"/>
          <w:i w:val="0"/>
          <w:color w:val="000000"/>
          <w:sz w:val="19"/>
        </w:rPr>
        <w:t>Notasi ilmiah (*scientific notation*) memanfaatkan pangkat bilangan berpangkat basis 10 untuk menuliskan bilangan bernilai sangat besar (seperti jarak antarplanet) atau bilangan bernilai sangat kecil (seperti ukuran sel mikroskopis) ke dalam bentuk baku a x 10^n dengan 1 ≤ a &lt; 10.</w:t>
      </w:r>
    </w:p>
    <w:p>
      <w:pPr>
        <w:spacing w:before="40" w:after="60" w:line="276" w:lineRule="auto"/>
      </w:pPr>
      <w:r>
        <w:rPr>
          <w:rFonts w:ascii="Calibri" w:hAnsi="Calibri"/>
          <w:b w:val="0"/>
          <w:i w:val="0"/>
          <w:color w:val="000000"/>
          <w:sz w:val="19"/>
        </w:rPr>
        <w:t>Bentuk akar merupakan kebalikan dari perpangkatan kuadrat yang menghasilkan bilangan irasional saat tidak menghasilkan akar bulat murni. Operasi penyederhanaan bentuk akar dan merasionalkan penyebut pecahan akar melatih ketelitian aljabar deduktif peserta didik.</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Bilangan Berpangkat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penulisan perkalian berulang suatu bilangan dengan dirinya sendiri sebanyak n faktor (a^n).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Notasi Ilmiah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Format penulisan bilangan baku dalam bentuk a x 10^n di mana 1 ≤ a &lt; 10 dan n merupakan bilangan bulat.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Bentuk Akar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Akar dari suatu bilangan yang hasilnya bukan merupakan bilangan rasional melainkan bilangan irasional (contoh: √2, √3).</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Pangkat Nol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Sifat perpangkatan di mana setiap bilangan real bukan nol dipangkatkan nol menghasilkan nilai 1 (a⁰ = 1, a ≠ 0).</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Merasionalkan Penyebut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mengubah penyebut pecahan yang memuat bentuk akar menjadi bentuk rasional dengan mengalikan bentuk sekawan.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