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Data dan Diagram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mengumpulkan dan mengorganisasikan data ke dalam tabel frekuensi.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menyajikan data dalam bentuk diagram batang, garis, dan lingkaran.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menafsirkan informasi grafik data statistik untuk menarik simpulan logis.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teknik pengumpulan data, pengorganisasian tabel frekuensi, penyajian grafik batang, garis, lingkaran, dan interpretasi informasi data statistik.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Pengumpulan Data dan Tabel Frekuensi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Mengumpulkan data primer dan menyusun tabel distribusi frekuensi data tunggal.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Diagram Batang dan Diagram Garis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Mengonstruksi diagram batang tunggal/ganda dan diagram garis tren waktu.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Diagram Lingkaran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sudut juring dan persentase untuk menyajikan diagram lingkaran proporsional.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Interpretasi dan Penarikan Simpulan Data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grafik data untuk mengambil keputusan objektif berbasis bukti kuantitatif.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Data nilai ulangan 10 siswa: 70, 80, 75, 85, 90, 75, 80, 85, 80, 95. Frekuensi nilai 80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Nilai 80 muncul sebanyak 3 kali pada data tersebut.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Diagram lingkaran menyajikan hobi 120 siswa. Jika juring hobi sepak bola bersudut 108°, banyak siswa yang menyukai sepak bola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24 siswa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36 siswa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40 siswa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48 siswa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Banyak siswa = (108° / 360°) x 120 = 36 siswa.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Produksi padi desa selama 4 tahun: 2021 (40 ton), 2022 (55 ton), 2023 (50 ton), 2024 (70 ton). Peningkatan produksi tertinggi terjadi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2021 ke 2022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2022 ke 2023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2023 ke 2024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Seluruh periode sama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Kenaikan 2023 ke 2024 = 70 - 50 = 20 ton (tertinggi dibanding periode lain).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Sebanyak 200 siswa memilih ekstrakurikuler: Pramuka 30%, PMR 25%, Paskibra 20%, sisanya Robotik. Banyak siswa memilih Robotik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70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Persentase Robotik = 100% - 75% = 25%. Banyak siswa = 25% x 200 = 50 orang.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Diagram yang paling tepat untuk menampilkan catatan suhu tubuh pasien setiap jam selama 24 jam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Lingkaran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Batang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Garis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Diagram Piktogram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Diagram garis sangat tepat untuk menyajikan data kontinu yang berubah seiring berjalannya waktu.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7: Data dan Diagram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Pengumpulan Data dan Tabel Frekuensi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Mengumpulkan data primer dan menyusun tabel distribusi frekuensi data tunggal.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Diagram Batang dan Diagram Garis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Mengonstruksi diagram batang tunggal/ganda dan diagram garis tren waktu.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Diagram Lingkaran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sudut juring dan persentase untuk menyajikan diagram lingkaran proporsional.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Interpretasi dan Penarikan Simpulan Data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grafik data untuk mengambil keputusan objektif berbasis bukti kuantitatif.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Statistika dasar dimulai dari pengumpulan data kuantitatif dan kualitatif secara terstruktur melalui observasi, wawancara, atau angket. Pengelompokan data mentah ke dalam tabel distribusi frekuensi memudahkan analisis sebaran nilai.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Penyajian data visual bertujuan mengomunikasikan informasi secara jelas. Diagram batang efektif membandingkan kategori diskrit, diagram garis menampilkan perkembangan tren waktu, dan diagram lingkaran merefleksikan persentase proporsi bagian terhadap keseluruhan.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Interpretasi data melatih daya kritis peserta didik untuk membaca informasi tersurat dan tersirat, memprediksi tren masa depan, serta mendeteksi kekeliruan penyajian grafik di ruang publik.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Data Primer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Informasi yang diperoleh langsung dari sumber pertama melalui pencatatan langsung atau survei.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Tabel Distribusi Frekuensi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Tabel penyajian data yang menunjukkan jumlah kemunculan setiap nilai atau kategori.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Diagram Batang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Grafik persegi panjang untuk membandingkan besaran nilai antarkategori data.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Diagram Garis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Grafik titik koordinat berurutan yang dihubungkan garis lurus untuk menampilkan tren terhadap waktu.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Diagram Lingkaran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Grafik lingkaran yang dibagi menjadi beberapa juring untuk menunjukkan proporsi bagian terhadap total keseluruhan.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