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Persamaan dan Pertidaksamaan Linear Satu Variabel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kalimat terbuka, PLSV, dan PtLSV.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himpunan penyelesaian PLSV dan PtLSV.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menyajikan solusi PtLSV pada garis bilangan serta memecahkan persoalan kontekstual.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konsep kesetaraan kalimat terbuka, penentuan himpunan penyelesaian PLSV dan PtLSV dengan manipulasi aljabar, representasi garis bilangan solusi, dan pemecahan kasus nyata.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Kalimat Terbuka dan Bentuk PLSV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pernyataan bernilai mutlak dengan kalimat terbuka berpeubah tunggal.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Penyelesaian PLSV dengan Prinsip Kesetaraan Ruas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nilai variabel solusi melalui manipulasi aritmetika kedua ruas persamaan.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Konsep dan Aturan Pembalikan Tanda PtLSV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himpunan penyelesaian pertidaksamaan linear dan aturan pembagi negatif.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Pemodelan dan Aplikasi Nyata PLSV dan PtLSV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Merumuskan model matematika dan memecahkan soal cerita berbasis pembatasan kapasitas.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Nilai x yang memenuhi persamaan 3(2x - 4) = 4x + 6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6x - 12 = 4x + 6 &lt;=&gt; 2x = 18 &lt;=&gt; x = 9.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Himpunan penyelesaian dari 5x - 7 ≤ 2x + 8 untuk x bilangan bulat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{..., 2, 3, 4, 5}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{5, 6, 7, ...}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{..., 1, 2, 3, 4}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{4, 5, 6, ...}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3x ≤ 15 &lt;=&gt; x ≤ 5. Himpunan penyelesaian: {..., 2, 3, 4, 5}.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Himpunan penyelesaian dari -3(x + 2) &gt; 9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&gt; -5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&lt; -5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&gt; -1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&lt; -1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-3x - 6 &gt; 9 &lt;=&gt; -3x &gt; 15 &lt;=&gt; x &lt; -5 (tanda berbalik karena dibagi -3).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Umur ayah 3 kali umur Budi. Jika selisih umur mereka 28 tahun, umur Budi sekarang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12 tahun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14 tahun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16 tahun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18 tahun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3x - x = 28 &lt;=&gt; 2x = 28 &lt;=&gt; x = 14 tahun.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Daya angkut lift maksimum 550 kg. Terdapat barang 150 kg di dalam lift. Jika rata-rata berat penumpang 65 kg, jumlah maksimum penumpang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 orang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150 + 65n ≤ 550 &lt;=&gt; 65n ≤ 400 &lt;=&gt; n ≤ 6,15. Maksimum 6 orang.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4: Persamaan dan Pertidaksamaan Linear Satu Variabel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Kalimat Terbuka dan Bentuk PLSV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pernyataan bernilai mutlak dengan kalimat terbuka berpeubah tunggal.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Penyelesaian PLSV dengan Prinsip Kesetaraan Ruas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nilai variabel solusi melalui manipulasi aritmetika kedua ruas persamaan.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Konsep dan Aturan Pembalikan Tanda PtLSV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himpunan penyelesaian pertidaksamaan linear dan aturan pembagi negatif.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Pemodelan dan Aplikasi Nyata PLSV dan PtLSV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Merumuskan model matematika dan memecahkan soal cerita berbasis pembatasan kapasitas.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Persamaan Linear Satu Variabel (PLSV) adalah kalimat terbuka dengan tanda hubung sama dengan (=) yang hanya memiliki satu peubah berpangkat satu. Prinsip kesetaraan neraca menyatakan bahwa operasi penjumlahan, pengurangan, perkalian, atau pembagian dengan nilai yang sama pada kedua ruas tidak mengubah nilai kebenaran solusi.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Pertidaksamaan Linear Satu Variabel (PtLSV) menggunakan relasi ketidaksamaan. Karakteristik khusus PtLSV terletak pada pembalikan arah tanda ketidaksamaan saat kedua ruas dikali atau dibagi dengan bilangan negatif.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PLSV dan PtLSV meliputi estimasi anggaran belanja, penentuan kapasitas maksimum muatan kendaraan, dan perhitungan target skor minimum kompetisi.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Terbuka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matematika yang belum diketahui nilai kebenarannya karena masih memuat variabel.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PLSV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Persamaan linear yang memuat tepat satu variabel dengan pangkat tertinggi satu.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PtLSV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Pertidaksamaan linear satu variabel yang menggunakan lambang ketidaksamaan (&lt;, &gt;, ≤, ≥).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Himpunan Penyelesaian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Kumpulan nilai pengganti variabel yang membuat persamaan atau pertidaksamaan bernilai benar.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Pembalikan Relasi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tanda arah pertidaksamaan saat kedua ruas dikalikan atau dibagi bilangan negatif.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