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Bentuk Aljabar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unsur-unsur bentuk aljabar dan suku sejenis.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operasi aritmetika dasar pada bentuk aljabar.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model aljabar untuk menyelesaikan masalah kontekstual.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konsep variabel, koefisien, konstanta, suku sejenis, operasi aljabar dasar, penyederhanaan bentuk, dan pemodelan aljabar dari masalah verbal.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Unsur-unsur Bentuk Aljabar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variabel, koefisien, konstanta, dan pasangan suku sejenis.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Penjumlahan dan Pengurangan Bentuk Aljabar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Menyederhanakan suku-suku sejenis melalui operasi tambah dan kurang.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Perkalian dan Pembagian Bentuk Aljabar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sifat distributif perkalian suku aljabar serta pembagian polinomial.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Pemodelan Aljabar Kontekstual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ekspresi aljabar dari permasalahan naratif kehidupan sehari-hari.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Bentuk sederhana dari 5x² - 3x + 7 - 2x² + 8x - 12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3x² + 5x - 5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3x² - 11x - 5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7x² + 5x + 5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3x² + 5x + 19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(5x² - 2x²) + (-3x + 8x) + (7 - 12) = 3x² + 5x - 5.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Hasil perkalian dari (2x - 3)(x + 4)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2x² + 5x - 12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2x² - 5x - 12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2x² + 11x - 12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2x² - 12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2x(x + 4) - 3(x + 4) = 2x² + 8x - 3x - 12 = 2x² + 5x - 12.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Jika p = 3 dan q = -2, maka nilai dari 2p² - 3pq + q²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2(3)² - 3(3)(-2) + (-2)² = 2(9) - (-18) + 4 = 18 + 18 + 4 = 40.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Keliling kebun persegi panjang berukuran panjang (3x + 2) m dan lebar (2x - 1) 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5x + 1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10x + 2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6x² + x - 2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10x - 2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Keliling = 2 x ((3x + 2) + (2x - 1)) = 2 x (5x + 1) = 10x + 2 meter.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Hasil dari (12a³b² - 8a²b³) dibagi 4ab²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3a² - 2ab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3a² - 2b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3a - 2ab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3a²b - 2ab²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(12a³b² / 4ab²) - (8a²b³ / 4ab²) = 3a² - 2ab.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3: Bentuk Aljabar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Unsur-unsur Bentuk Aljabar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variabel, koefisien, konstanta, dan pasangan suku sejenis.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Penjumlahan dan Pengurangan Bentuk Aljabar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Menyederhanakan suku-suku sejenis melalui operasi tambah dan kurang.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Perkalian dan Pembagian Bentuk Aljabar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sifat distributif perkalian suku aljabar serta pembagian polinomial.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Pemodelan Aljabar Kontekstual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ekspresi aljabar dari permasalahan naratif kehidupan sehari-hari.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Bentuk aljabar menggabungkan simbol huruf (variabel) dan angka untuk menyatakan relasi kuantitatif yang nilainya belum diketahui. Pemahaman konsep ini menjadi jembatan penalaran dari aritmetika angka konkret menuju pemikiran abstrak deduktif.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Unsur bentuk aljabar mencakup suku, koefisien, variabel, dan konstanta. Identifikasi suku sejenis merupakan syarat mutlak agar operasi penjumlahan dan pengurangan dapat dilakukan secara valid.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Operasi perkalian dan pembagian aljabar memanfaatkan hukum eksponen serta sifat distributif. Pemodelan aljabar memudahkan penyusunan rumus efisiensi dan analisis biaya operasional.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Variabel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Simbol huruf pengganti nilai bilangan yang belum diketahui secara pasti.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Koefisien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pengali yang berada di depan variabel pada suatu suku aljabar.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Konstanta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Suku aljabar yang nilainya tetap dan tidak memuat variabel peubah.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Suku Sejenis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Suku-suku yang memiliki variabel dan pangkat variabel yang sama persis.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Derajat Suku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Pangkat tertinggi dari variabel yang termuat dalam suatu suku aljabar.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