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Diagram Lingkaran dan Peluang Empiris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Mengonversi data frekuensi ke dalam besaran sudut derajat (360 derajat) dan persentase (100%).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dan menganalisis informasi yang tersaji dalam diagram lingkaran secara kritis.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peluang empiris munculnya suatu mata dadu atau angka dalam uji coba berulang.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Menyajikan dan menafsirkan data dalam bentuk diagram lingkaran (derajat dan persentase) serta menentukan peluang empiris kejadian berdasarkan eksperimen pelemparan koin/dadu.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dan Menyajikan Diagram Lingkaran Bentuk Persen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kuantitas data dari proporsi persen pada diagram lingkaran.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Membaca dan Menyajikan Diagram Lingkaran Bentuk Derajat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nilai data berdasarkan besar sudut juring lingkaran 360°.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Peluang Empiris dan Frekuensi Relatif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uji coba berulang dan menghitung nilai peluang empiris kejadian.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Pada diagram lingkaran hobi 200 siswa: Sepak bola 40%, Menari 25%, Musik 20%, dan sisanya Melukis. Jumlah siswa yang hobi melukis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20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30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40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50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Persen melukis = 100% - (40% + 25% + 20%) = 15%. Banyak siswa = 15% × 200 = 30 orang.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Sebuah diagram lingkaran derajat menunjukkan jenis mata pelajaran favorit. Sudut juring untuk IPA adalah 90°. Jika total siswa 120 orang, banyak siswa yang menyukai IPA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25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30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40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45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(90° / 360°) × 120 = 1/4 × 120 = 30 orang.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Sebuah koin dilempar sebanyak 50 kali. Sisi gambar muncul sebanyak 22 kali. Nilai peluang empiris munculnya sisi angka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22/50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28/50 (atau 14/25)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1/2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22/28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Kemunculan angka = 50 - 22 = 28 kali. Peluang empiris = 28/50 = 14/25.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Jumlah total derajat dalam satu lingkaran diagram utuh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100°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180°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270°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360°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Satu lingkaran penuh selalu memiliki sudut total 360°.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Dalam diagram persen, juring warna merah 30% dan hijau 45%. Selisih persen kedua warna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10%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15%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20%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25%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45% - 30% = 15%.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6: Diagram Lingkaran dan Peluang Empiris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dan Menyajikan Diagram Lingkaran Bentuk Persen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kuantitas data dari proporsi persen pada diagram lingkaran.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Membaca dan Menyajikan Diagram Lingkaran Bentuk Derajat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nilai data berdasarkan besar sudut juring lingkaran 360°.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Peluang Empiris dan Frekuensi Relatif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uji coba berulang dan menghitung nilai peluang empiris kejadian.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diagram lingkaran dan peluang empiris mengajarkan representasi data proporsional dalam bentuk potongan juring lingkaran berskala persentase (100%) atau derajat sudut (360°).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konversi frekuensi data ke besar sudut juring: Sudut = (Nilai / Total) × 360° dan persentase: Persen = (Nilai / Total) × 100%.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Pada materi peluang empiris, siswa menguji rasio frekuensi relatif dari kejadian berulang pada percobaan acak serta membandingkannya dengan peluang teoretis.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Diagram Lingkaran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Grafik berbentuk lingkaran yang dibagi menjadi juring-juring untuk menggambarkan proporsi bagian terhadap keseluruhan data.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Juring Pusat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Sudut yang dibentuk oleh dua jari-jari lingkaran pada titik pusat, dengan total 360° untuk satu lingkaran penuh.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Peluang Empiris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Peluang yang ditentukan berdasarkan rasio hasil percobaan nyata yang telah dilakukan secara berulang.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Frekuensi Relatif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antara frekuensi munculnya suatu kejadian dengan total banyaknya percobaan.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Proporsi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Pernyataan perbandingan kesetaraan antara dua rasio pecahan.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