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Volume Bangun Ruang Lanjutan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Menghitung volume tabung dan kerucut dalam satuan baku cm3, dm3, dan liter.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Menghitung volume prisma segitiga dan limas segiempat pada objek nyata kemasan barang.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Memecahkan masalah volume bangun ruang gabungan (misal: gabungan tabung dan kerucut/setengah bola).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Menemukan rumus dan menghitung kapasitas volume prisma segitiga (Luas alas x t), limas (1/3 x Luas alas x t), tabung (pi x r2 x t), kerucut (1/3 x pi x r2 x t), dan bangun ruang gabungan.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Menghitung Volume Prisma Segitiga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rumus V = (1/2 × a × t_segitiga) × tinggi_prisma.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Menghitung Volume Tabung dan Kerucut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rumus V_tabung = πr²t dan V_kerucut = 1/3 πr²t dalam soal cerita.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Menghitung Volume Limas dan Bangun Ruang Gabungan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kapasitas bangun limas dan total volume gabungan kubus-limas atau tabung-kerucut.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Sebuah kaleng biskuit berbentuk tabung memiliki jari-jari alas 7 cm dan tinggi 10 cm. Volume kaleng tersebut adalah (π = 22/7)...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1.540 cm³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154 cm³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3.080 cm³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770 cm³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Volume tabung = π × r² × t = 22/7 × 7 × 7 × 10 = 1.540 cm³.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Sebuah prisma segitiga memiliki alas segitiga berukuran alas 6 cm dan tinggi 8 cm. Jika tinggi prisma 15 cm, volumenya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360 cm³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720 cm³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180 cm³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480 cm³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Luas alas = 1/2 × 6 × 8 = 24 cm². Volume prisma = 24 × 15 = 360 cm³.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Sebuah wadah berbentuk kerucut memiliki jari-jari alas 7 cm dan tinggi 12 cm. Volume wadah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1.848 cm³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616 cm³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308 cm³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924 cm³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Volume = 1/3 × π × r² × t = 1/3 × 22/7 × 49 × 12 = 1/3 × 1.848 = 616 cm³.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Limas segi empat dengan alas persegi berukuran sisi 10 cm memiliki tinggi limas 18 cm. Volume limas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600 cm³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1.800 cm³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300 cm³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900 cm³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Luas alas = 10 × 10 = 100 cm². Volume = 1/3 × 100 × 18 = 600 cm³.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Sebuah drum minyak berbentuk tabung berisi penuh 154 liter minyak. Jika jari-jari alas drum 35 cm, tinggi drum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30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40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50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60 cm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154 liter = 154.000 cm³. Luas alas = 22/7 × 35 × 35 = 3.850 cm². Tinggi = 154.000 ÷ 3.850 = 40 cm.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5: Volume Bangun Ruang Lanjutan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Menghitung Volume Prisma Segitiga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rumus V = (1/2 × a × t_segitiga) × tinggi_prisma.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Menghitung Volume Tabung dan Kerucut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rumus V_tabung = πr²t dan V_kerucut = 1/3 πr²t dalam soal cerita.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Menghitung Volume Limas dan Bangun Ruang Gabungan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kapasitas bangun limas dan total volume gabungan kubus-limas atau tabung-kerucut.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volume bangun ruang lanjutan membimbing siswa menghitung volume prisma segitiga (V = Luas Alas × tinggi), tabung (V = πr²t), limas (V = 1/3 × Luas Alas × tinggi), dan kerucut (V = 1/3 × πr²t).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membuktikan hubungan volume tabung dan kerucut (volume kerucut adalah sepertiga volume tabung dengan jari-jari dan tinggi sama) melalui eksperimen menuang pasir atau air.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Penerapan soal kontekstual melibatkan perhitungan volume kaleng susu, drum minyak tanah, tenda perkemahan prisma, dan cetakan tumpeng kerucut.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Volume Prisma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Kapasitas ruang prisma yang dirumuskan dengan V = Luas Alas × Tinggi Prisma.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Volume Tabung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Kapasitas ruang silinder yang dirumuskan dengan V = π × r² × 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Volume Kerucut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Kapasitas kerucut yang besarnya 1/3 dari volume tabung: V = 1/3 × π × r² × 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Volume Limas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Kapasitas ruang limas: V = 1/3 × Luas Alas × Tinggi Limas.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Bangun Gabungan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tiga dimensi yang tersusun dari kombinasi dua atau lebih bangun ruang dasar.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