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Luas dan Keliling Lingkaran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8 unsur anatomi bangun datar lingkaran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keliling dan luas lingkaran penuh serta bangun lingkaran bertingkat (setengah/seperempat lingkaran).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soal cerita penghitungan putaran roda dan luas taman melingkar dalam kehidupan nyata.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unsur-unsur lingkaran (titik pusat, jari-jari, diameter, busur, tali busur, juring, tembereng), nilai phi (22/7 dan 3,14), serta rumus keliling (K = 2 x pi x r) dan luas lingkaran (L = pi x r2).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Unsur-Unsur Lingkaran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dan menggambar jari-jari, diameter, juring, tembereng, dan busur lingkaran.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Menghitung Keliling Lingkaran dan Putaran Roda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keliling dan menghitung jarak tempuh dari putaran roda.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Menghitung Luas Lingkaran dan Bagian Juring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luas lingkaran utuh, setengah lingkaran, dan luas daerah berarsir.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piring bundar memiliki jari-jari 14 cm. Keliling piring tersebut adalah (gunakan π = 22/7)...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44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88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154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616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Keliling = 2 × π × r = 2 × 22/7 × 14 = 88 cm.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Luas sebuah lingkaran yang memiliki jari-jari 7 cm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44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154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308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616 cm²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Luas = π × r² = 22/7 × 7 × 7 = 154 cm².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Roda sepeda dengan diameter 56 cm berputar sebanyak 100 kali di lintasan lurus. Jarak yang ditempuh sepeda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176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17,6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352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88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Keliling roda = π × d = 22/7 × 56 = 176 cm. Jarak = 176 cm × 100 = 17.600 cm = 176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Garis yang menghubungkan dua titik pada lengkungan lingkaran dan melewati titik pusat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Jari-jari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Diameter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Tali busur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Apotema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Diameter adalah garis tengah yang membagi lingkaran menjadi dua bagian sama besar melewati pusat.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Luas bangun setengah lingkaran dengan diameter 20 cm (π = 3,14)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314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157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78,5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628 cm²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 = 10 cm. Luas penuh = 3,14 × 10 × 10 = 314 cm². Setengah lingkaran = 314 ÷ 2 = 157 cm².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Luas dan Keliling Lingkaran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Unsur-Unsur Lingkaran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dan menggambar jari-jari, diameter, juring, tembereng, dan busur lingkaran.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Menghitung Keliling Lingkaran dan Putaran Roda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keliling dan menghitung jarak tempuh dari putaran roda.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Menghitung Luas Lingkaran dan Bagian Juring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luas lingkaran utuh, setengah lingkaran, dan luas daerah berarsir.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lingkaran mengajarkan unsur-unsur geometri lingkaran: titik pusat, jari-jari (r), diameter (d), busur, tali busur, juring, tembereng, dan apotema.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menemukan nilai perbandingan keliling terhadap diameter sebagai konstanta π (pi ≈ 22/7 atau 3,14) melalui eksperimen mengukur berbagai benda bundar di kelas.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menerapkan rumus keliling lingkaran (K = 2πr atau K = πd) dan rumus luas lingkaran (L = πr²) pada perhitungan taman kota, roda sepeda, dan bidang bundar berarsir.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Lingkaran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semua titik pada bidang datar yang berjarak sama dari suatu titik tertentu yang disebut titik pusat.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Jari-Jari (r)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lurus yang menghubungkan titik pusat lingkaran dengan sembarang titik pada lengkungan lingkaran.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Diameter (d)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lurus yang menghubungkan dua titik pada lengkungan lingkaran dan melalui titik pusat (d = 2r).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Konstanta Pi (π)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Rasio perbandingan keliling lingkaran dengan diameternya, bernilai konstan mendekati 22/7 atau 3,14.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Juring Lingkaran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Daerah di dalam lingkaran yang dibatasi oleh dua buah jari-jari dan sebuah busur lingkaran.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