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21 JP (7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Rasio, Kecepatan, dan Debit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perbandingan rasio senilai dalam resep makanan dan skala peta.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Menyelesaikan masalah kecepatan kendaraan, jarak tempuh, dan waktu papasan atau susul-menyusul.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Menghitung debit pengisian bak penampungan air dan waktu pengosongan tangki dalam liter/menit.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Memahami konsep perbandingan senilai dan berbalik nilai, menghitung kecepatan rata-rata (v = s/t) beserta waktu tempuh dan jarak tempuh, serta menghitung debit aliran zat cair (D = V/t).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Konsep Kecepatan dan Hubungan Jarak-Waktu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rumus kecepatan rata-rata (v = s/t) dan konversi km/jam ke m/detik.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Konsep Debit dan Pengisian Wadah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debit aliran fluida (Q = V/t) dan waktu pengosongan/pengisian tandon air.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Masalah Kontekstual Berpapasan dan Menyusul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Menyelesaikan soal cerita transportasi dan efisiensi pengairan irigasi sawah.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Sebuah mobil menempuh jarak 180 km dalam waktu 3 jam. Kecepatan rata-rata mobil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50 km/jam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60 km/jam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70 km/jam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80 km/jam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Kecepatan = Jarak ÷ Waktu = 180 km ÷ 3 jam = 60 km/jam.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Sebuah pipa kran mengalirkan air sebanyak 120 liter dalam waktu 4 menit. Debit air kran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25 liter/menit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30 liter/menit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35 liter/menit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40 liter/menit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Debit = Volume ÷ Waktu = 120 liter ÷ 4 menit = 30 liter/menit.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Pak Danu mengendarai motor dengan kecepatan 45 km/jam. Jika ia berangkat pukul 07.15 dan menempuh jarak 90 km, ia akan tiba di tujuan pada pukul...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08.45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09.15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09.30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10.00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Waktu tempuh = 90 ÷ 45 = 2 jam. Tiba = 07.15 + 2 jam = 09.15.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Sebuah kolam berkapasitas 3.600 liter diisi menggunakan pompa dengan debit 60 liter/menit. Waktu yang diperlukan hingga kolam penuh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40 menit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50 menit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60 menit (1 jam)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90 menit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Waktu = Volume ÷ Debit = 3.600 ÷ 60 = 60 menit = 1 jam.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Nilai 72 km/jam setara dengan...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15 m/detik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20 m/detik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25 m/detik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30 m/detik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72 km/jam = (72 × 1.000 m) / 3.600 detik = 72.000 / 3.600 = 20 m/detik.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2: Rasio, Kecepatan, dan Debit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Konsep Kecepatan dan Hubungan Jarak-Waktu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rumus kecepatan rata-rata (v = s/t) dan konversi km/jam ke m/detik.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Konsep Debit dan Pengisian Wadah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debit aliran fluida (Q = V/t) dan waktu pengosongan/pengisian tandon air.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Masalah Kontekstual Berpapasan dan Menyusul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Menyelesaikan soal cerita transportasi dan efisiensi pengairan irigasi sawah.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rasio, kecepatan, dan debit membekali siswa dengan konsep laju perubahan besaran turunan dalam matematika terapan.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rumus segitiga jarak-kecepatan-waktu (s = v × t) untuk menghitung kecepatan rata-rata perjalanan kendaraan serta waktu tempuh dan waktu berpapasan.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Pada konsep debit fluida, siswa memahami hubungan antara volume air, debit aliran pipa, dan waktu pengisian wadah (V = Q × t), lengkap dengan konversi satuan volume (m³, liter, dm³) dan waktu (detik, menit, jam).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Kecepatan (v)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Besaran yang menyatakan jarak yang ditempuh suatu benda per satuan waktu (contoh: km/jam, m/s).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Jarak (s)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Panjang lintasan yang dilalui oleh suatu objek bergerak dari titik awal ke titik akhir.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Waktu Tempuh (t)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Durasi lamanya suatu pergerakan atau proses pengisian berlangsung.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Debit (Q)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Banyaknya volume zat cair yang mengalir melalui suatu penampang per satuan waktu (contoh: liter/menit, m³/detik).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Waktu Berpapasan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Waktu saat dua kendaraan yang bergerak dari arah berlawanan bertemu di suatu titik.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