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Pecahan, Desimal, dan Persen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Mengonversi pecahan biasa, pecahan campuran, desimal, dan persen ke dalam bentuk pecahan yang setara.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Menyelesaikan operasi hitung campuran (KaBaTaKu) pada aneka bentuk bilangan pecahan secara teliti.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Memecahkan masalah kontekstual diskon belanja, pajak, dan bunga tabungan sederhana.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Menghitung operasi hitung campuran yang melibatkan berbagai bentuk bilangan pecahan (pecahan biasa, campuran, desimal, dan persentase) dalam pemecahan masalah transaksi keuangan dan proporsi.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Konversi Pecahan, Desimal, dan Persen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Mengubah bentuk bilangan rasional ke format desimal dan persen secara akurat.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Membandingkan dan Mengurutkan Berbagai Bentuk Pecahan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Menyamakan format bilangan sebelum mengurutkan dari terkecil ke terbesar.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Penerapan Persen dalam Kehidupan Sehari-hari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Menghitung nilai potongan harga (diskon), komisi, dan persentase capaian target.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Bentuk persen dari pecahan 3/5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35%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50%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60%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75%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3/5 × 100% = 300/5 % = 60%.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Bentuk pecahan biasa paling sederhana dari 0,65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13/20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65/100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7/10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13/25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0,65 = 65/100. Dibagi 5 pada pembilang dan penyebut: 13/20.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Sebuah sepatu seharga Rp200.000 mendapat diskon 20%. Harga yang harus dibayar pembeli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Rp160.000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Rp170.000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Rp180.000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Rp40.000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Besar diskon = 20% × 200.000 = Rp40.000. Harga bayar = 200.000 - 40.000 = Rp160.000.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Urutan bilangan berikut dari yang terkecil adalah: 0,45 ; 1/2 ; 40% ; 3/4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40% ; 0,45 ; 1/2 ; 3/4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40% ; 1/2 ; 0,45 ; 3/4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0,45 ; 40% ; 1/2 ; 3/4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1/2 ; 40% ; 0,45 ; 3/4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Ubah ke desimal: 40% = 0,40; 0,45 = 0,45; 1/2 = 0,50; 3/4 = 0,75. Urutan: 40% &lt; 0,45 &lt; 1/2 &lt; 3/4.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Sebanyak 35% dari 240 siswa SD Cerdas mengikuti ekstrakurikuler pramuka. Jumlah siswa yang ikut pramuka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70 orang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84 orang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96 orang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104 orang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35/100 × 240 = 84 orang.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1: Pecahan, Desimal, dan Persen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Konversi Pecahan, Desimal, dan Persen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Mengubah bentuk bilangan rasional ke format desimal dan persen secara akurat.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Membandingkan dan Mengurutkan Berbagai Bentuk Pecahan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Menyamakan format bilangan sebelum mengurutkan dari terkecil ke terbesar.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Penerapan Persen dalam Kehidupan Sehari-hari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Menghitung nilai potongan harga (diskon), komisi, dan persentase capaian target.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matematika kelas 6 SD diawali dengan pendalaman hubungan tiga bentuk representasi bilangan rasional: pecahan biasa/campuran, desimal, dan persentase.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teknik konversi antar ketiga bentuk bilangan tersebut (misal: 3/4 = 0,75 = 75%) dan membandingkan serta mengurutkan berbagai format pecahan secara tepat.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Penerapan materi ditekankan pada transaksi ekonomi kontekstual, seperti penghitungan diskon belanja, pajak, bunga tabungan sederhana, dan proporsi data statistik.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Persen (%)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Bentuk pecahan perseratus yang dilambangkan dengan simbol % (contoh: 25% = 25/100).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Bilangan Rasional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Bilangan yang dapat dinyatakan dalam bentuk pecahan a/b dengan a dan b bilangan bulat serta b ≠ 0.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Diskon (Potongan Harga)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Pengurangan harga dari harga jual normal yang dihitung berdasarkan persentase tertentu.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Bentuk Baku Desimal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Penulisan pecahan berbasis kelipatan sepuluh menggunakan tanda koma desimal.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Konversi Bilangan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Perubahan bentuk penulisan bilangan tanpa mengubah nilai esensialnya.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