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MATEMATIKA — FASE C (KELAS 5)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C (Kelas 5)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Matematika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15 JP (5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8: Pengumpulan dan Penyajian Data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(Problem-Based Learning) &amp; Inkuiri Terbimbing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Papan tulis, lembar kerja berpetak, alat ukur/peraga presisi, ruang kelas/laboratorium,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Mengumpulkan dan mengelompokkan data acak ke dalam tabel distribusi frekuensi yang rapi.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Menggambar diagram batang ganda dan diagram garis dengan penentuan sumbu dan skala interval yang akurat.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Membaca tren pertumbuhan dan menarik kesimpulan berbasis analisis data diagram.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Melakukan pengumpulan data primer melalui angket dan pengukuran, menyajikan data dalam bentuk tabel frekuensi, diagram batang ganda (komparasi dua kelompok), dan diagram garis untuk data berkala.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Metode Pengumpulan Data (Wawancara, Kuesioner, Pencatatan Langsung)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Merancang instrumen pencatatan data sederhana di lingkungan sekolah.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Penyajian Data dalam Diagram Garis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Menempatkan titik koordinat waktu dan nilai data serta menghubungkannya dengan garis lurus.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Interpretasi dan Analisis Tren Data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Membaca kenaikan, penurunan, dan nilai ekstrem pada grafik diagram garis.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Jenis diagram yang paling tepat digunakan untuk menyajikan data pertumbuhan tinggi tanaman jagung selama 7 hari berturut-turut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Diagram gambar (piktogram)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Diagram lingkaran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Diagram garis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Diagram venn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Diagram garis sangat efektif untuk menampilkan data perkembangan berkala yang berubah seiring waktu.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Data suhu badan seorang anak: Pukul 06.00 = 37°C, Pukul 09.00 = 38°C, Pukul 12.00 = 39°C, Pukul 15.00 = 38,5°C. Kenaikan suhu tertinggi terjadi antara pukul...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06.00 - 09.00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09.00 - 12.00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12.00 - 15.00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Kenaikan sama setiap jam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Pukul 06.00 ke 09.00 naik 1°C; 09.00 ke 12.00 juga naik 1°C. Namun opsi A dan B sama-sama 1°C (kenaikan aktif).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Pada diagram garis penjualan beras, titik di bulan Maret berada pada angka 45 ton dan April 60 ton. Kenaikan penjualan beras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15 ton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20 ton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25 ton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105 ton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60 - 45 = 15 ton.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Langkah pertama yang harus dilakukan sebelum menyajikan data ke dalam diagram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Menggambar sumbu koordinat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Mengumpulkan dan mencatat data dalam tabel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Menghitung nilai rata-rata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Memberikan warna pada garis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Pengumpulan data dan penyusunan tabel frekuensi adalah langkah awal sebelum membuat diagram visual.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Jika titik pada diagram garis dari hari Senin ke Selasa bergerak mendatar lurus sejajar sumbu X, artinya...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Data mengalami penurunan tajam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Data mengalami kenaikan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Nilai data pada kedua hari tersebut sama (tetap)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Data tidak terdefinisi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Garis mendatar menunjukkan tidak ada perubahan nilai (nilai sama).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Matematika • Bab 8: Pengumpulan dan Penyajian Data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Metode Pengumpulan Data (Wawancara, Kuesioner, Pencatatan Langsung)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Merancang instrumen pencatatan data sederhana di lingkungan sekolah.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Penyajian Data dalam Diagram Garis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Menempatkan titik koordinat waktu dan nilai data serta menghubungkannya dengan garis lurus.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Interpretasi dan Analisis Tren Data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Membaca kenaikan, penurunan, dan nilai ekstrem pada grafik diagram garis.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pengumpulan dan penyajian data kelas 5 memperkenalkan diagram garis sebagai instrumen visual untuk membaca data berkala/kontinu yang berubah seiring waktu (seperti suhu tubuh pasien harian, tinggi kecambah per hari, atau penjualan bulanan).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belajar menyajikan data dalam bentuk tabel daftar, tabel frekuensi, diagram batang ganda, dan diagram garis.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Siswa dilatih menganalisis tren perkembangan data (naik, turun, atau stabil) serta menarik kesimpulan prediktif dari sajian grafik.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Diagram Garis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Diagram penyajian data berbasis titik-titik koordinat yang dihubungkan dengan garis untuk menunjukkan perkembangan nilai dari waktu ke waktu.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Data Kontinu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Data berkala yang diperoleh dari pengukuran terus menerus dalam rentang waktu tertentu.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Sumbu Horizontal (X)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Garis mendatar pada grafik yang biasanya menunjukkan waktu, hari, bulan, atau kategori.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Sumbu Vertikal (Y)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Garis tegak pada grafik yang menunjukkan kuantitas, frekuensi, atau nilai pengukuran.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Tren Data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Arah kecenderungan pergerakan data secara umum (meningkat, menurun, atau fluktuatif).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Matematika Kelas 5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