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Volume Bangun Ruang Kubus dan Balok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Menghitung volume kubus dan balok menggunakan kubus satuan dan rumus baku matematis.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Menentukan panjang rusuk kubus jika diketahui volume totalnya menggunakan konsep akar pangkat tiga.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Memecahkan masalah kapasitas tampung air pada bak mandi atau kolam berbentuk balok dalam satuan liter.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Menemukan rumus dan menghitung volume kubus (V = s3) dan volume balok (V = p x l x t), menentukan panjang rusuk dari akar pangkat tiga (kubik), serta konversi satuan volume baku ke liter dan mililiter.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Bilangan Pangkat Tiga dan Akar Pangkat Tiga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nilai kubik dan menarik akar pangkat tiga secara cepat.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Menghitung Volume Kubus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rumus V = s × s × s dalam berbagai variasi soal.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Menghitung Volume Balok dan Masalah Kontekstual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rumus V = p × l × t dan mengonversi satuan volume cm³ ke liter.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Sebuah bak mandi berbentuk kubus memiliki panjang rusuk bagian dalam 70 cm. Volume bak mandi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343.000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49.000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210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34.300 cm³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Volume kubus = 70 × 70 × 70 = 343.000 cm³ (atau 343 liter).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Volume sebuah kubus adalah 1.728 cm³. Panjang rusuk kubus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11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12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13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14 cm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∛1.728 = 12 cm, karena 12 × 12 × 12 = 1.728.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Akuarium berukuran panjang 80 cm, lebar 40 cm, dan tinggi 50 cm diisi air setengahnya. Volume air di dalam akuarium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160.000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80.000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80 liter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 dan C benar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D — Pembahasan: </w:t>
      </w:r>
      <w:r>
        <w:rPr>
          <w:rFonts w:ascii="Calibri" w:hAnsi="Calibri"/>
          <w:b w:val="0"/>
          <w:i/>
          <w:color w:val="64748B"/>
          <w:sz w:val="17"/>
        </w:rPr>
        <w:t>Volume total = 80 × 40 × 50 = 160.000 cm³. Setengahnya = 80.000 cm³ = 80 dm³ = 80 liter.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Nilai dari 8³ - 5³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387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397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512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125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8³ = 512. 5³ = 125. 512 - 125 = 387.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Sebuah kardus balok berukuran 60 cm × 40 cm × 30 cm akan diisi kubus-kubus kecil berukuran rusuk 10 cm. Banyak kubus kecil yang dapat termuat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72 buah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64 buah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80 buah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90 buah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Volume kardus = 72.000 cm³. Volume kubus kecil = 10³ = 1.000 cm³. Banyak kubus = 72.000 ÷ 1.000 = 72 buah.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7: Volume Bangun Ruang Kubus dan Balok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Bilangan Pangkat Tiga dan Akar Pangkat Tiga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nilai kubik dan menarik akar pangkat tiga secara cepat.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Menghitung Volume Kubus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rumus V = s × s × s dalam berbagai variasi soal.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Menghitung Volume Balok dan Masalah Kontekstual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rumus V = p × l × t dan mengonversi satuan volume cm³ ke liter.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volume bangun ruang kubus dan balok mengajarkan formula matematis volume kubus (V = s³) dan balok (V = p × l × t).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juga belajar konsep bilangan pangkat tiga (kubik) dan operasi inversnya yaitu penarikan akar pangkat tiga (∛) untuk mencari panjang rusuk kubus dari volume yang diketahui.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Penerapan ditekankan pada penghitungan volume air kolam renang, kapasitas bak penampungan air, dan daya tampung kardus pengiriman barang.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Volume Kubus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Kapasitas ruang kubus yang dihitung dengan rumus V = sisi × sisi × sisi (s³).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Volume Balok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Kapasitas ruang balok yang dihitung dengan rumus V = panjang × lebar × tinggi (p × l × t).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Bilangan Pangkat Tiga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Hasil perkalian suatu bilangan dengan dirinya sendiri sebanyak tiga kali (contoh: 4³ = 64).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Akar Pangkat Tiga (∛)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Operasi kebalikan dari pemangkatan tiga untuk menemukan bilangan dasar penyusun volume.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Desimeter Kubik (dm³)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Satuan volume metrik yang bernilai tepat sama dengan 1 liter (1 dm³ = 1 L).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