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6: Bangun Ruang: Kubus dan Balok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unsur-unsur bangun ruang kubus dan balok beserta jumlah rusuk, titik sudut, dan sisi.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Menganalisis dan membuat berbagai variasi pola jaring-jaring kubus dan balok pada kertas karton.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luas permukaan kubus dan balok dalam satuan baku cm2 dan m2.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sifat-sifat geometris kubus dan balok (titik sudut, rusuk, sisi/bidang, diagonal bidang, diagonal ruang), menggambar ragam pola jaring-jaring kubus dan balok, serta menghitung luas permukaannya.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Karakteristik dan Unsur-Unsur Kubus dan Balok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jumlah sisi, rusuk, dan titik sudut kubus dan balok.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Pola Jaring-Jaring Kubus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pola jaring-jaring kubus yang valid dan menentukan pasangan sisi sejajar.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Pola Jaring-Jaring Balok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dan membuktikan jaring-jaring balok dengan tiga pasang sisi berukuran berbeda.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Jumlah sisi, rusuk, dan titik sudut pada sebuah bangun balok berturut-turut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6 sisi, 8 rusuk, 12 titik sudut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 sisi, 12 rusuk, 8 titik sudut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 sisi, 12 rusuk, 6 titik sudut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6 sisi, 12 rusuk, 12 titik sudut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Balok memiliki 6 sisi persegi panjang, 12 rusuk, dan 8 titik sudut.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Kubus memiliki sisi yang semuanya berbentuk...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Persegi panjang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Persegi sama sisi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Jajar genjang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Trapesium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Kubus memiliki 6 sisi yang semuanya merupakan persegi yang kongruen.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Ada berapa banyak pola jaring-jaring kubus yang berbeda?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 pola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10 pola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11 pola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12 pola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Secara geometris terdapat 11 variasi pola jaring-jaring kubus yang valid.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kubus memiliki panjang rusuk 8 cm. Total panjang seluruh kawat yang dibutuhkan untuk membuat kerangka kubus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48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64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96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512 cm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Kubus memiliki 12 rusuk: 12 × 8 cm = 96 cm.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Jika sebuah jaring-jaring kubus dilipat, sisi nomor 1 menjadi alas kubus. Sisi yang menjadi penutup (atas) adalah sisi yang...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Berada tepat di samping nomor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Berhadapan sejajar dengan nomor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Menempel pada rusuk nomor 1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Berada di sudut luar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Tutup kubus selalu merupakan sisi yang sejajar dan berhadapan langsung dengan alas.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6: Bangun Ruang: Kubus dan Balok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Karakteristik dan Unsur-Unsur Kubus dan Balok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jumlah sisi, rusuk, dan titik sudut kubus dan balok.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Pola Jaring-Jaring Kubus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pola jaring-jaring kubus yang valid dan menentukan pasangan sisi sejajar.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Pola Jaring-Jaring Balok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dan membuktikan jaring-jaring balok dengan tiga pasang sisi berukuran berbeda.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bangun ruang kubus dan balok memperdalam pemahaman unsur-unsur spasial 3 dimensi: sisi/bidang, rusuk, titik sudut, diagonal bidang, dan diagonal ruang.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mengeksplorasi 11 pola jaring-jaring kubus dan beragam variasi jaring-jaring balok melalui kegiatan membedah dan merakit kardus bekas.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mengidentifikasi posisi sisi yang saling berhadapan (alas dan tutup) pada jaring-jaring datar untuk memperkuat penalaran spasial.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Kubus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3 dimensi yang dibatasi oleh 6 buah sisi persegi yang kongruen (sama dan sebangun).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Balok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Bangun ruang 3 dimensi yang dibatasi oleh 3 pasang sisi persegi panjang yang saling sejajar dan kongruen.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Rusuk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Garis pertemuan antara dua sisi bidang pada bangun ruang.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Titik Sudut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Titik potong pertemuan antara tiga rusuk atau lebih pada bangun ruang.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Jaring-Jaring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bentangan bidang datar 2 dimensi yang jika dilipat menurut rusuknya akan membentuk bangun ruang utuh.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