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Perbandingan dan Skala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Menyederhanakan bentuk rasio perbandingan dua besaran sejenis dan tak sejenis.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jarak sebenarnya pada peta berdasarkan skala dan jarak pada gambar.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Menggambar denah ruangan kelas sederhana dengan skala perbandingan yang proporsional.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Memahami konsep rasio perbandingan dua besaran, perbandingan senilai, membaca denah lokasi berskala, serta menghitung jarak sebenarnya dan jarak pada gambar/peta.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Konsep Perbandingan Sederhana dan Senilai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Menuliskan rasio dua kuantitas dan menyelesaikan perbandingan senilai.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Pengertian dan Perhitungan Skala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skala denah/peta berdasarkan perbandingan jarak.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Menghitung Jarak Sebenarnya dan Jarak pada Peta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Mengonversi satuan sentimeter ke meter atau kilometer dengan skala peta.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Perbandingan jumlah kelereng Dika dan Fani adalah 3 : 5. Jika kelereng Dika ada 15 butir, jumlah kelereng Fani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20 butir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25 butir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30 butir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35 butir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Kelereng Fani = (5/3) × 15 = 25 butir.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Jarak kota A dan B pada peta adalah 4 cm. Jika skala peta 1 : 500.000, maka jarak sebenarnya kedua kota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 km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20 km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200 km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2.000 km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JS = JP × Skala = 4 cm × 500.000 = 2.000.000 cm = 20 km.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Jarak sebenarnya kota X dan Y adalah 60 km. Pada peta digambar sepanjang 3 cm. Skala peta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 : 20.000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 : 200.000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 : 2.000.000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 : 20.000.000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60 km = 6.000.000 cm. Skala = 3 cm : 6.000.000 cm = 1 : 2.000.000.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Tinggi sebuah pohon pada gambar berskala 1 : 150 adalah 6 cm. Tinggi pohon sebenarnya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9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90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900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0,9 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Tinggi sebenarnya = 6 cm × 150 = 900 cm = 9 meter.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Harga 3 kg mangga adalah Rp45.000. Harga 7 kg mangga yang sama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Rp90.000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Rp105.000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Rp115.000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Rp120.000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Harga 1 kg = 45.000 ÷ 3 = Rp15.000. Harga 7 kg = 7 × 15.000 = Rp105.000.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5: Perbandingan dan Skala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Konsep Perbandingan Sederhana dan Senilai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Menuliskan rasio dua kuantitas dan menyelesaikan perbandingan senilai.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Pengertian dan Perhitungan Skala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skala denah/peta berdasarkan perbandingan jarak.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Menghitung Jarak Sebenarnya dan Jarak pada Peta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Mengonversi satuan sentimeter ke meter atau kilometer dengan skala peta.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perbandingan dan skala melatih kemampuan representasi proporsional peserta didik kelas 5 SD dalam membaca peta, denah, dan gambar teknik berskala.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rumus hubungan antara skala, jarak pada peta (JP), dan jarak sebenarnya (JS) secara matematis: Skala = JP : JS.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mencakup konsep perbandingan senilai (seperti jumlah bensin dengan jarak tempuh atau harga barang dengan kuantitas) dalam kehidupan sehari-hari.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Perbandingan (Rasio)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Pernyataan hubungan ukuran atau kuantitas antara dua besaran sejenis (contoh: 3 : 5).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Skala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Perbandingan antara jarak pada gambar/peta dengan jarak sebenarnya di lapangan.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Jarak pada Peta (JP)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Jarak yang terukur pada kertas peta, umumnya dalam satuan sentimeter (cm).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Jarak Sebenarnya (JS)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Jarak riil di permukaan bumi, umumnya dinyatakan dalam meter (m) atau kilometer (km).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Perbandingan Senilai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Perbandingan di mana kenaikan nilai suatu besaran berakibat pada kenaikan proporsional besaran lainnya.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