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Perkalian dan Pembagian Pecahan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perkalian pecahan biasa dan campuran dengan metode pengalian pembilang dan penyebut.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konsep pembagian pecahan sebagai perkalian dengan kebalikan pecahan pembagi.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Memecahkan masalah pembagian porsi makanan dan kain yang melibatkan pecahan dalam kehidupan nyata.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Menghitung perkalian bilangan bulat dengan pecahan, perkalian antarfraksi, konsep kebalikan pecahan (invers), serta pembagian pecahan biasa, campuran, dan desimal.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Perkalian Pecahan Biasa dan Campuran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Mengalikan pecahan biasa dan mengubah pecahan campuran ke bentuk biasa sebelum dikalikan.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Pembagian Pecahan dan Konsep Resiprokal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metode membalik pecahan pembagi (invers) untuk menyelesaikan pembagian.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Masalah Kontekstual Perkalian dan Pembagian Pecahan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soal cerita pengukuran dan pembagian proporsional.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Hasil dari 3/5 × 2/7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5/12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6/35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6/12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21/10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(3 × 2) / (5 × 7) = 6/35.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dari 2 1/3 × 3/4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7/4 (atau 1 3/4)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6/12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5/7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 3/12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2 1/3 = 7/3. (7/3) × (3/4) = 21/12 = 7/4 = 1 3/4.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Hasil dari 4/9 ÷ 2/3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8/27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2/3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12/18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3/2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4/9 ÷ 2/3 = 4/9 × 3/2 = 12/18 = 2/3.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Pak Ahmad memiliki 6 liter minyak goreng. Jika dituangkan ke dalam botol berukuran 3/4 liter, banyak botol yang dibutuhkan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 botol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 botol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 botol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12 botol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6 ÷ 3/4 = 6 × 4/3 = 24/3 = 8 botol.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Kebalikan (invers) dari pecahan 5/8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8/5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5/8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-5/8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 3/5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Kebalikan dari a/b adalah b/a, sehingga kebalikan 5/8 adalah 8/5.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Perkalian dan Pembagian Pecahan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Perkalian Pecahan Biasa dan Campuran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Mengalikan pecahan biasa dan mengubah pecahan campuran ke bentuk biasa sebelum dikalikan.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Pembagian Pecahan dan Konsep Resiprokal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metode membalik pecahan pembagi (invers) untuk menyelesaikan pembagian.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Masalah Kontekstual Perkalian dan Pembagian Pecahan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soal cerita pengukuran dan pembagian proporsional.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perkalian dan pembagian pecahan mengajarkan peserta didik mengalikan pembilang dengan pembilang serta penyebut dengan penyebut secara konseptual dan prosedural.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Konsep perkalian pecahan diilustrasikan sebagai 'bagian dari suatu bagian' menggunakan diagram grid persegi panjang. Sementara pembagian pecahan diperkenalkan melalui perkalian dengan bilangan kebalikan (resiprokal/invers perkalian).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menyelesaikan masalah nyata seperti pembagian luas lahan, takaran bumbu masakan, dan perhitungan jarak tempuh.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Resiprokal (Kebalikan Pecahan)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Pecahan yang diperoleh dengan menukar posisi pembilang dan penyebut (contoh: kebalikan 3/4 adalah 4/3).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Perkalian Pecahan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mengalikan pembilang dengan pembilang dan penyebut dengan penyebut.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Pembagian Pecahan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hitung yang setara dengan mengalikan bilangan pertama dengan kebalikan dari pecahan kedua.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Model Area Pecahan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Representasi visual persegi panjang berarsir untuk menunjukkan hasil kali dua pecahan.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Penyederhanaan Silang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menyederhanakan faktor persekutuan pembilang dan penyebut sebelum dikalikan.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