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Penjumlahan dan Pengurangan Pecahan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Menentukan KPK dari penyebut pecahan untuk menyamakan penyebut yang berbeda.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Melakukan operasi penjumlahan dan pengurangan pecahan biasa dan campuran secara sistematis.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Menyelesaikan masalah kontekstual pengukuran bahan resep dan pembagian luas lahan yang melibatkan pecahan.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Menghitung penjumlahan dan pengurangan pecahan biasa dan pecahan campuran yang memiliki penyebut berbeda dengan menyamakan penyebut menggunakan Kelipatan Persekutuan Terkecil (KPK).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Penjumlahan Pecahan Berbeda Penyebut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KPK penyebut dan menjumlahkan pecahan biasa.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Pengurangan Pecahan Berbeda Penyebut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Menyelesaikan pengurangan pecahan biasa dengan menyamakan penyebut.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Operasi Hitung pada Pecahan Campuran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Menjumlahkan dan mengurangkan pecahan campuran serta menyederhanakan hasil akhir.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Hasil dari 2/3 + 1/4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3/7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11/12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9/12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7/12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KPK dari 3 dan 4 adalah 12. 2/3 = 8/12, 1/4 = 3/12. 8/12 + 3/12 = 11/12.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Hasil dari 5/6 - 1/2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4/4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2/6 (atau 1/3)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4/6 (atau 2/3)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1/6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KPK 6 dan 2 adalah 6. 1/2 = 3/6. 5/6 - 3/6 = 2/6 = 1/3.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Ibu membeli 2 1/2 kg beras dan 1 3/4 kg gula pasir. Berat seluruh belanjaan Ibu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3 4/6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4 1/4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 1/2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 3/4 kg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2 1/2 + 1 3/4 = 2 2/4 + 1 3/4 = 3 5/4 = 4 1/4 kg.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Panjang seutas tali adalah 3 1/3 meter. Dipotong untuk mengikat kardus sepanjang 1 1/2 meter. Sisa tali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 5/6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 1/6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 2/3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2 5/6 meter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3 1/3 - 1 1/2 = 3 2/6 - 1 3/6 = 2 8/6 - 1 3/6 = 1 5/6 meter.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Bentuk pecahan campuran dari 17/5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 7/5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 2/5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 1/5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 1/5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17 ÷ 5 = 3 sisa 2, sehingga menjadi 3 2/5.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3: Penjumlahan dan Pengurangan Pecahan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Penjumlahan Pecahan Berbeda Penyebut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KPK penyebut dan menjumlahkan pecahan biasa.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Pengurangan Pecahan Berbeda Penyebut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Menyelesaikan pengurangan pecahan biasa dengan menyamakan penyebut.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Operasi Hitung pada Pecahan Campuran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Menjumlahkan dan mengurangkan pecahan campuran serta menyederhanakan hasil akhir.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memperdalam keterampilan operasi penjumlahan dan pengurangan pecahan berpenyebut tidak sama, termasuk pecahan biasa dan pecahan campuran.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menggunakan kelipatan persekutuan terkecil (KPK) untuk menyamakan penyebut sebelum melakukan operasi tambah atau kurang. Siswa juga mengonversi pecahan campuran menjadi pecahan biasa dan sebaliknya.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Aplikasi materi diterapkan pada pengukuran resep makanan, pembagian bahan kerajinan, dan pembagian waktu kegiatan sehari-hari.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KPK (Kelipatan Persekutuan Terkecil)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Bilangan bulat positif terkecil yang merupakan kelipatan dari dua bilangan atau lebih.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Pecahan Campuran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pecahan yang terdiri atas bilangan bulat utuh dan pecahan biasa (contoh: 2 1/3).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Penyebut Sama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di mana dua pecahan atau lebih memiliki angka pembagi bawah yang bernilai identik.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Konversi Pecahan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Mengubah bentuk pecahan (misal pecahan campuran ke pecahan biasa) tanpa mengubah nilainya.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Pecahan Tak Wajar (Improper Fraction)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Pecahan yang nilai pembilangnya lebih besar atau sama dengan penyebutnya.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