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21 JP (7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Operasi Hitung Campuran Bilangan Cacah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kaidah urutan operasi hitung campuran (tanda kurung, perkalian/pembagian, penjumlahan/pengurangan).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Menyelesaikan estimasi penaksiran hasil operasi hitung ke puluhan atau ratusan terdekat.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Memecahkan soal cerita multi-tahap bertema transaksi ekonomi dan penghitungan stok barang.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Menghitung operasi hitung campuran bilangan cacah yang melibatkan penjumlahan, pengurangan, perkalian, pembagian, dan tanda kurung sesuai kaidah urutan operasi matematika.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Aturan Urutan Operasi Hitung Campuran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prioritas operasi dengan tanda kurung, kali, bagi, tambah, dan kurang.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Sifat Komutatif, Asosiatif, dan Distributif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sifat-sifat aljabar dasar untuk mempercepat perhitungan.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Pemecahan Masalah Keuangan Sehari-hari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matematika dari masalah ekonomi dan menyelesaikan secara bertahap.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Hasil dari 250 + 50 × 4 - 100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1.100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350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450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Kerjakan perkalian dulu: 50 × 4 = 200. Lalu dari kiri: 250 + 200 - 100 = 450 - 100 = 350.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dari (1.200 - 450) ÷ 15 + 80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120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140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150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Hitung dalam kurung: 1.200 - 450 = 750. Lalu pembagian: 750 ÷ 15 = 50. Terakhir penjumlahan: 50 + 80 = 130.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Bentuk distributif dari 24 × (10 + 5)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(24 + 10) × (24 + 5)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(24 × 10) + (24 × 5)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(24 × 10) ×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24 × 10 + 5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Sifat distributif: 24 × (10 + 5) = (24 × 10) + (24 × 5) = 240 + 120 = 360.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Koperasi sekolah membeli 12 pak buku tulis seharga Rp36.000 per pak. Buku tersebut dijual eceran seharga Rp4.000 per buku. Jika 1 pak berisi 10 buku, keuntungan total koperasi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Rp48.000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Rp50.000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Rp432.000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Rp480.000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Modal = 12 × 36.000 = Rp432.000. Total buku = 12 × 10 = 120 buku. Penjualan = 120 × 4.000 = Rp480.000. Untung = 480.000 - 432.000 = Rp48.000.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Hasil dari 500 - 200 ÷ 4 + 75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150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425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525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550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Hitung pembagian: 200 ÷ 4 = 50. Lalu dari kiri: 500 - 50 + 75 = 450 + 75 = 525.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Operasi Hitung Campuran Bilangan Cacah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Aturan Urutan Operasi Hitung Campuran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prioritas operasi dengan tanda kurung, kali, bagi, tambah, dan kurang.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Sifat Komutatif, Asosiatif, dan Distributif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sifat-sifat aljabar dasar untuk mempercepat perhitungan.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Pemecahan Masalah Keuangan Sehari-hari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matematika dari masalah ekonomi dan menyelesaikan secara bertahap.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operasi hitung campuran membekali peserta didik dengan hierarki dan urutan pengerjaan operasi matematika (aturan tanda kurung, perkalian/pembagian dari kiri ke kanan, lalu penjumlahan/pengurangan).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menganalisis sifat-sifat operasi hitung (komutatif, asosiatif, dan distributif) guna menyederhanakan perhitungan kompleks secara efisien.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ditekankan pada pemodelan masalah kontekstual ekonomi sederhana, seperti perhitungan modal, laba rugi, dan pengelolaan kas kelas.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Urutan Operasi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Aturan baku yang menentukan operasi mana yang harus dikerjakan terlebih dahulu dalam ekspresi hitung campuran.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Sifat Distributif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penyebaran perkalian terhadap penjumlahan atau pengurangan: a × (b + c) = (a × b) + (a × c).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Sifat Komutatif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pertukaran letak bilangan pada penjumlahan atau perkalian tanpa mengubah hasil: a + b = b + 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Sifat Asosiatif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pengelompokan operasi hitung: (a + b) + c = a + (b + c).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Tanda Kurung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Simbol pengelompokan yang menyatakan bagian tersebut harus dihitung paling awal.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