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Bilangan Cacah sampai 100.000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dan menulis lambang bilangan cacah sampai 100.000 dengan tanda pemisah titik yang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Menentukan nilai tempat puluhan ribu dan ribuan pada bilangan cacah besar.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Membandingkan dan mengurutkan data statistik sederhana berangka puluhan ribu dari terkecil ke terbesar.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Membaca, menulis, membandingkan, mengurutkan, menentukan nilai tempat hingga ratus ribuan, serta melakukan komposisi dan dekomposisi bilangan cacah besar dalam konteks data nyata.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dan Menulis Bilangan Cacah sampai 100.000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nilai tempat hingga puluhan ribu dan dekomposisinya.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Membandingkan dan Mengurutkan Bilangan Puluhan Ribu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data bilangan lima angka secara runtut dari terkecil ke terbesar.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Pembulatan dan Penaksiran Bilangan Besar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estimasi nilai hitung ke ribuan dan puluhan ribu terdekat.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Jumlah penduduk suatu kecamatan adalah 74.825 jiwa. Nilai angka 7 pada bilangan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700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7.000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70.000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700.000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Angka 7 menempati posisi puluhan ribu sehingga bernilai 70.000.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Bentuk panjang dari bilangan 85.043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80.000 + 5.000 + 400 + 3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80.000 + 5.000 + 40 + 3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80.000 + 500 + 40 + 3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8.000 + 5.000 + 40 + 3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85.043 = 80.000 + 5.000 + 0 + 40 + 3 = 80.000 + 5.000 + 40 + 3.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Diberikan empat bilangan: 56.420, 56.240, 56.402, 56.042. Bilangan yang bernilai paling kecil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56.420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56.240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56.402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56.042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Membandingkan ratusan: 042 &lt; 240 &lt; 402 &lt; 420. Nilai terkecil adalah 56.042.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Hasil panen padi di sebuah kabupaten adalah 68.740 ton. Jika dibulatkan ke ribuan terdekat, berat padi menjadi...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68.000 ton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68.700 ton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69.000 ton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70.000 ton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Angka ratusan adalah 7 (≥ 5), sehingga dibulatkan ke atas menjadi 69.000 ton.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Sebuah pabrik memproduksi 42.600 masker pada bulan Januari dan 38.900 pada bulan Februari. Selisih produksi kedua bulan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3.700 masker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3.800 masker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4.700 masker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4.800 masker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42.600 - 38.900 = 3.700 masker.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1: Bilangan Cacah sampai 100.000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dan Menulis Bilangan Cacah sampai 100.000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nilai tempat hingga puluhan ribu dan dekomposisinya.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Membandingkan dan Mengurutkan Bilangan Puluhan Ribu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data bilangan lima angka secara runtut dari terkecil ke terbesar.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Pembulatan dan Penaksiran Bilangan Besar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estimasi nilai hitung ke ribuan dan puluhan ribu terdekat.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Memasuki Fase C di kelas 5 SD, siswa memperluas pemahaman bilangan cacah hingga rentang 100.000. Siswa belajar membaca, menulis lambang, menentukan nilai tempat puluhan ribu, serta menguraikan komposisi bilangan secara sistematis.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mengaitkan angka-angka bernilai besar dengan data statistik riil, seperti luas wilayah kabupaten di Indonesia, produksi pertanian, dan jumlah penduduk kecamatan. Hal ini menumbuhkan kepekaan numerasi kontekstual.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juga mendalami perbandingan, pengurutan, serta pembulatan bilangan sampai ke ribuan dan puluhan ribu terdekat untuk keperluan estimasi anggaran dan perencanaan kegiatan.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Puluhan Ribu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tempat kelima dari kanan pada bilangan cacah bernilai puluhan ribu.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Dekomposisi Puluhan Ribu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Penguraian bilangan bernilai hingga 99.999 menjadi susunan puluhan ribu, ribuan, ratusan, puluhan, dan satuan.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Estimasi Numerik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Perkiraan besaran nilai perhitungan tanpa memerlukan angka eksak.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Garis Bilangan Skala Besar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Representasi garis bilangan dengan interval ribuan atau puluhan ribu.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Kepekaan Bilangan (Number Sense)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intuisi intuitif memahami besaran, relasi, dan efek operasi bilangan.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