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Peluang dan Ketidakpastian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peristiwa yang pasti terjadi, mungkin terjadi, dan mustahil terjadi dalam peristiwa harian.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Melakukan eksperimen lempar koin atau dadu untuk mencatat frekuensi munculnya suatu hasil.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Menyimpulkan kemungkinan terjadinya suatu kejadian berdasarkan hasil pencatatan data eksperimen.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Mengenalkan konsep peluang intuitif kejadian nyata: peristiwa yang pasti terjadi, mungkin terjadi, atau mustahil terjadi melalui eksperimen sederhana pelemparan koin dan dadu.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Istilah Kepastian dan Kemungkinan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Mengklasifikasikan peristiwa sehari-hari ke dalam kategori pasti, mungkin, dan mustahil.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Eksperimen Peluang Sederhana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Melakukan percobaan pelemparan benda simetris dan mencatat frekuensi kemunculan hasil.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Membandingkan Kemungkinan Kejadian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Menentukan kejadian yang lebih berpeluang terjadi berdasarkan komposisi objek dalam wadah.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Peristiwa berikut yang tergolong 'pasti terjadi'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Besok pagi turun hujan lebat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Setiap manusia membutuhkan udara untuk bernapas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Sebuah koin yang dilempar pasti mendarat pada sisi angka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Tim sepak bola sekolah pasti memenangkan pertandingan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Bernapas adalah kebutuhan biologis mutlak manusia sehingga pasti terjadi.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Di dalam sebuah kantong terdapat 8 kelereng merah dan 2 kelereng hijau. Jika Doni mengambil 1 kelereng tanpa melihat, kemungkinan kelereng yang terambil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Pasti kelereng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Lebih mungkin terambil kelereng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Lebih mungkin terambil kelereng hijau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Sama kemungkinannya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Jumlah kelereng merah (8) jauh lebih banyak dari kelereng hijau (2), sehingga peluang merah terambil lebih besar.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dadu standar bermata 1 sampai 6 dilempar satu kali. Kejadian yang 'mustahil terjadi'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Muncul mata dadu genap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Muncul mata dadu 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Muncul mata dadu 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Muncul mata dadu ganjil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Dadu standar hanya memiliki mata 1 sampai 6, sehingga muncul angka 8 adalah mustahil.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Sebuah koin uang logam dilempar 20 kali. Sisi gambar muncul 12 kali. Banyaknya sisi angka muncul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 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10 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12 kali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20 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Total lemparan (20) - sisi gambar (12) = 8 kali sisi angka.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Sebuah roda putar dibagi menjadi 4 bagian sama besar: 1 merah, 1 kuning, 1 hijau, dan 1 biru. Kemungkinan jarum berhenti pada warna biru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Pasti terjadi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Mustahil terjadi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Sama besarnya dengan warna merah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Lebih besar dari warna kuning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Karena setiap warna memiliki luas bagian yang sama (1 dari 4), peluang setiap warna sama besarnya.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8: Peluang dan Ketidakpastian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Istilah Kepastian dan Kemungkinan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Mengklasifikasikan peristiwa sehari-hari ke dalam kategori pasti, mungkin, dan mustahil.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Eksperimen Peluang Sederhana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Melakukan percobaan pelemparan benda simetris dan mencatat frekuensi kemunculan hasil.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Membandingkan Kemungkinan Kejadian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Menentukan kejadian yang lebih berpeluang terjadi berdasarkan komposisi objek dalam wadah.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peluang dan ketidakpastian memperkenalkan peserta didik pada konsep kemungkinan terjadinya suatu peristiwa dalam kehidupan sehari-hari.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menggunakan istilah kualitatif probabilitas secara tepat, seperti 'pasti terjadi', 'mungkin terjadi', 'mustahil terjadi', dan 'sama kemungkinannya' melalui pengamatan fenomena alam dan simulasi permainan.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Melalui kegiatan eksperimen sederhana (seperti melempar koin uang logam, dadu bermata 6, atau memutar roda putar warna), peserta didik mencatat hasil percobaan dan memahami keteraturan dalam ketidakpastian acak.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Peluang (Probabilitas)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Ukuran kemungkinan terjadinya suatu peristiwa atau kejadian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Pasti Terjadi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Kejadian yang tanpa keraguan mutlak akan terjadi (contoh: matahari terbit dari timur).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Mustahil Terjadi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Kejadian yang sama sekali tidak dapat terjadi dalam keadaan normal (contoh: ayam bertelur emas murni).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Ruang Sampel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Himpunan semua hasil yang mungkin muncul dari suatu percobaan acak.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Frekuensi Relatif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Perbandingan antara banyaknya kejadian yang muncul dengan total seluruh percobaan yang dilakukan.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