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Pola Gambar dan Pola Bilangan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Menemukan pola susunan gambar geometris yang bertambah (membesar) atau berkurang (mengecil) secara teratur.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Menentukan suku berikutnya dari suatu barisan pola bilangan berdasarkan aturan keteraturan yang ditemukan.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Membuat pola bilangan kreasi mandiri dan menjelaskannya secara sistematis kepada teman kelas.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Mengidentifikasi, meniru, dan mengembangkan pola gambar membesar dan mengecil, serta merumuskan aturan pola bilangan lompat (penjumlahan, pengurangan, perkalian).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Pola Gambar Membesar dan Mengecil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Mengamati perubahan jumlah objek pada formasi gambar bertingkat secara teratur.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Pola Bilangan dengan Operasi Penjumlahan dan Pengurangan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selisih tetap antar suku bilangan dan memprediksi angka berikutnya.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Pola Bilangan dengan Operasi Perkalian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keteraturan barisan geometri sederhana (kelipatan dua, tiga, atau lima).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Perhatikan barisan bilangan berikut: 4, 9, 14, 19, ..., ... Dua bilangan berikutnya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23 dan 27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24 dan 29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24 dan 30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25 dan 31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Aturan pola adalah bertambah 5 (+5). 19 + 5 = 24, dan 24 + 5 = 29.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Perhatikan barisan pola bilangan: 96, 88, 80, 72, ..., 56. Bilangan yang tepat untuk mengisi titik-titik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64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66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62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60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Aturan pola adalah berkurang 8 (-8). 72 - 8 = 64 (dan 64 - 8 = 56).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Susunan segitiga dari batang korek api: Pola 1 butuh 3 batang, Pola 2 butuh 5 batang, Pola 3 butuh 7 batang. Banyak batang korek api untuk Pola ke-6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11 batang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13 batang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15 batang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17 batang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Barisan: 3, 5, 7, 9 (pola 4), 11 (pola 5), 13 (pola 6). Rumus pola ke-n = 2n + 1 = 2(6) + 1 = 13.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Sebuah bakteri membelah diri menjadi 2 setiap 1 jam. Jika mula-mula ada 3 bakteri, maka jumlah bakteri setelah 3 jam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12 bakteri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18 bakteri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24 bakteri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48 bakteri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Awal: 3. Jam 1: 3 × 2 = 6. Jam 2: 6 × 2 = 12. Jam 3: 12 × 2 = 24 bakteri.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Perhatikan barisan: 5, 10, 20, 40, ..., 160. Aturan pola pembentukan bilangan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Ditambah 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Ditambah 10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Dikali 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Dikali 4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Setiap suku dikalikan 2 dari suku sebelumnya: 5×2=10, 10×2=20, 20×2=40, 40×2=80, 80×2=160.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5: Pola Gambar dan Pola Bilangan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Pola Gambar Membesar dan Mengecil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Mengamati perubahan jumlah objek pada formasi gambar bertingkat secara teratur.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Pola Bilangan dengan Operasi Penjumlahan dan Pengurangan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selisih tetap antar suku bilangan dan memprediksi angka berikutnya.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Pola Bilangan dengan Operasi Perkalian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keteraturan barisan geometri sederhana (kelipatan dua, tiga, atau lima).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pola gambar dan pola bilangan mengasah kemampuan berpikir aljabar awal (early algebra) dan pengenalan keteraturan susunan objek pada peserta didik kelas 4 SD.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mengamati pola visual berulang (seperti formasi kelereng, batang korek api, atau susunan bata), kemudian menerjemahkan perubahan bentuk visual tersebut menjadi barisan bilangan matematika bertingkat tetap.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dilatih mengidentifikasi aturan pembentukan pola (pola membesar dengan penjumlahan/perkalian dan pola mengecil dengan pengurangan/pembagian) untuk menentukan suku-suku berikutnya dan suku yang hilang pada barisan.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Pola Bilangan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Susunan angka-angka yang memiliki keteraturan atau aturan tertentu dalam pembentukannya.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Suku Barisan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Setiap bilangan tunggal yang menempati posisi urutan tertentu dalam suatu barisan bilangan.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Aturan Pola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Ketentuan matematis (seperti ditambah 4 atau dikali 2) yang digunakan untuk menghasilkan suku berikutnya.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Pola Membesar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Barisan angka atau objek yang nilainya semakin bertambah dari satu suku ke suku berikutnya.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Pola Mengecil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Barisan angka atau objek yang nilainya semakin berkurang secara teratur.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