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Pengenalan Sudut dan Jenis-Jenis Sudut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pengertian sudut dan menunjukkan bagian titik sudut serta kaki sudut.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sudut siku-siku, sudut lancip, dan sudut tumpul.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menemukan dan mengelompokkan jenis sudut pada benda-benda di lingkungan sekitar.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konsep dasar sudut (titik sudut, kaki sudut), jenis sudut (sudut siku-siku, sudut lancip, sudut tumpul), dan sudut pada benda nyata.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Pengertian Sudut dan Bagian-Bagian Sudut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titik sudut dan kaki sudut pada gambar garis dan sudut benda.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Sudut Siku-Siku Alat Pengukur Kertas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lipatan kertas siku-siku untuk menguji sudut tegak lurus pada meja dan pintu.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Membedakan Sudut Lancip dan Sudut Tumpul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Mengelompokkan sudut yang lebih sempit (lancip) atau lebih lebar (tumpul) dibanding siku-siku.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Sudut yang dibentuk oleh dua garis yang saling tegak lurus seperti pada pojok meja belajar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Sudut lancip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Sudut siku-siku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Sudut tumpul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Sudut lurus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Pojok meja persegi/persegi panjang membentuk sudut tegak lurus yang disebut sudut siku-siku.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sebuah sudut memiliki bukaan yang lebih sempit daripada sudut siku-siku, maka sudut tersebut tergolong...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Sudut tumpul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Sudut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Sudut lancip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Sudut lingkaran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Sudut yang ukurannya lebih kecil dari sudut siku-siku (90°) dinamakan sudut lancip.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Jarum jam dinding yang menunjukkan tepat pukul 09.00 membentuk sudut...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Siku-siku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Lancip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Tumpul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Nol derajat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Pada pukul 09.00, jarum pendek di angka 9 dan jarum panjang di angka 12 membentuk sudut siku-siku (90°).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Benda berikut yang memiliki ujung membentuk sudut lancip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Ujung pensil yang sudah diraut runcing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Permukaan buku tulis tertutup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Layar televisi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Bingkai foto persegi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Ujung pensil yang diraut memiliki mata runcing menyempit membentuk sudut lancip.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Sudut yang besarnya berada di antara sudut siku-siku dan sudut lurus (lebih lebar dari 90°) disebut sudut...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Lancip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Tumpul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Refleks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Sudut siku-siku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Sudut tumpul adalah sudut yang membuka lebih lebar dari 90° hingga kurang dari 180°.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7: Pengenalan Sudut dan Jenis-Jenis Sudut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Pengertian Sudut dan Bagian-Bagian Sudut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titik sudut dan kaki sudut pada gambar garis dan sudut benda.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Sudut Siku-Siku Alat Pengukur Kertas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lipatan kertas siku-siku untuk menguji sudut tegak lurus pada meja dan pintu.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Membedakan Sudut Lancip dan Sudut Tumpul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Mengelompokkan sudut yang lebih sempit (lancip) atau lebih lebar (tumpul) dibanding siku-siku.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Sudut terbentuk oleh dua garis lurus yang saling berpotongan atau bertemu pada satu titik pangkal yang sama. Titik pertemuan tersebut dinamakan titik sudut, sedangkan dua garisnya disebut kaki sudut.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Sudut diklasifikasikan menjadi tiga jenis utama: sudut siku-siku (membentuk pojok tegak lurus sempurna 90° seperti pojok buku), sudut lancip (lebih kecil/sempit dari sudut siku-siku), dan sudut tumpul (lebih besar/lebar dari sudut siku-siku).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membuat alat sederhana pengukur sudut siku-siku dari lipatan kertas (sudut pojok) untuk menguji dan mengelompokkan sudut perabot di dalam kelas.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Daerah yang terbentuk dari pertemuan dua garis lurus pada satu titik pangkal yang 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Sudut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pangkal pertemuan antara dua kaki sudut.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Siku-Siku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kedua kaki sudutnya saling tegak lurus membentuk sudut tepat 90 derajat.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Lancip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besarnya lebih kecil (lebih sempit) daripada sudut siku-siku (antara 0° sampai kurang dari 90°).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Tumpul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besarnya lebih besar (lebih terbuka) daripada sudut siku-siku (antara lebih dari 90° sampai kurang dari 180°).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