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Ciri-Ciri Bangun Datar dan Hubungan Antargaris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ciri-ciri bangun datar segiempat dan segitiga berdasarkan sisi dan sudutnya.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keliling bangun datar sederhana dengan menjumlahkan panjang sisinya.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pasangan garis sejajar dan garis berpotongan.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sifat dan unsur bangun datar (persegi, persegi panjang, segitiga, jajar genjang), menghitung keliling bangun datar, serta garis sejajar dan berpotongan.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Karakteristik Persegi, Persegi Panjang, dan Segitiga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jumlah sisi, titik sudut, dan mengidentifikasi kesamaan panjang sisi bangun datar.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Menghitung Keliling Bangun Datar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Menjumlahkan panjang seluruh sisi pembatas pada bangun persegi dan persegi panjang.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Mengenal Garis Sejajar dan Garis Berpotongan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rel kereta api (sejajar) dan perempatan jalan (berpotongan) di lingkungan sekitar.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bangun datar memiliki 4 sisi yang semuanya sama panjang dan memiliki 4 sudut siku-siku. Bangun datar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Persegi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Segitiga sama 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Trapesium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Ciri utama persegi adalah keempat sisinya memiliki panjang yang persis sama dan sudutnya siku-siku.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papan tulis berbentuk persegi panjang memiliki panjang 150 cm dan lebar 100 cm. Keliling papan tulis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250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500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300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600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Keliling persegi panjang = 2 x (panjang + lebar) = 2 x (150 + 100) = 2 x 250 = 500 cm.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Keliling sebuah taman bermain berbentuk persegi dengan panjang sisi 12 meter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24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36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48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144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Keliling persegi = 4 x sisi = 4 x 12 meter = 48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penerapan dua garis sejajar yang dapat kita temukan di lingkungan sekitar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Rel kereta api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Tiang bendera yang miring menyentuh tanah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Jarum jam yang menunjukkan pukul 03.00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Gunting yang terbuka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Dua rel kereta api lurus selalu berjarak sama dan tidak saling bersilangan (sejajar).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Segitiga yang ketiga sisinya memiliki ukuran panjang yang sama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Segitiga siku-siku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Segitiga sembarang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Segitiga sama 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Segitiga sama kaki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Segitiga sama sisi memiliki 3 sisi yang sama panjang dan 3 sudut yang sama besar.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6: Ciri-Ciri Bangun Datar dan Hubungan Antargaris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Karakteristik Persegi, Persegi Panjang, dan Segitiga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jumlah sisi, titik sudut, dan mengidentifikasi kesamaan panjang sisi bangun datar.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Menghitung Keliling Bangun Datar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Menjumlahkan panjang seluruh sisi pembatas pada bangun persegi dan persegi panjang.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Mengenal Garis Sejajar dan Garis Berpotongan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rel kereta api (sejajar) dan perempatan jalan (berpotongan) di lingkungan sekitar.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Bangun datar merupakan objek dua dimensi yang dibatasi oleh garis lurus atau garis lengkung. Peserta didik menganalisis sifat-sifat khusus bangun datar seperti jumlah sisi, titik sudut, dan kesamaan panjang sisi.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konsep keliling sebagai jumlah seluruh panjang sisi pembatas bangun datar. Melalui papan berpaku (geoboard) dan penggaris, siswa menghitung keliling persegi dan persegi panjang.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Selain itu, peserta didik diperkenalkan pada hubungan posisi dua garis di bidang datar, yaitu garis-garis yang sejajar (tidak pernah bertemu) dan garis-garis yang berpotongan (tegak lurus atau miring).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Keliling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Panjang total garis luar yang membatasi suatu bidang datar.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Persegi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datar segi empat yang keempat sisinya sama panjang dan memiliki 4 sudut siku-siku.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Persegi Panjang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segi empat dengan dua pasang sisi sejajar yang sama panjang dan 4 sudut siku-siku.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Sejajar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garis pada bidang datar yang jaraknya selalu sama dan tidak akan pernah berpotongan meskipun diperpanjang.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