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Pengenalan Pecahan Sederhana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pecahan sederhana (1/2, 1/3, 1/4, dan kelipatannya) dari benda konkret atau gambar.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menuliskan lambang pecahan dan menyebutkan bagian pembilang serta penyebut.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membandingkan dua pecahan sederhana yang memiliki penyebut sama.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konsep pecahan sederhana (1/2, 1/3, 1/4, 2/4), pembilang dan penyebut, memotong benda konkret, serta membandingkan pecahan berpenyebut sama.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Pecahan 1/2, 1/3, dan 1/4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Memotong benda konkret menjadi bagian yang sama besar dan menuliskan lambang pecahannya.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Membaca, Menulis, dan Mengarsir Pecahan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pembilang dan penyebut pada gambar bidang datar yang diarsir.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Membandingkan Pecahan Berpenyebut Sama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Membandingkan pecahan (misal 1/4 &lt; 3/4) menggunakan gambar peraga dan tanda perbandingan.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kue dipotong menjadi 4 bagian yang sama besar. Jika Siti memakan 1 potong kue tersebut, maka bagian kue yang dimakan Siti bernilai...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1/2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1/3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4/1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1 bagian dari total 4 potongan sama besar ditulis sebagai pecahan 1/4 (seperempat).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lambang pecahan 3/8, angka 3 dinamakan sebagai...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Penyebut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Pembilang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Faktor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Hasil bagi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Angka atas (3) adalah pembilang, sedangkan angka bawah (8) adalah penyebut.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lingkaran dibagi menjadi 6 bagian sama besar. Jika 4 bagian diarsir hitam, maka pecahan yang menunjukkan bagian berarsir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4/6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2/6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1/6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4 bagian arsir dari 6 bagian utuh dinyatakan dengan pecahan 4/6.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Tanda perbandingan yang tepat untuk mengisi titik-titik pada '3/5 ... 1/5'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&lt;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&gt;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=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+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Karena kedua pecahan memiliki penyebut sama (5), kita bandingkan pembilangnya. 3 lebih besar dari 1, sehingga 3/5 &gt; 1/5.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Edo memiliki cokelat dan membaginya menjadi 8 bagian sama besar. Edo memberikan 2 potong kepada Dayu dan 3 potong kepada Udin. Jumlah bagian cokelat yang sudah dibagikan Edo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5/8 bagian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3/8 bagian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2/8 bagian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8/5 bagian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2/8 + 3/8 = (2 + 3)/8 = 5/8 bagian cokelat.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Pengenalan Pecahan Sederhana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Pecahan 1/2, 1/3, dan 1/4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Memotong benda konkret menjadi bagian yang sama besar dan menuliskan lambang pecahannya.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Membaca, Menulis, dan Mengarsir Pecahan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pembilang dan penyebut pada gambar bidang datar yang diarsir.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Membandingkan Pecahan Berpenyebut Sama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Membandingkan pecahan (misal 1/4 &lt; 3/4) menggunakan gambar peraga dan tanda perbandingan.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Pecahan diperkenalkan sebagai bagian dari satu kesatuan yang utuh yang dibagi menjadi beberapa bagian sama besar. Konsep ini dibangun melalui simulasi memotong roti, pizza, atau melipat kertas origami.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Lambang pecahan ditulis dalam bentuk a/b, di mana a disebut pembilang (banyak bagian yang diambil/diarsir) dan b disebut penyebut (jumlah seluruh bagian sama besar yang ada).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mengarsir gambar pecahan, meletakkan pecahan pada garis bilangan sederhana, dan membandingkan besaran dua pecahan yang memiliki penyebut sama.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Pecahan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yang menggambarkan bagian dari suatu keseluruhan yang dibagi menjadi bagian sama besar.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Pembilang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Angka bagian atas pada pecahan yang menunjukkan banyak bagian yang diambil atau diarsir.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Penyebut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Angka bagian bawah pada pecahan yang menunjukkan jumlah total bagian sama besar dari keseluruhan benda.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Sama Besar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Syarat mutlak dalam pembagian pecahan di mana setiap potongan memiliki luas/ukuran yang identik.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