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Perkalian dan Pembagian Bilangan Cacah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menghitung hasil perkalian bilangan cacah sampai 100 dengan cara bersusun pendek.</w:t>
      </w:r>
    </w:p>
    <w:p>
      <w:pPr>
        <w:pStyle w:val="ListNumber"/>
      </w:pPr>
      <w:r>
        <w:rPr>
          <w:rFonts w:ascii="Calibri" w:hAnsi="Calibri"/>
          <w:b w:val="0"/>
          <w:i w:val="0"/>
          <w:color w:val="000000"/>
          <w:sz w:val="19"/>
        </w:rPr>
        <w:t>Peserta didik mampu menghitung hasil pembagian bilangan cacah sampai 100 tanpa sisa.</w:t>
      </w:r>
    </w:p>
    <w:p>
      <w:pPr>
        <w:pStyle w:val="ListNumber"/>
      </w:pPr>
      <w:r>
        <w:rPr>
          <w:rFonts w:ascii="Calibri" w:hAnsi="Calibri"/>
          <w:b w:val="0"/>
          <w:i w:val="0"/>
          <w:color w:val="000000"/>
          <w:sz w:val="19"/>
        </w:rPr>
        <w:t>Peserta didik mampu menyelesaikan masalah perkalian dan pembagian dalam soal cerita kontekstual.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konsep perkalian (penjumlahan berulang &amp; bersusun pendek), pembagian (pengurangan berulang &amp; bersusun porogapit sederhana), serta hubungan keduanya.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Perkalian Bilangan Cacah dan Bersusun Pendek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perkalian dua angka dengan satu angka menggunakan tabel perkalian dan cara bersusun.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Pembagian Bilangan Cacah Bersusun Sederhana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Membagi bilangan dua digit dengan satu digit secara adil dan menyelesaikan pembagian bersusun.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Hubungan Kebalikan Perkalian dan Pembagian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Menemukan korelasi jika a x b = c, maka c : b = a dan c : a = b dalam pemecahan masalah.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Bentuk penjumlahan berulang dari perkalian 6 x 8 adalah...</w:t>
      </w:r>
    </w:p>
    <w:p>
      <w:pPr>
        <w:spacing w:before="0" w:after="20"/>
        <w:ind w:left="576"/>
      </w:pPr>
      <w:r>
        <w:rPr>
          <w:rFonts w:ascii="Calibri" w:hAnsi="Calibri"/>
          <w:b w:val="0"/>
          <w:i w:val="0"/>
          <w:color w:val="000000"/>
          <w:sz w:val="18"/>
        </w:rPr>
        <w:t>A. 6 + 6 + 6 + 6 + 6 + 6 + 6 + 6</w:t>
      </w:r>
    </w:p>
    <w:p>
      <w:pPr>
        <w:spacing w:before="0" w:after="20"/>
        <w:ind w:left="576"/>
      </w:pPr>
      <w:r>
        <w:rPr>
          <w:rFonts w:ascii="Calibri" w:hAnsi="Calibri"/>
          <w:b w:val="0"/>
          <w:i w:val="0"/>
          <w:color w:val="000000"/>
          <w:sz w:val="18"/>
        </w:rPr>
        <w:t>B. 8 + 8 + 8 + 8 + 8 + 8</w:t>
      </w:r>
    </w:p>
    <w:p>
      <w:pPr>
        <w:spacing w:before="0" w:after="20"/>
        <w:ind w:left="576"/>
      </w:pPr>
      <w:r>
        <w:rPr>
          <w:rFonts w:ascii="Calibri" w:hAnsi="Calibri"/>
          <w:b w:val="0"/>
          <w:i w:val="0"/>
          <w:color w:val="000000"/>
          <w:sz w:val="18"/>
        </w:rPr>
        <w:t>C. 6 + 8</w:t>
      </w:r>
    </w:p>
    <w:p>
      <w:pPr>
        <w:spacing w:before="0" w:after="20"/>
        <w:ind w:left="576"/>
      </w:pPr>
      <w:r>
        <w:rPr>
          <w:rFonts w:ascii="Calibri" w:hAnsi="Calibri"/>
          <w:b w:val="0"/>
          <w:i w:val="0"/>
          <w:color w:val="000000"/>
          <w:sz w:val="18"/>
        </w:rPr>
        <w:t>D. 8 x 8 x 8 x 8 x 8 x 8</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6 x 8 artinya angka 8 dijumlahkan sebanyak 6 kali (8 + 8 + 8 + 8 + 8 + 8 = 48).</w:t>
      </w:r>
    </w:p>
    <w:p>
      <w:pPr>
        <w:spacing w:before="80" w:after="40"/>
        <w:ind w:left="216"/>
      </w:pPr>
      <w:r>
        <w:rPr>
          <w:rFonts w:ascii="Calibri" w:hAnsi="Calibri"/>
          <w:b/>
          <w:color w:val="000000"/>
          <w:sz w:val="19"/>
        </w:rPr>
        <w:t xml:space="preserve">2. </w:t>
      </w:r>
      <w:r>
        <w:rPr>
          <w:rFonts w:ascii="Calibri" w:hAnsi="Calibri"/>
          <w:b w:val="0"/>
          <w:i w:val="0"/>
          <w:color w:val="000000"/>
          <w:sz w:val="19"/>
        </w:rPr>
        <w:t>Hasil dari 34 x 4 adalah...</w:t>
      </w:r>
    </w:p>
    <w:p>
      <w:pPr>
        <w:spacing w:before="0" w:after="20"/>
        <w:ind w:left="576"/>
      </w:pPr>
      <w:r>
        <w:rPr>
          <w:rFonts w:ascii="Calibri" w:hAnsi="Calibri"/>
          <w:b w:val="0"/>
          <w:i w:val="0"/>
          <w:color w:val="000000"/>
          <w:sz w:val="18"/>
        </w:rPr>
        <w:t>A. 126</w:t>
      </w:r>
    </w:p>
    <w:p>
      <w:pPr>
        <w:spacing w:before="0" w:after="20"/>
        <w:ind w:left="576"/>
      </w:pPr>
      <w:r>
        <w:rPr>
          <w:rFonts w:ascii="Calibri" w:hAnsi="Calibri"/>
          <w:b w:val="0"/>
          <w:i w:val="0"/>
          <w:color w:val="000000"/>
          <w:sz w:val="18"/>
        </w:rPr>
        <w:t>B. 136</w:t>
      </w:r>
    </w:p>
    <w:p>
      <w:pPr>
        <w:spacing w:before="0" w:after="20"/>
        <w:ind w:left="576"/>
      </w:pPr>
      <w:r>
        <w:rPr>
          <w:rFonts w:ascii="Calibri" w:hAnsi="Calibri"/>
          <w:b w:val="0"/>
          <w:i w:val="0"/>
          <w:color w:val="000000"/>
          <w:sz w:val="18"/>
        </w:rPr>
        <w:t>C. 146</w:t>
      </w:r>
    </w:p>
    <w:p>
      <w:pPr>
        <w:spacing w:before="0" w:after="20"/>
        <w:ind w:left="576"/>
      </w:pPr>
      <w:r>
        <w:rPr>
          <w:rFonts w:ascii="Calibri" w:hAnsi="Calibri"/>
          <w:b w:val="0"/>
          <w:i w:val="0"/>
          <w:color w:val="000000"/>
          <w:sz w:val="18"/>
        </w:rPr>
        <w:t>D. 124</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4 x 4 = 16 (tulis 6, simpan 1). 3 x 4 = 12, ditambah simpanan 1 = 13. Hasilnya 136.</w:t>
      </w:r>
    </w:p>
    <w:p>
      <w:pPr>
        <w:spacing w:before="80" w:after="40"/>
        <w:ind w:left="216"/>
      </w:pPr>
      <w:r>
        <w:rPr>
          <w:rFonts w:ascii="Calibri" w:hAnsi="Calibri"/>
          <w:b/>
          <w:color w:val="000000"/>
          <w:sz w:val="19"/>
        </w:rPr>
        <w:t xml:space="preserve">3. </w:t>
      </w:r>
      <w:r>
        <w:rPr>
          <w:rFonts w:ascii="Calibri" w:hAnsi="Calibri"/>
          <w:b w:val="0"/>
          <w:i w:val="0"/>
          <w:color w:val="000000"/>
          <w:sz w:val="19"/>
        </w:rPr>
        <w:t>Hasil pembagian dari 84 : 4 adalah...</w:t>
      </w:r>
    </w:p>
    <w:p>
      <w:pPr>
        <w:spacing w:before="0" w:after="20"/>
        <w:ind w:left="576"/>
      </w:pPr>
      <w:r>
        <w:rPr>
          <w:rFonts w:ascii="Calibri" w:hAnsi="Calibri"/>
          <w:b w:val="0"/>
          <w:i w:val="0"/>
          <w:color w:val="000000"/>
          <w:sz w:val="18"/>
        </w:rPr>
        <w:t>A. 21</w:t>
      </w:r>
    </w:p>
    <w:p>
      <w:pPr>
        <w:spacing w:before="0" w:after="20"/>
        <w:ind w:left="576"/>
      </w:pPr>
      <w:r>
        <w:rPr>
          <w:rFonts w:ascii="Calibri" w:hAnsi="Calibri"/>
          <w:b w:val="0"/>
          <w:i w:val="0"/>
          <w:color w:val="000000"/>
          <w:sz w:val="18"/>
        </w:rPr>
        <w:t>B. 22</w:t>
      </w:r>
    </w:p>
    <w:p>
      <w:pPr>
        <w:spacing w:before="0" w:after="20"/>
        <w:ind w:left="576"/>
      </w:pPr>
      <w:r>
        <w:rPr>
          <w:rFonts w:ascii="Calibri" w:hAnsi="Calibri"/>
          <w:b w:val="0"/>
          <w:i w:val="0"/>
          <w:color w:val="000000"/>
          <w:sz w:val="18"/>
        </w:rPr>
        <w:t>C. 24</w:t>
      </w:r>
    </w:p>
    <w:p>
      <w:pPr>
        <w:spacing w:before="0" w:after="20"/>
        <w:ind w:left="576"/>
      </w:pPr>
      <w:r>
        <w:rPr>
          <w:rFonts w:ascii="Calibri" w:hAnsi="Calibri"/>
          <w:b w:val="0"/>
          <w:i w:val="0"/>
          <w:color w:val="000000"/>
          <w:sz w:val="18"/>
        </w:rPr>
        <w:t>D. 18</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80 : 4 = 20 dan 4 : 4 = 1, sehingga 20 + 1 = 21.</w:t>
      </w:r>
    </w:p>
    <w:p>
      <w:pPr>
        <w:spacing w:before="80" w:after="40"/>
        <w:ind w:left="216"/>
      </w:pPr>
      <w:r>
        <w:rPr>
          <w:rFonts w:ascii="Calibri" w:hAnsi="Calibri"/>
          <w:b/>
          <w:color w:val="000000"/>
          <w:sz w:val="19"/>
        </w:rPr>
        <w:t xml:space="preserve">4. </w:t>
      </w:r>
      <w:r>
        <w:rPr>
          <w:rFonts w:ascii="Calibri" w:hAnsi="Calibri"/>
          <w:b w:val="0"/>
          <w:i w:val="0"/>
          <w:color w:val="000000"/>
          <w:sz w:val="19"/>
        </w:rPr>
        <w:t>Jika 7 x 9 = 63, maka pernyataan pembagian yang benar adalah...</w:t>
      </w:r>
    </w:p>
    <w:p>
      <w:pPr>
        <w:spacing w:before="0" w:after="20"/>
        <w:ind w:left="576"/>
      </w:pPr>
      <w:r>
        <w:rPr>
          <w:rFonts w:ascii="Calibri" w:hAnsi="Calibri"/>
          <w:b w:val="0"/>
          <w:i w:val="0"/>
          <w:color w:val="000000"/>
          <w:sz w:val="18"/>
        </w:rPr>
        <w:t>A. 63 : 7 = 9</w:t>
      </w:r>
    </w:p>
    <w:p>
      <w:pPr>
        <w:spacing w:before="0" w:after="20"/>
        <w:ind w:left="576"/>
      </w:pPr>
      <w:r>
        <w:rPr>
          <w:rFonts w:ascii="Calibri" w:hAnsi="Calibri"/>
          <w:b w:val="0"/>
          <w:i w:val="0"/>
          <w:color w:val="000000"/>
          <w:sz w:val="18"/>
        </w:rPr>
        <w:t>B. 63 : 9 = 8</w:t>
      </w:r>
    </w:p>
    <w:p>
      <w:pPr>
        <w:spacing w:before="0" w:after="20"/>
        <w:ind w:left="576"/>
      </w:pPr>
      <w:r>
        <w:rPr>
          <w:rFonts w:ascii="Calibri" w:hAnsi="Calibri"/>
          <w:b w:val="0"/>
          <w:i w:val="0"/>
          <w:color w:val="000000"/>
          <w:sz w:val="18"/>
        </w:rPr>
        <w:t>C. 63 : 6 = 7</w:t>
      </w:r>
    </w:p>
    <w:p>
      <w:pPr>
        <w:spacing w:before="0" w:after="20"/>
        <w:ind w:left="576"/>
      </w:pPr>
      <w:r>
        <w:rPr>
          <w:rFonts w:ascii="Calibri" w:hAnsi="Calibri"/>
          <w:b w:val="0"/>
          <w:i w:val="0"/>
          <w:color w:val="000000"/>
          <w:sz w:val="18"/>
        </w:rPr>
        <w:t>D. 70 : 7 = 9</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Perkalian berkebalikan dengan pembagian: 63 : 7 = 9 dan 63 : 9 = 7.</w:t>
      </w:r>
    </w:p>
    <w:p>
      <w:pPr>
        <w:spacing w:before="80" w:after="40"/>
        <w:ind w:left="216"/>
      </w:pPr>
      <w:r>
        <w:rPr>
          <w:rFonts w:ascii="Calibri" w:hAnsi="Calibri"/>
          <w:b/>
          <w:color w:val="000000"/>
          <w:sz w:val="19"/>
        </w:rPr>
        <w:t xml:space="preserve">5. </w:t>
      </w:r>
      <w:r>
        <w:rPr>
          <w:rFonts w:ascii="Calibri" w:hAnsi="Calibri"/>
          <w:b w:val="0"/>
          <w:i w:val="0"/>
          <w:color w:val="000000"/>
          <w:sz w:val="19"/>
        </w:rPr>
        <w:t>Ibu guru memiliki 72 pensil warna yang akan dibagikan sama rata kepada 6 kelompok belajar. Jumlah pensil yang diterima setiap kelompok adalah...</w:t>
      </w:r>
    </w:p>
    <w:p>
      <w:pPr>
        <w:spacing w:before="0" w:after="20"/>
        <w:ind w:left="576"/>
      </w:pPr>
      <w:r>
        <w:rPr>
          <w:rFonts w:ascii="Calibri" w:hAnsi="Calibri"/>
          <w:b w:val="0"/>
          <w:i w:val="0"/>
          <w:color w:val="000000"/>
          <w:sz w:val="18"/>
        </w:rPr>
        <w:t>A. 11 batang</w:t>
      </w:r>
    </w:p>
    <w:p>
      <w:pPr>
        <w:spacing w:before="0" w:after="20"/>
        <w:ind w:left="576"/>
      </w:pPr>
      <w:r>
        <w:rPr>
          <w:rFonts w:ascii="Calibri" w:hAnsi="Calibri"/>
          <w:b w:val="0"/>
          <w:i w:val="0"/>
          <w:color w:val="000000"/>
          <w:sz w:val="18"/>
        </w:rPr>
        <w:t>B. 12 batang</w:t>
      </w:r>
    </w:p>
    <w:p>
      <w:pPr>
        <w:spacing w:before="0" w:after="20"/>
        <w:ind w:left="576"/>
      </w:pPr>
      <w:r>
        <w:rPr>
          <w:rFonts w:ascii="Calibri" w:hAnsi="Calibri"/>
          <w:b w:val="0"/>
          <w:i w:val="0"/>
          <w:color w:val="000000"/>
          <w:sz w:val="18"/>
        </w:rPr>
        <w:t>C. 13 batang</w:t>
      </w:r>
    </w:p>
    <w:p>
      <w:pPr>
        <w:spacing w:before="0" w:after="20"/>
        <w:ind w:left="576"/>
      </w:pPr>
      <w:r>
        <w:rPr>
          <w:rFonts w:ascii="Calibri" w:hAnsi="Calibri"/>
          <w:b w:val="0"/>
          <w:i w:val="0"/>
          <w:color w:val="000000"/>
          <w:sz w:val="18"/>
        </w:rPr>
        <w:t>D. 14 batang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72 : 6 = 12 batang pensil per kelompok.</w:t>
      </w:r>
    </w:p>
    <w:p>
      <w:r>
        <w:br w:type="page"/>
      </w:r>
    </w:p>
    <w:p>
      <w:pPr>
        <w:pStyle w:val="Title"/>
      </w:pPr>
      <w:r>
        <w:t>LEMBAR KERJA PESERTA DIDIK (LKPD)</w:t>
      </w:r>
    </w:p>
    <w:p>
      <w:pPr>
        <w:pStyle w:val="Subtitle"/>
      </w:pPr>
      <w:r>
        <w:t>Mata Pelajaran: Matematika • Bab 3: Perkalian dan Pembagian Bilangan Cacah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Perkalian Bilangan Cacah dan Bersusun Pendek</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perkalian dua angka dengan satu angka menggunakan tabel perkalian dan cara bersusun.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Pembagian Bilangan Cacah Bersusun Sederhana</w:t>
      </w:r>
    </w:p>
    <w:p>
      <w:pPr>
        <w:spacing w:before="20" w:after="60"/>
        <w:ind w:left="216"/>
      </w:pPr>
      <w:r>
        <w:rPr>
          <w:rFonts w:ascii="Calibri" w:hAnsi="Calibri"/>
          <w:color w:val="000000"/>
          <w:sz w:val="18"/>
        </w:rPr>
        <w:t xml:space="preserve">Petunjuk: </w:t>
      </w:r>
      <w:r>
        <w:rPr>
          <w:rFonts w:ascii="Calibri" w:hAnsi="Calibri"/>
          <w:b w:val="0"/>
          <w:i w:val="0"/>
          <w:color w:val="000000"/>
          <w:sz w:val="18"/>
        </w:rPr>
        <w:t>Membagi bilangan dua digit dengan satu digit secara adil dan menyelesaikan pembagian bersusun.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Hubungan Kebalikan Perkalian dan Pembagian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Menemukan korelasi jika a x b = c, maka c : b = a dan c : a = b dalam pemecahan masalah.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Perkalian dan pembagian merupakan fondasi utama aritmetika lanjutan. Pada bab ini, peserta didik memahami perkalian sebagai penjumlahan berulang dari kelompok yang sama dan pembagian sebagai pembagian sama rata (pengurangan berulang sampai nol).</w:t>
      </w:r>
    </w:p>
    <w:p>
      <w:pPr>
        <w:spacing w:before="40" w:after="60" w:line="276" w:lineRule="auto"/>
      </w:pPr>
      <w:r>
        <w:rPr>
          <w:rFonts w:ascii="Calibri" w:hAnsi="Calibri"/>
          <w:b w:val="0"/>
          <w:i w:val="0"/>
          <w:color w:val="000000"/>
          <w:sz w:val="19"/>
        </w:rPr>
        <w:t>Peserta didik menguasai fakta dasar perkalian 1 sampai 10 dan mempelajari cara menghitung perkalian bilangan dua angka dengan satu angka secara bersusun pendek (misal: 24 x 3 = 72).</w:t>
      </w:r>
    </w:p>
    <w:p>
      <w:pPr>
        <w:spacing w:before="40" w:after="60" w:line="276" w:lineRule="auto"/>
      </w:pPr>
      <w:r>
        <w:rPr>
          <w:rFonts w:ascii="Calibri" w:hAnsi="Calibri"/>
          <w:b w:val="0"/>
          <w:i w:val="0"/>
          <w:color w:val="000000"/>
          <w:sz w:val="19"/>
        </w:rPr>
        <w:t>Peserta didik juga memahami bahwa perkalian dan pembagian adalah operasi yang saling berkebalikan (invers). Pembelajaran dikemas lewat permainan kartu pasangan dan manipulasi benda konkret.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Perkalian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Operasi matematika dasar yang merupakan penjumlahan berulang dari bilangan yang sama sebanyak pengalinya.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Pembagian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Operasi matematika membagi suatu bilangan menjadi beberapa bagian yang bernilai sama rata (pengurangan berulang).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Faktor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Bilangan-bilangan yang dikalikan untuk menghasilkan bilangan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Invers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Sifat operasi hitung yang saling berkebalikan (perkalian adalah invers dari pembagian).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