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Penjumlahan dan Pengurangan Bersusun sampai 1.000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operasi penjumlahan bilangan cacah sampai 1.000 dengan teknik menyimpan.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operasi pengurangan bilangan cacah sampai 1.000 dengan teknik meminjam.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masalah matematis terkait penjumlahan dan pengurangan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operasi hitung penjumlahan dan pengurangan bersusun pendek (tanpa/dengan teknik menyimpan dan meminjam) serta pemecahan masalah soal cerita.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Penjumlahan Bersusun Tanpa dan Dengan Menyimpan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Menjumlahkan dua bilangan tiga angka secara bersusun pendek dengan meluruskan satuan, puluhan, dan ratusan.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Pengurangan Bersusun Tanpa dan Dengan Meminjam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Mengurangkan bilangan tiga angka menggunakan teknik meminjam secara runtut dan teliti.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Menyelesaikan Masalah Soal Cerita Kontekstual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Menerjemahkan kalimat cerita menjadi kalimat matematika dan menemukan solusinya.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Hasil penjumlahan dari 348 + 275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613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623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523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618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8 + 5 = 13 (tulis 3, simpan 1). 1 + 4 + 7 = 12 (tulis 2, simpan 1). 1 + 3 + 2 = 6. Hasilnya 623.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pengurangan dari 752 - 384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368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378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468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372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 pinjam 1 puluhan jadi 12 - 4 = 8. 5 sisa 4, pinjam 1 ratusan jadi 14 - 8 = 6. 7 sisa 6, 6 - 3 = 3. Hasilnya 368.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Perpustakaan sekolah memiliki 465 buku cerita. Bulan ini perpustakaan menerima sumbangan sebanyak 258 buku baru. Jumlah seluruh buku cerita sekarang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713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723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623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718 buku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465 + 258 = 723 buku.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Pak Budi memanen 820 buah semangka. Sebanyak 545 buah semangka telah dijual ke pasar. Sisa semangka Pak Budi yang belum terjual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265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275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375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285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820 - 545 = 275 buah semangka.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toko memiliki 350 dus susu. Toko tersebut menjual 125 dus pada hari Senin dan mendapat kiriman baru 200 dus pada hari Selasa. Jumlah dus susu di toko sekarang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425 dus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415 dus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435 dus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405 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(350 - 125) + 200 = 225 + 200 = 425 dus.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Penjumlahan dan Pengurangan Bersusun sampai 1.000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Penjumlahan Bersusun Tanpa dan Dengan Menyimpan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Menjumlahkan dua bilangan tiga angka secara bersusun pendek dengan meluruskan satuan, puluhan, dan ratusan.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Pengurangan Bersusun Tanpa dan Dengan Meminjam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Mengurangkan bilangan tiga angka menggunakan teknik meminjam secara runtut dan teliti.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Menyelesaikan Masalah Soal Cerita Kontekstual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Menerjemahkan kalimat cerita menjadi kalimat matematika dan menemukan solusinya.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Keterampilan operasi hitung penjumlahan dan pengurangan pada kelas 3 ditingkatkan hingga bilangan tiga angka. Peserta didik dilatih menggunakan metode bersusun pendek yang sistematis dan efisien.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Penjumlahan mencakup teknik tanpa menyimpan dan dengan menyimpan 1 kali hingga 2 kali. Sedangkan pengurangan mencakup teknik tanpa meminjam dan dengan meminjam pada puluhan atau ratusan.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dikaitkan dengan konteks kehidupan sehari-hari (seperti menghitung jumlah pengunjung perpustakaan dan stok barang warung) untuk mengasah nalar kritis dan ketelitian berhitung.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Bersusun Pendek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penghitungan aritmetika dengan menyusun angka secara vertikal sejajar sesuai nilai tempatnya.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Teknik Menyimpan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Menambahkan hasil penjumlahan satuan yang bernilai 10 atau lebih ke kolom puluhan di sebelah kirinya.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Teknik Meminjam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Mengambil 1 nilai dari kolom sebelah kiri yang lebih tinggi ketika angka yang dikurangi lebih kecil.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Selisih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Hasil pengurangan antara bilangan yang lebih besar dengan bilangan yang lebih kecil.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