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MATEMATIKA — FASE B (KELAS 3)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3)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Matematika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15 JP (5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1: Bilangan Cacah sampai 1.000 dan Nilai Tempat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(Problem-Based Learning) &amp; Inkuiri Terbimbing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Papan tulis, lembar kerja berpetak, alat ukur/peraga presisi, ruang kelas/laboratorium,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membaca dan menulis lambang bilangan cacah sampai dengan 1.000.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menentukan nilai tempat ratusan, puluhan, dan satuan pada bilangan cacah sampai 1.000.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membandingkan dan mengurutkan sekumpulan bilangan cacah sampai 1.000.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Materi membaca dan menulis lambang bilangan 3 angka (s.d. 1.000), menguraikan nilai tempat (ratusan, puluhan, satuan), serta membandingkan dan mengurutkan bilangan.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Membaca dan Menulis Bilangan Cacah sampai 1.000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Membilang banyak benda konkret dan menuliskan lambang bilangan 100 hingga 1.000.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Nilai Tempat Ratusan, Puluhan, dan Satuan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Menguraikan bentuk panjang bilangan berdasarkan nilai tempat penyusunnya.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Membandingkan dan Mengurutkan Bilangan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Menggunakan tanda perbandingan (&lt;, &gt;, =) dan menyusun barisan bilangan secara urut.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Lambang bilangan 'Tujuh ratus delapan puluh lima' ditulis...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708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758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785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875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Tujuh ratus (700) + delapan puluh (80) + lima (5) ditulis 785.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Pada bilangan 649, angka 4 menempati nilai tempat...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Satuan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Puluhan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Ratusan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Ribuan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Pada bilangan 649: 6 menempati ratusan (600), 4 menempati puluhan (40), dan 9 menempati satuan (9).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Bentuk panjang dari bilangan 830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800 + 3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800 + 30 + 0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80 + 30 + 0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8 + 30 + 0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830 diuraikan menjadi 8 ratusan (800) + 3 puluhan (30) + 0 satuan (0).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Pernyataan perbandingan bilangan berikut yang bernilai benar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542 &gt; 589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675 &lt; 657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824 &gt; 799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430 = 403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824 lebih besar dari 799 karena angka ratusannya (8) lebih besar dari angka ratusan 799 (7).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Urutan bilangan 425, 390, 512, 405 dari yang terkecil ke terbesar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390, 405, 425, 512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512, 425, 405, 390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390, 425, 405, 512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405, 390, 425, 512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Urutan naik yang benar: 390 &lt; 405 &lt; 425 &lt; 512.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Matematika • Bab 1: Bilangan Cacah sampai 1.000 dan Nilai Tempat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Membaca dan Menulis Bilangan Cacah sampai 1.000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Membilang banyak benda konkret dan menuliskan lambang bilangan 100 hingga 1.000.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Nilai Tempat Ratusan, Puluhan, dan Satuan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Menguraikan bentuk panjang bilangan berdasarkan nilai tempat penyusunnya.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Membandingkan dan Mengurutkan Bilangan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Menggunakan tanda perbandingan (&lt;, &gt;, =) dan menyusun barisan bilangan secara urut.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Pemahaman bilangan cacah diperluas hingga rentang 1.000 pada awal Fase B. Peserta didik membilang loncat, membaca nama bilangan, dan menuliskan lambang bilangan tiga angka secara tepat.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Setiap angka dalam bilangan tiga digit memiliki nilai tempat yang berbeda: ratusan, puluhan, dan satuan. Sebagai contoh, pada bilangan 748, angka 7 bernilai 700, angka 4 bernilai 40, dan angka 8 bernilai 8.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menggunakan media blok Dienes dan kartu bilangan untuk membandingkan dua bilangan (lebih besar, lebih kecil, atau sama dengan) serta mengurutkan kelompok bilangan dari terkecil ke terbesar.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Bilangan Cacah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Himpunan bilangan bulat yang dimulai dari nol (0, 1, 2, 3, ...) ke arah positif.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Nilai Tempat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Nilai dari suatu angka yang ditentukan oleh posisinya dalam suatu bilangan (satuan, puluhan, ratusan).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Bentuk Panjang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Penulisan bilangan sebagai penjumlahan dari nilai tempat masing-masing angkanya (misal: 456 = 400 + 50 + 6).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Mengurutkan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Menyusun sekumpulan bilangan dari yang nilainya paling kecil ke paling besar atau sebaliknya.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Matematika Kelas 3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