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MATEMATIKA — FASE A (KELAS 2)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Dasar (SD) / Fase A (Kelas 2)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Matematika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12 JP (3 Pertemuan x 4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8: Bangun Datar dan Bangun Ruang Sederhana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 (Genap)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(Problem-Based Learning) &amp; Inkuiri Terbimbing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Papan tulis, lembar kerja berpetak, alat ukur/peraga presisi, ruang kelas/laboratorium,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menunjukkan dan menghitung jumlah sisi, sudut, dan titik sudut pada bangun datar.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mengelompokkan bangun datar (segitiga, segiempat, lingkaran) berdasarkan karakteristik unsurnya.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mengenali bentuk bangun ruang sederhana (kubus, balok, tabung) pada benda-benda di sekitar.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Materi mengenal unsur sisi, sudut, titik sudut bangun datar segitiga, segiempat, lingkaran serta karakteristik kubus dan balok sederhana.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Topik A: Unsur Bangun Datar (Sisi, Sudut, Titik Sudut)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Menghitung ruas garis, pertemuan dua garis (sudut), dan pojok bangun datar (titik sudut).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Topik B: Mengelompokkan Segitiga, Segiempat, dan Lingkaran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Mengklasifikasikan aneka bangun datar berdasarkan kesamaan jumlah sisi dan sudutnya.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Topik C: Mengenal Kubus, Balok, dan Tabung Sederhana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Mengamati ciri fisik kotak kardus (balok/kubus) dan kaleng biskuit (tabung) di lingkungan sekitar.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Bangun datar yang memiliki 3 sisi dan 3 titik sudut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Lingkaran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Segitiga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Persegi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Persegi panjang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Segitiga dibatasi oleh 3 ruas garis (sisi) dan memiliki 3 titik sudut.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Jumlah sudut pada bangun persegi dan persegi panjang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3 sudut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4 sudut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5 sudut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6 sudut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Persegi dan persegi panjang termasuk kelompok segiempat yang memiliki tepat 4 sudut.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Benda di kelas yang permukaannya berbentuk lingkaran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Papan tulis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Jam dinding bulat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Buku tulis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Daun pintu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Jam dinding bulat memiliki permukaan melingkar dengan 1 sisi lengkung tanpa sudut.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Kotak kado yang keenam sisinya memiliki bentuk dan ukuran persegi yang sama persis dinamakan...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Tabung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Balok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Kubus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Bola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C — Pembahasan: </w:t>
      </w:r>
      <w:r>
        <w:rPr>
          <w:rFonts w:ascii="Calibri" w:hAnsi="Calibri"/>
          <w:b w:val="0"/>
          <w:i/>
          <w:color w:val="64748B"/>
          <w:sz w:val="17"/>
        </w:rPr>
        <w:t>Kubus adalah bangun ruang yang dibatasi oleh 6 bidang sisi persegi yang sama besar.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Kaleng susu kental manis memiliki bentuk bangun ruang...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Tabung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Balok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Kerucut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Kubus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Kaleng susu memiliki alas dan tutup berbentuk lingkaran yang sejajar sehingga merupakan bentuk tabung.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Matematika • Bab 8: Bangun Datar dan Bangun Ruang Sederhana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Topik A: Unsur Bangun Datar (Sisi, Sudut, Titik Sudut)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Menghitung ruas garis, pertemuan dua garis (sudut), dan pojok bangun datar (titik sudut).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Topik B: Mengelompokkan Segitiga, Segiempat, dan Lingkaran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Mengklasifikasikan aneka bangun datar berdasarkan kesamaan jumlah sisi dan sudutnya.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Topik C: Mengenal Kubus, Balok, dan Tabung Sederhana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Mengamati ciri fisik kotak kardus (balok/kubus) dan kaleng biskuit (tabung) di lingkungan sekitar.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Pemahaman geometri dasar pada kelas 2 ditingkatkan dari sekadar mengenali bentuk menjadi menganalisis unsur-unsur bangun datar dan bangun ruang. Peserta didik mengeksplorasi sisi (ruas garis), sudut, dan titik sudut.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Peserta didik mengidentifikasi segitiga (memiliki 3 sisi, 3 sudut, 3 titik sudut), segiempat (4 sisi, 4 sudut, 4 titik sudut), dan lingkaran (1 sisi lengkung). Mereka menemukan bentuk-bentuk ini pada benda nyata seperti jam dinding, pintu, dan rambu lalu lintas.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Pembelajaran diperluas pada bangun ruang sederhana (kubus, balok, dan tabung) dengan mengamati jumlah permukaan sisi datar dan bentuk bangun datar yang menyusunnya.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Sisi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Ruas garis yang membatasi suatu bidang bangun datar.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Sudut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Daerah yang dibentuk oleh pertemuan dua buah ruas garis.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Titik Sudut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Titik temu atau pojok pertemuan antara dua sisi bangun datar.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Bangun Ruang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Bentuk bangun tiga dimensi yang memiliki ruang/volume dan dibatasi oleh sisi-sisi permukaan.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Matematika Kelas 2 SD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