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Konsep Perkalian dan Pembagian Dasar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dan menuliskan bentuk perkalian sebagai penjumlahan berulang.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dan menuliskan bentuk pembagian sebagai pengurangan berulang sampai habis.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hasil perkalian dan pembagian dasar (faktor 2, 5, dan 10) dengan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konsep dasar perkalian sebagai penjumlahan berulang dan pembagian sebagai pengurangan berulang sampai habis menggunakan benda konkret.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Perkalian sebagai Penjumlahan Berulang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bentuk penjumlahan berulang dari kelompok benda yang sama ke dalam bentuk kalimat perkalian.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Pembagian sebagai Pengurangan Berulang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pembagian sebagai pembagian sama rata dan pengurangan berturut-turut hingga bernilai 0.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Tabel Perkalian Sederhana (Faktor 2, 5, dan 10)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pola perkalian bilangan dengan pengali 2 (kelipatan genap), 5, dan 10 secara terstruktur.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penjumlahan 4 + 4 + 4 + 4 + 4 dapat ditulis ke dalam bentuk perkalian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x 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 x 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x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+ 4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Angka 4 dijumlahkan sebanyak 5 kali, sehingga bentuk perkaliannya adalah 5 x 4 = 20.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Ada 4 toples kue. Tiap toples berisi 5 kue cokelat. Banyak kue cokelat seluruhnya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20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25 kue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Kalimat perkalian: 4 toples x 5 kue = 5 + 5 + 5 + 5 = 20 kue.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pembagian 15 : 3 dapat dihitung dengan pengurangan berulang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15 - 3 - 3 - 3 - 3 - 3 =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15 - 5 - 5 - 5 =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15 - 3 =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15 - 3 - 3 = 9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15 dikurangi 3 secara berulang sebanyak 5 kali sampai hasilnya 0. Jadi 15 : 3 = 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Ibu memiliki 18 buah jeruk dan dibagikan sama rata kepada 2 anaknya. Setiap anak mendapat...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9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10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18 : 2 = 9. Masing-masing anak mendapatkan 9 buah jeruk.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Hasil dari perkalian 6 x 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6 x 2 = 2 + 2 + 2 + 2 + 2 + 2 = 12.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Konsep Perkalian dan Pembagian Dasar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Perkalian sebagai Penjumlahan Berulang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bentuk penjumlahan berulang dari kelompok benda yang sama ke dalam bentuk kalimat perkalian.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Pembagian sebagai Pengurangan Berulang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pembagian sebagai pembagian sama rata dan pengurangan berturut-turut hingga bernilai 0.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Tabel Perkalian Sederhana (Faktor 2, 5, dan 10)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pola perkalian bilangan dengan pengali 2 (kelipatan genap), 5, dan 10 secara terstruktur.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meletakkan fondasi aritmatika perkalian dan pembagian secara intuitif. Perkalian dikenalkan sebagai cara cepat menghitung penjumlahan berulang dari kelompok benda yang memiliki jumlah anggota sama (misal 3 piring masing-masing berisi 4 kue = 3 x 4 = 4 + 4 + 4 = 12).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Sebaliknya, pembagian diajarkan sebagai proses pembagian adil (distribusi sama rata) atau pengurangan berulang sampai bersisa nol (misal 12 permen dibagikan ke 3 anak sampai habis = 12 - 4 - 4 - 4 = 0, sehingga masing-masing dapat 4 permen).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Penggunaan media konkret kelereng, kartu bergambar, dan tabel perkalian faktor 2, 5, dan 10 membantu peserta didik membangun memori konsep tanpa terjebak hafalan buta.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Perkalian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matematika yang melipatgandakan suatu bilangan melalui penjumlahan berulang.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Pembagian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matematika yang membagi suatu bilangan menjadi beberapa kelompok sama 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Penjumlahan Berulang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menjumlahkan bilangan yang sama secara berturut-turut.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Faktor Pengali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yang dikalikan untuk menghasilkan bilangan kelipatan.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