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Ayo Membilang sampai dengan 100</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membilang dan menuliskan lambang bilangan cacah 51 sampai dengan 100 secara terurut.</w:t>
      </w:r>
    </w:p>
    <w:p>
      <w:pPr>
        <w:pStyle w:val="ListNumber"/>
      </w:pPr>
      <w:r>
        <w:rPr>
          <w:rFonts w:ascii="Calibri" w:hAnsi="Calibri"/>
          <w:b w:val="0"/>
          <w:i w:val="0"/>
          <w:color w:val="000000"/>
          <w:sz w:val="19"/>
        </w:rPr>
        <w:t>Peserta didik mampu menguraikan nilai tempat bilangan dua angka hingga 100.</w:t>
      </w:r>
    </w:p>
    <w:p>
      <w:pPr>
        <w:pStyle w:val="ListNumber"/>
      </w:pPr>
      <w:r>
        <w:rPr>
          <w:rFonts w:ascii="Calibri" w:hAnsi="Calibri"/>
          <w:b w:val="0"/>
          <w:i w:val="0"/>
          <w:color w:val="000000"/>
          <w:sz w:val="19"/>
        </w:rPr>
        <w:t>Peserta didik mampu melengkapi barisan bilangan berdasarkan pola loncat bilangan tertentu secara tepat.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membilang bilangan cacah 51 hingga 100, menguraikan nilai tempat ratusan-puluhan-satuan, dan menemukan pola bilangan loncat.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Membilang Terurut 51 sampai 100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Membilang banyak benda hingga 100 secara teratur dan menuliskan lambang serta nama bilangannya.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Menguraikan Nilai Tempat Bilangan sampai 100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posisi ratusan, puluhan, dan satuan pada bilangan dua hingga tiga angka (100).</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Pola Bilangan Loncat pada Garis Bilangan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pola penambahan tetap (loncat 2, 5, 10) dan melengkapi barisan bilangan yang rumpang.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Bilangan yang terletak tepat setelah angka 79 adalah...</w:t>
      </w:r>
    </w:p>
    <w:p>
      <w:pPr>
        <w:spacing w:before="0" w:after="20"/>
        <w:ind w:left="576"/>
      </w:pPr>
      <w:r>
        <w:rPr>
          <w:rFonts w:ascii="Calibri" w:hAnsi="Calibri"/>
          <w:b w:val="0"/>
          <w:i w:val="0"/>
          <w:color w:val="000000"/>
          <w:sz w:val="18"/>
        </w:rPr>
        <w:t>A. 78</w:t>
      </w:r>
    </w:p>
    <w:p>
      <w:pPr>
        <w:spacing w:before="0" w:after="20"/>
        <w:ind w:left="576"/>
      </w:pPr>
      <w:r>
        <w:rPr>
          <w:rFonts w:ascii="Calibri" w:hAnsi="Calibri"/>
          <w:b w:val="0"/>
          <w:i w:val="0"/>
          <w:color w:val="000000"/>
          <w:sz w:val="18"/>
        </w:rPr>
        <w:t>B. 80</w:t>
      </w:r>
    </w:p>
    <w:p>
      <w:pPr>
        <w:spacing w:before="0" w:after="20"/>
        <w:ind w:left="576"/>
      </w:pPr>
      <w:r>
        <w:rPr>
          <w:rFonts w:ascii="Calibri" w:hAnsi="Calibri"/>
          <w:b w:val="0"/>
          <w:i w:val="0"/>
          <w:color w:val="000000"/>
          <w:sz w:val="18"/>
        </w:rPr>
        <w:t>C. 81</w:t>
      </w:r>
    </w:p>
    <w:p>
      <w:pPr>
        <w:spacing w:before="0" w:after="20"/>
        <w:ind w:left="576"/>
      </w:pPr>
      <w:r>
        <w:rPr>
          <w:rFonts w:ascii="Calibri" w:hAnsi="Calibri"/>
          <w:b w:val="0"/>
          <w:i w:val="0"/>
          <w:color w:val="000000"/>
          <w:sz w:val="18"/>
        </w:rPr>
        <w:t>D. 90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Urutan membilang maju setelah 79 adalah 80.</w:t>
      </w:r>
    </w:p>
    <w:p>
      <w:pPr>
        <w:spacing w:before="80" w:after="40"/>
        <w:ind w:left="216"/>
      </w:pPr>
      <w:r>
        <w:rPr>
          <w:rFonts w:ascii="Calibri" w:hAnsi="Calibri"/>
          <w:b/>
          <w:color w:val="000000"/>
          <w:sz w:val="19"/>
        </w:rPr>
        <w:t xml:space="preserve">2. </w:t>
      </w:r>
      <w:r>
        <w:rPr>
          <w:rFonts w:ascii="Calibri" w:hAnsi="Calibri"/>
          <w:b w:val="0"/>
          <w:i w:val="0"/>
          <w:color w:val="000000"/>
          <w:sz w:val="19"/>
        </w:rPr>
        <w:t>Lambang bilangan 'delapan puluh enam' ditulis...</w:t>
      </w:r>
    </w:p>
    <w:p>
      <w:pPr>
        <w:spacing w:before="0" w:after="20"/>
        <w:ind w:left="576"/>
      </w:pPr>
      <w:r>
        <w:rPr>
          <w:rFonts w:ascii="Calibri" w:hAnsi="Calibri"/>
          <w:b w:val="0"/>
          <w:i w:val="0"/>
          <w:color w:val="000000"/>
          <w:sz w:val="18"/>
        </w:rPr>
        <w:t>A. 68</w:t>
      </w:r>
    </w:p>
    <w:p>
      <w:pPr>
        <w:spacing w:before="0" w:after="20"/>
        <w:ind w:left="576"/>
      </w:pPr>
      <w:r>
        <w:rPr>
          <w:rFonts w:ascii="Calibri" w:hAnsi="Calibri"/>
          <w:b w:val="0"/>
          <w:i w:val="0"/>
          <w:color w:val="000000"/>
          <w:sz w:val="18"/>
        </w:rPr>
        <w:t>B. 806</w:t>
      </w:r>
    </w:p>
    <w:p>
      <w:pPr>
        <w:spacing w:before="0" w:after="20"/>
        <w:ind w:left="576"/>
      </w:pPr>
      <w:r>
        <w:rPr>
          <w:rFonts w:ascii="Calibri" w:hAnsi="Calibri"/>
          <w:b w:val="0"/>
          <w:i w:val="0"/>
          <w:color w:val="000000"/>
          <w:sz w:val="18"/>
        </w:rPr>
        <w:t>C. 86</w:t>
      </w:r>
    </w:p>
    <w:p>
      <w:pPr>
        <w:spacing w:before="0" w:after="20"/>
        <w:ind w:left="576"/>
      </w:pPr>
      <w:r>
        <w:rPr>
          <w:rFonts w:ascii="Calibri" w:hAnsi="Calibri"/>
          <w:b w:val="0"/>
          <w:i w:val="0"/>
          <w:color w:val="000000"/>
          <w:sz w:val="18"/>
        </w:rPr>
        <w:t>D. 80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Nama bilangan 'delapan puluh enam' terdiri dari 8 puluhan dan 6 satuan, ditulis 86.</w:t>
      </w:r>
    </w:p>
    <w:p>
      <w:pPr>
        <w:spacing w:before="80" w:after="40"/>
        <w:ind w:left="216"/>
      </w:pPr>
      <w:r>
        <w:rPr>
          <w:rFonts w:ascii="Calibri" w:hAnsi="Calibri"/>
          <w:b/>
          <w:color w:val="000000"/>
          <w:sz w:val="19"/>
        </w:rPr>
        <w:t xml:space="preserve">3. </w:t>
      </w:r>
      <w:r>
        <w:rPr>
          <w:rFonts w:ascii="Calibri" w:hAnsi="Calibri"/>
          <w:b w:val="0"/>
          <w:i w:val="0"/>
          <w:color w:val="000000"/>
          <w:sz w:val="19"/>
        </w:rPr>
        <w:t>Perhatikan pola bilangan loncat 5 berikut: 25, 30, 35, ..., 45. Angka yang tepat untuk mengisi titik-titik adalah...</w:t>
      </w:r>
    </w:p>
    <w:p>
      <w:pPr>
        <w:spacing w:before="0" w:after="20"/>
        <w:ind w:left="576"/>
      </w:pPr>
      <w:r>
        <w:rPr>
          <w:rFonts w:ascii="Calibri" w:hAnsi="Calibri"/>
          <w:b w:val="0"/>
          <w:i w:val="0"/>
          <w:color w:val="000000"/>
          <w:sz w:val="18"/>
        </w:rPr>
        <w:t>A. 38</w:t>
      </w:r>
    </w:p>
    <w:p>
      <w:pPr>
        <w:spacing w:before="0" w:after="20"/>
        <w:ind w:left="576"/>
      </w:pPr>
      <w:r>
        <w:rPr>
          <w:rFonts w:ascii="Calibri" w:hAnsi="Calibri"/>
          <w:b w:val="0"/>
          <w:i w:val="0"/>
          <w:color w:val="000000"/>
          <w:sz w:val="18"/>
        </w:rPr>
        <w:t>B. 40</w:t>
      </w:r>
    </w:p>
    <w:p>
      <w:pPr>
        <w:spacing w:before="0" w:after="20"/>
        <w:ind w:left="576"/>
      </w:pPr>
      <w:r>
        <w:rPr>
          <w:rFonts w:ascii="Calibri" w:hAnsi="Calibri"/>
          <w:b w:val="0"/>
          <w:i w:val="0"/>
          <w:color w:val="000000"/>
          <w:sz w:val="18"/>
        </w:rPr>
        <w:t>C. 42</w:t>
      </w:r>
    </w:p>
    <w:p>
      <w:pPr>
        <w:spacing w:before="0" w:after="20"/>
        <w:ind w:left="576"/>
      </w:pPr>
      <w:r>
        <w:rPr>
          <w:rFonts w:ascii="Calibri" w:hAnsi="Calibri"/>
          <w:b w:val="0"/>
          <w:i w:val="0"/>
          <w:color w:val="000000"/>
          <w:sz w:val="18"/>
        </w:rPr>
        <w:t>D. 44</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Pola bilangan loncat 5 artinya tiap suku ditambah 5: 35 + 5 = 40.</w:t>
      </w:r>
    </w:p>
    <w:p>
      <w:pPr>
        <w:spacing w:before="80" w:after="40"/>
        <w:ind w:left="216"/>
      </w:pPr>
      <w:r>
        <w:rPr>
          <w:rFonts w:ascii="Calibri" w:hAnsi="Calibri"/>
          <w:b/>
          <w:color w:val="000000"/>
          <w:sz w:val="19"/>
        </w:rPr>
        <w:t xml:space="preserve">4. </w:t>
      </w:r>
      <w:r>
        <w:rPr>
          <w:rFonts w:ascii="Calibri" w:hAnsi="Calibri"/>
          <w:b w:val="0"/>
          <w:i w:val="0"/>
          <w:color w:val="000000"/>
          <w:sz w:val="19"/>
        </w:rPr>
        <w:t>Pada bilangan 94, nilai angka 9 adalah...</w:t>
      </w:r>
    </w:p>
    <w:p>
      <w:pPr>
        <w:spacing w:before="0" w:after="20"/>
        <w:ind w:left="576"/>
      </w:pPr>
      <w:r>
        <w:rPr>
          <w:rFonts w:ascii="Calibri" w:hAnsi="Calibri"/>
          <w:b w:val="0"/>
          <w:i w:val="0"/>
          <w:color w:val="000000"/>
          <w:sz w:val="18"/>
        </w:rPr>
        <w:t>A. 9</w:t>
      </w:r>
    </w:p>
    <w:p>
      <w:pPr>
        <w:spacing w:before="0" w:after="20"/>
        <w:ind w:left="576"/>
      </w:pPr>
      <w:r>
        <w:rPr>
          <w:rFonts w:ascii="Calibri" w:hAnsi="Calibri"/>
          <w:b w:val="0"/>
          <w:i w:val="0"/>
          <w:color w:val="000000"/>
          <w:sz w:val="18"/>
        </w:rPr>
        <w:t>B. 40</w:t>
      </w:r>
    </w:p>
    <w:p>
      <w:pPr>
        <w:spacing w:before="0" w:after="20"/>
        <w:ind w:left="576"/>
      </w:pPr>
      <w:r>
        <w:rPr>
          <w:rFonts w:ascii="Calibri" w:hAnsi="Calibri"/>
          <w:b w:val="0"/>
          <w:i w:val="0"/>
          <w:color w:val="000000"/>
          <w:sz w:val="18"/>
        </w:rPr>
        <w:t>C. 90</w:t>
      </w:r>
    </w:p>
    <w:p>
      <w:pPr>
        <w:spacing w:before="0" w:after="20"/>
        <w:ind w:left="576"/>
      </w:pPr>
      <w:r>
        <w:rPr>
          <w:rFonts w:ascii="Calibri" w:hAnsi="Calibri"/>
          <w:b w:val="0"/>
          <w:i w:val="0"/>
          <w:color w:val="000000"/>
          <w:sz w:val="18"/>
        </w:rPr>
        <w:t>D. 900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Angka 9 berada pada posisi puluhan, sehingga nilainya adalah 90.</w:t>
      </w:r>
    </w:p>
    <w:p>
      <w:pPr>
        <w:spacing w:before="80" w:after="40"/>
        <w:ind w:left="216"/>
      </w:pPr>
      <w:r>
        <w:rPr>
          <w:rFonts w:ascii="Calibri" w:hAnsi="Calibri"/>
          <w:b/>
          <w:color w:val="000000"/>
          <w:sz w:val="19"/>
        </w:rPr>
        <w:t xml:space="preserve">5. </w:t>
      </w:r>
      <w:r>
        <w:rPr>
          <w:rFonts w:ascii="Calibri" w:hAnsi="Calibri"/>
          <w:b w:val="0"/>
          <w:i w:val="0"/>
          <w:color w:val="000000"/>
          <w:sz w:val="19"/>
        </w:rPr>
        <w:t>Kumpulan 10 ikat lidi di mana masing-masing ikat berisi 10 batang lidi bernilai...</w:t>
      </w:r>
    </w:p>
    <w:p>
      <w:pPr>
        <w:spacing w:before="0" w:after="20"/>
        <w:ind w:left="576"/>
      </w:pPr>
      <w:r>
        <w:rPr>
          <w:rFonts w:ascii="Calibri" w:hAnsi="Calibri"/>
          <w:b w:val="0"/>
          <w:i w:val="0"/>
          <w:color w:val="000000"/>
          <w:sz w:val="18"/>
        </w:rPr>
        <w:t>A. 10 batang</w:t>
      </w:r>
    </w:p>
    <w:p>
      <w:pPr>
        <w:spacing w:before="0" w:after="20"/>
        <w:ind w:left="576"/>
      </w:pPr>
      <w:r>
        <w:rPr>
          <w:rFonts w:ascii="Calibri" w:hAnsi="Calibri"/>
          <w:b w:val="0"/>
          <w:i w:val="0"/>
          <w:color w:val="000000"/>
          <w:sz w:val="18"/>
        </w:rPr>
        <w:t>B. 50 batang</w:t>
      </w:r>
    </w:p>
    <w:p>
      <w:pPr>
        <w:spacing w:before="0" w:after="20"/>
        <w:ind w:left="576"/>
      </w:pPr>
      <w:r>
        <w:rPr>
          <w:rFonts w:ascii="Calibri" w:hAnsi="Calibri"/>
          <w:b w:val="0"/>
          <w:i w:val="0"/>
          <w:color w:val="000000"/>
          <w:sz w:val="18"/>
        </w:rPr>
        <w:t>C. 90 batang</w:t>
      </w:r>
    </w:p>
    <w:p>
      <w:pPr>
        <w:spacing w:before="0" w:after="20"/>
        <w:ind w:left="576"/>
      </w:pPr>
      <w:r>
        <w:rPr>
          <w:rFonts w:ascii="Calibri" w:hAnsi="Calibri"/>
          <w:b w:val="0"/>
          <w:i w:val="0"/>
          <w:color w:val="000000"/>
          <w:sz w:val="18"/>
        </w:rPr>
        <w:t>D. 100 batang</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10 ikat yang masing-masing berisi 10 lidi = 10 puluhan = 100 batang lidi.</w:t>
      </w:r>
    </w:p>
    <w:p>
      <w:r>
        <w:br w:type="page"/>
      </w:r>
    </w:p>
    <w:p>
      <w:pPr>
        <w:pStyle w:val="Title"/>
      </w:pPr>
      <w:r>
        <w:t>LEMBAR KERJA PESERTA DIDIK (LKPD)</w:t>
      </w:r>
    </w:p>
    <w:p>
      <w:pPr>
        <w:pStyle w:val="Subtitle"/>
      </w:pPr>
      <w:r>
        <w:t>Mata Pelajaran: Matematika • Bab 5: Ayo Membilang sampai dengan 100</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Membilang Terurut 51 sampai 100</w:t>
      </w:r>
    </w:p>
    <w:p>
      <w:pPr>
        <w:spacing w:before="20" w:after="60"/>
        <w:ind w:left="216"/>
      </w:pPr>
      <w:r>
        <w:rPr>
          <w:rFonts w:ascii="Calibri" w:hAnsi="Calibri"/>
          <w:color w:val="000000"/>
          <w:sz w:val="18"/>
        </w:rPr>
        <w:t xml:space="preserve">Petunjuk: </w:t>
      </w:r>
      <w:r>
        <w:rPr>
          <w:rFonts w:ascii="Calibri" w:hAnsi="Calibri"/>
          <w:b w:val="0"/>
          <w:i w:val="0"/>
          <w:color w:val="000000"/>
          <w:sz w:val="18"/>
        </w:rPr>
        <w:t>Membilang banyak benda hingga 100 secara teratur dan menuliskan lambang serta nama bilangannya.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Menguraikan Nilai Tempat Bilangan sampai 100</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posisi ratusan, puluhan, dan satuan pada bilangan dua hingga tiga angka (100).</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Pola Bilangan Loncat pada Garis Bilangan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pola penambahan tetap (loncat 2, 5, 10) dan melengkapi barisan bilangan yang rumpang.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Membilang bilangan cacah hingga 100 memperluas wawasan kuantitatif peserta didik di semester genap kelas 2. Peserta didik berlatih membilang maju dan mundur bilangan dari 51 sampai 100 menggunakan benda terstruktur dan tabel angka 1-100.</w:t>
      </w:r>
    </w:p>
    <w:p>
      <w:pPr>
        <w:spacing w:before="40" w:after="60" w:line="276" w:lineRule="auto"/>
      </w:pPr>
      <w:r>
        <w:rPr>
          <w:rFonts w:ascii="Calibri" w:hAnsi="Calibri"/>
          <w:b w:val="0"/>
          <w:i w:val="0"/>
          <w:color w:val="000000"/>
          <w:sz w:val="19"/>
        </w:rPr>
        <w:t>Penguatan nilai tempat dilakukan hingga bilangan 100 yang mengenalkan konsep nilai ratusan pertama (10 puluhan = 1 ratusan). Peserta didik mahir membedakan komposisi dan dekomposisi angka puluhan dan satuan.</w:t>
      </w:r>
    </w:p>
    <w:p>
      <w:pPr>
        <w:spacing w:before="40" w:after="60" w:line="276" w:lineRule="auto"/>
      </w:pPr>
      <w:r>
        <w:rPr>
          <w:rFonts w:ascii="Calibri" w:hAnsi="Calibri"/>
          <w:b w:val="0"/>
          <w:i w:val="0"/>
          <w:color w:val="000000"/>
          <w:sz w:val="19"/>
        </w:rPr>
        <w:t>Selain itu, materi pola bilangan loncat (loncat 2, loncat 5, dan loncat 10) dilatihkan secara terstruktur pada garis bilangan untuk melatih logika berpikir runut dan dasar konsep perkalian.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Bilangan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mendatar yang memuat titik-titik bilangan secara berurutan dengan jarak yang 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Pola Loncat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penambahan atau pengurangan angka yang sama secara teratur pada suatu barisan bilangan.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Ratusan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tempat bilangan yang menunjukkan kelipatan seratus (100).</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Tabel Angka 100</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Tabel kotak berukuran 10x10 yang memuat urutan angka 1 sampai 100.</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