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(3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Pengukuran Waktu dan Durasi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membaca dan menuliskan waktu yang ditunjukkan oleh jam analog pada posisi waktu tepat dan setengah.</w:t>
      </w:r>
    </w:p>
    <w:p>
      <w:pPr>
        <w:pStyle w:val="ListNumber"/>
      </w:pPr>
      <w:r>
        <w:rPr>
          <w:rFonts w:ascii="Calibri" w:hAnsi="Calibri"/>
          <w:b w:val="0"/>
          <w:i w:val="0"/>
          <w:color w:val="000000"/>
          <w:sz w:val="19"/>
        </w:rPr>
        <w:t>Peserta didik mampu menyebutkan urutan hari dalam seminggu dan bulan dalam setahun pada kalender.</w:t>
      </w:r>
    </w:p>
    <w:p>
      <w:pPr>
        <w:pStyle w:val="ListNumber"/>
      </w:pPr>
      <w:r>
        <w:rPr>
          <w:rFonts w:ascii="Calibri" w:hAnsi="Calibri"/>
          <w:b w:val="0"/>
          <w:i w:val="0"/>
          <w:color w:val="000000"/>
          <w:sz w:val="19"/>
        </w:rPr>
        <w:t>Peserta didik mampu menentukan durasi atau lama waktu berlangsungnya kegiatan harian sederhana.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membaca dan menulis jam analog waktu tepat dan setengah, mengenal satuan waktu kalender, serta menentukan durasi aktivitas harian.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Membaca dan Menulis Jam Analog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waktu tepat dan waktu setengah pada jarum jam analog serta menuliskan format waktunya.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Mengenal Satuan Waktu Kalender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nama-nama hari, hubungan hari dengan minggu, serta nama-nama bulan dalam setahun.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Menghitung Durasi Suatu Kegiatan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lamanya suatu kejadian berdasarkan waktu mulai dan waktu selesai kegiatan.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Jarum pendek menunjuk angka 8 dan jarum panjang menunjuk angka 12. Jam tersebut menunjukkan pukul...</w:t>
      </w:r>
    </w:p>
    <w:p>
      <w:pPr>
        <w:spacing w:before="0" w:after="20"/>
        <w:ind w:left="576"/>
      </w:pPr>
      <w:r>
        <w:rPr>
          <w:rFonts w:ascii="Calibri" w:hAnsi="Calibri"/>
          <w:b w:val="0"/>
          <w:i w:val="0"/>
          <w:color w:val="000000"/>
          <w:sz w:val="18"/>
        </w:rPr>
        <w:t>A. 08.00</w:t>
      </w:r>
    </w:p>
    <w:p>
      <w:pPr>
        <w:spacing w:before="0" w:after="20"/>
        <w:ind w:left="576"/>
      </w:pPr>
      <w:r>
        <w:rPr>
          <w:rFonts w:ascii="Calibri" w:hAnsi="Calibri"/>
          <w:b w:val="0"/>
          <w:i w:val="0"/>
          <w:color w:val="000000"/>
          <w:sz w:val="18"/>
        </w:rPr>
        <w:t>B. 08.30</w:t>
      </w:r>
    </w:p>
    <w:p>
      <w:pPr>
        <w:spacing w:before="0" w:after="20"/>
        <w:ind w:left="576"/>
      </w:pPr>
      <w:r>
        <w:rPr>
          <w:rFonts w:ascii="Calibri" w:hAnsi="Calibri"/>
          <w:b w:val="0"/>
          <w:i w:val="0"/>
          <w:color w:val="000000"/>
          <w:sz w:val="18"/>
        </w:rPr>
        <w:t>C. 12.00</w:t>
      </w:r>
    </w:p>
    <w:p>
      <w:pPr>
        <w:spacing w:before="0" w:after="20"/>
        <w:ind w:left="576"/>
      </w:pPr>
      <w:r>
        <w:rPr>
          <w:rFonts w:ascii="Calibri" w:hAnsi="Calibri"/>
          <w:b w:val="0"/>
          <w:i w:val="0"/>
          <w:color w:val="000000"/>
          <w:sz w:val="18"/>
        </w:rPr>
        <w:t>D. 12.08</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Ketika jarum panjang menunjuk angka 12, maka waktu menunjukkan posisi jam tepat. Karena jarum pendek di angka 8, waktu yang tepat adalah pukul 08.00.</w:t>
      </w:r>
    </w:p>
    <w:p>
      <w:pPr>
        <w:spacing w:before="80" w:after="40"/>
        <w:ind w:left="216"/>
      </w:pPr>
      <w:r>
        <w:rPr>
          <w:rFonts w:ascii="Calibri" w:hAnsi="Calibri"/>
          <w:b/>
          <w:color w:val="000000"/>
          <w:sz w:val="19"/>
        </w:rPr>
        <w:t xml:space="preserve">2. </w:t>
      </w:r>
      <w:r>
        <w:rPr>
          <w:rFonts w:ascii="Calibri" w:hAnsi="Calibri"/>
          <w:b w:val="0"/>
          <w:i w:val="0"/>
          <w:color w:val="000000"/>
          <w:sz w:val="19"/>
        </w:rPr>
        <w:t>Jarum pendek berada di antara angka 9 dan 10, sedangkan jarum panjang menunjuk angka 6. Waktu tersebut dibaca pukul...</w:t>
      </w:r>
    </w:p>
    <w:p>
      <w:pPr>
        <w:spacing w:before="0" w:after="20"/>
        <w:ind w:left="576"/>
      </w:pPr>
      <w:r>
        <w:rPr>
          <w:rFonts w:ascii="Calibri" w:hAnsi="Calibri"/>
          <w:b w:val="0"/>
          <w:i w:val="0"/>
          <w:color w:val="000000"/>
          <w:sz w:val="18"/>
        </w:rPr>
        <w:t>A. Sembilan tepat</w:t>
      </w:r>
    </w:p>
    <w:p>
      <w:pPr>
        <w:spacing w:before="0" w:after="20"/>
        <w:ind w:left="576"/>
      </w:pPr>
      <w:r>
        <w:rPr>
          <w:rFonts w:ascii="Calibri" w:hAnsi="Calibri"/>
          <w:b w:val="0"/>
          <w:i w:val="0"/>
          <w:color w:val="000000"/>
          <w:sz w:val="18"/>
        </w:rPr>
        <w:t>B. Setengah sembilan</w:t>
      </w:r>
    </w:p>
    <w:p>
      <w:pPr>
        <w:spacing w:before="0" w:after="20"/>
        <w:ind w:left="576"/>
      </w:pPr>
      <w:r>
        <w:rPr>
          <w:rFonts w:ascii="Calibri" w:hAnsi="Calibri"/>
          <w:b w:val="0"/>
          <w:i w:val="0"/>
          <w:color w:val="000000"/>
          <w:sz w:val="18"/>
        </w:rPr>
        <w:t>C. Setengah sepuluh</w:t>
      </w:r>
    </w:p>
    <w:p>
      <w:pPr>
        <w:spacing w:before="0" w:after="20"/>
        <w:ind w:left="576"/>
      </w:pPr>
      <w:r>
        <w:rPr>
          <w:rFonts w:ascii="Calibri" w:hAnsi="Calibri"/>
          <w:b w:val="0"/>
          <w:i w:val="0"/>
          <w:color w:val="000000"/>
          <w:sz w:val="18"/>
        </w:rPr>
        <w:t>D. Sepuluh tepat</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Jarum panjang di angka 6 menunjukkan lewat 30 menit (setengah). Jarum pendek di antara 9 dan 10 menunjukkan pukul 09.30 atau setengah sepuluh.</w:t>
      </w:r>
    </w:p>
    <w:p>
      <w:pPr>
        <w:spacing w:before="80" w:after="40"/>
        <w:ind w:left="216"/>
      </w:pPr>
      <w:r>
        <w:rPr>
          <w:rFonts w:ascii="Calibri" w:hAnsi="Calibri"/>
          <w:b/>
          <w:color w:val="000000"/>
          <w:sz w:val="19"/>
        </w:rPr>
        <w:t xml:space="preserve">3. </w:t>
      </w:r>
      <w:r>
        <w:rPr>
          <w:rFonts w:ascii="Calibri" w:hAnsi="Calibri"/>
          <w:b w:val="0"/>
          <w:i w:val="0"/>
          <w:color w:val="000000"/>
          <w:sz w:val="19"/>
        </w:rPr>
        <w:t>1 minggu terdiri dari ... hari.</w:t>
      </w:r>
    </w:p>
    <w:p>
      <w:pPr>
        <w:spacing w:before="0" w:after="20"/>
        <w:ind w:left="576"/>
      </w:pPr>
      <w:r>
        <w:rPr>
          <w:rFonts w:ascii="Calibri" w:hAnsi="Calibri"/>
          <w:b w:val="0"/>
          <w:i w:val="0"/>
          <w:color w:val="000000"/>
          <w:sz w:val="18"/>
        </w:rPr>
        <w:t>A. 5 hari</w:t>
      </w:r>
    </w:p>
    <w:p>
      <w:pPr>
        <w:spacing w:before="0" w:after="20"/>
        <w:ind w:left="576"/>
      </w:pPr>
      <w:r>
        <w:rPr>
          <w:rFonts w:ascii="Calibri" w:hAnsi="Calibri"/>
          <w:b w:val="0"/>
          <w:i w:val="0"/>
          <w:color w:val="000000"/>
          <w:sz w:val="18"/>
        </w:rPr>
        <w:t>B. 6 hari</w:t>
      </w:r>
    </w:p>
    <w:p>
      <w:pPr>
        <w:spacing w:before="0" w:after="20"/>
        <w:ind w:left="576"/>
      </w:pPr>
      <w:r>
        <w:rPr>
          <w:rFonts w:ascii="Calibri" w:hAnsi="Calibri"/>
          <w:b w:val="0"/>
          <w:i w:val="0"/>
          <w:color w:val="000000"/>
          <w:sz w:val="18"/>
        </w:rPr>
        <w:t>C. 7 hari</w:t>
      </w:r>
    </w:p>
    <w:p>
      <w:pPr>
        <w:spacing w:before="0" w:after="20"/>
        <w:ind w:left="576"/>
      </w:pPr>
      <w:r>
        <w:rPr>
          <w:rFonts w:ascii="Calibri" w:hAnsi="Calibri"/>
          <w:b w:val="0"/>
          <w:i w:val="0"/>
          <w:color w:val="000000"/>
          <w:sz w:val="18"/>
        </w:rPr>
        <w:t>D. 10 hari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Satu minggu terdiri dari 7 hari: Senin, Selasa, Rabu, Kamis, Jumat, Sabtu, dan Minggu.</w:t>
      </w:r>
    </w:p>
    <w:p>
      <w:pPr>
        <w:spacing w:before="80" w:after="40"/>
        <w:ind w:left="216"/>
      </w:pPr>
      <w:r>
        <w:rPr>
          <w:rFonts w:ascii="Calibri" w:hAnsi="Calibri"/>
          <w:b/>
          <w:color w:val="000000"/>
          <w:sz w:val="19"/>
        </w:rPr>
        <w:t xml:space="preserve">4. </w:t>
      </w:r>
      <w:r>
        <w:rPr>
          <w:rFonts w:ascii="Calibri" w:hAnsi="Calibri"/>
          <w:b w:val="0"/>
          <w:i w:val="0"/>
          <w:color w:val="000000"/>
          <w:sz w:val="19"/>
        </w:rPr>
        <w:t>Edo mulai belajar pukul 08.00 dan selesai belajar pukul 10.00. Lama waktu Edo belajar adalah...</w:t>
      </w:r>
    </w:p>
    <w:p>
      <w:pPr>
        <w:spacing w:before="0" w:after="20"/>
        <w:ind w:left="576"/>
      </w:pPr>
      <w:r>
        <w:rPr>
          <w:rFonts w:ascii="Calibri" w:hAnsi="Calibri"/>
          <w:b w:val="0"/>
          <w:i w:val="0"/>
          <w:color w:val="000000"/>
          <w:sz w:val="18"/>
        </w:rPr>
        <w:t>A. 1 jam</w:t>
      </w:r>
    </w:p>
    <w:p>
      <w:pPr>
        <w:spacing w:before="0" w:after="20"/>
        <w:ind w:left="576"/>
      </w:pPr>
      <w:r>
        <w:rPr>
          <w:rFonts w:ascii="Calibri" w:hAnsi="Calibri"/>
          <w:b w:val="0"/>
          <w:i w:val="0"/>
          <w:color w:val="000000"/>
          <w:sz w:val="18"/>
        </w:rPr>
        <w:t>B. 2 jam</w:t>
      </w:r>
    </w:p>
    <w:p>
      <w:pPr>
        <w:spacing w:before="0" w:after="20"/>
        <w:ind w:left="576"/>
      </w:pPr>
      <w:r>
        <w:rPr>
          <w:rFonts w:ascii="Calibri" w:hAnsi="Calibri"/>
          <w:b w:val="0"/>
          <w:i w:val="0"/>
          <w:color w:val="000000"/>
          <w:sz w:val="18"/>
        </w:rPr>
        <w:t>C. 3 jam</w:t>
      </w:r>
    </w:p>
    <w:p>
      <w:pPr>
        <w:spacing w:before="0" w:after="20"/>
        <w:ind w:left="576"/>
      </w:pPr>
      <w:r>
        <w:rPr>
          <w:rFonts w:ascii="Calibri" w:hAnsi="Calibri"/>
          <w:b w:val="0"/>
          <w:i w:val="0"/>
          <w:color w:val="000000"/>
          <w:sz w:val="18"/>
        </w:rPr>
        <w:t>D. 4 jam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Durasi waktu dihitung dari waktu selesai dikurangi waktu mulai: 10.00 - 08.00 = 2 jam.</w:t>
      </w:r>
    </w:p>
    <w:p>
      <w:pPr>
        <w:spacing w:before="80" w:after="40"/>
        <w:ind w:left="216"/>
      </w:pPr>
      <w:r>
        <w:rPr>
          <w:rFonts w:ascii="Calibri" w:hAnsi="Calibri"/>
          <w:b/>
          <w:color w:val="000000"/>
          <w:sz w:val="19"/>
        </w:rPr>
        <w:t xml:space="preserve">5. </w:t>
      </w:r>
      <w:r>
        <w:rPr>
          <w:rFonts w:ascii="Calibri" w:hAnsi="Calibri"/>
          <w:b w:val="0"/>
          <w:i w:val="0"/>
          <w:color w:val="000000"/>
          <w:sz w:val="19"/>
        </w:rPr>
        <w:t>Bulan kelima dalam penanggalan masehi adalah bulan...</w:t>
      </w:r>
    </w:p>
    <w:p>
      <w:pPr>
        <w:spacing w:before="0" w:after="20"/>
        <w:ind w:left="576"/>
      </w:pPr>
      <w:r>
        <w:rPr>
          <w:rFonts w:ascii="Calibri" w:hAnsi="Calibri"/>
          <w:b w:val="0"/>
          <w:i w:val="0"/>
          <w:color w:val="000000"/>
          <w:sz w:val="18"/>
        </w:rPr>
        <w:t>A. Maret</w:t>
      </w:r>
    </w:p>
    <w:p>
      <w:pPr>
        <w:spacing w:before="0" w:after="20"/>
        <w:ind w:left="576"/>
      </w:pPr>
      <w:r>
        <w:rPr>
          <w:rFonts w:ascii="Calibri" w:hAnsi="Calibri"/>
          <w:b w:val="0"/>
          <w:i w:val="0"/>
          <w:color w:val="000000"/>
          <w:sz w:val="18"/>
        </w:rPr>
        <w:t>B. April</w:t>
      </w:r>
    </w:p>
    <w:p>
      <w:pPr>
        <w:spacing w:before="0" w:after="20"/>
        <w:ind w:left="576"/>
      </w:pPr>
      <w:r>
        <w:rPr>
          <w:rFonts w:ascii="Calibri" w:hAnsi="Calibri"/>
          <w:b w:val="0"/>
          <w:i w:val="0"/>
          <w:color w:val="000000"/>
          <w:sz w:val="18"/>
        </w:rPr>
        <w:t>C. Mei</w:t>
      </w:r>
    </w:p>
    <w:p>
      <w:pPr>
        <w:spacing w:before="0" w:after="20"/>
        <w:ind w:left="576"/>
      </w:pPr>
      <w:r>
        <w:rPr>
          <w:rFonts w:ascii="Calibri" w:hAnsi="Calibri"/>
          <w:b w:val="0"/>
          <w:i w:val="0"/>
          <w:color w:val="000000"/>
          <w:sz w:val="18"/>
        </w:rPr>
        <w:t>D. Juni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Urutan bulan masehi: 1. Januari, 2. Februari, 3. Maret, 4. April, 5. Mei. Jadi bulan kelima adalah Mei.</w:t>
      </w:r>
    </w:p>
    <w:p>
      <w:r>
        <w:br w:type="page"/>
      </w:r>
    </w:p>
    <w:p>
      <w:pPr>
        <w:pStyle w:val="Title"/>
      </w:pPr>
      <w:r>
        <w:t>LEMBAR KERJA PESERTA DIDIK (LKPD)</w:t>
      </w:r>
    </w:p>
    <w:p>
      <w:pPr>
        <w:pStyle w:val="Subtitle"/>
      </w:pPr>
      <w:r>
        <w:t>Mata Pelajaran: Matematika • Bab 4: Pengukuran Waktu dan Durasi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Membaca dan Menulis Jam Analog</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waktu tepat dan waktu setengah pada jarum jam analog serta menuliskan format waktunya.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Mengenal Satuan Waktu Kalender</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nama-nama hari, hubungan hari dengan minggu, serta nama-nama bulan dalam setahun.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Menghitung Durasi Suatu Kegiatan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lamanya suatu kejadian berdasarkan waktu mulai dan waktu selesai kegiatan.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Pengukuran waktu merupakan keterampilan hidup esensial bagi peserta didik kelas 2. Pembelajaran mengenalkan bagian-bagian jam analog, yaitu jarum pendek penunjuk jam dan jarum panjang penunjuk menit.</w:t>
      </w:r>
    </w:p>
    <w:p>
      <w:pPr>
        <w:spacing w:before="40" w:after="60" w:line="276" w:lineRule="auto"/>
      </w:pPr>
      <w:r>
        <w:rPr>
          <w:rFonts w:ascii="Calibri" w:hAnsi="Calibri"/>
          <w:b w:val="0"/>
          <w:i w:val="0"/>
          <w:color w:val="000000"/>
          <w:sz w:val="19"/>
        </w:rPr>
        <w:t>Peserta didik belajar membaca waktu tepat (misal pukul 07.00 saat jarum panjang di angka 12) dan waktu setengah (misal pukul 07.30 saat jarum panjang menunjuk tepat ke angka 6). Selain jam, peserta didik mengenal konversi waktu hari, minggu, dan bulan pada kalender.</w:t>
      </w:r>
    </w:p>
    <w:p>
      <w:pPr>
        <w:spacing w:before="40" w:after="60" w:line="276" w:lineRule="auto"/>
      </w:pPr>
      <w:r>
        <w:rPr>
          <w:rFonts w:ascii="Calibri" w:hAnsi="Calibri"/>
          <w:b w:val="0"/>
          <w:i w:val="0"/>
          <w:color w:val="000000"/>
          <w:sz w:val="19"/>
        </w:rPr>
        <w:t>Keterampilan praktis ditekankan pada penghitungan durasi atau lamanya suatu aktivitas berlangsung, misalnya menghitung berapa jam waktu istirahat, belajar di kelas, atau berolahraga.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Jam Analog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pengukur waktu yang menampilkan jarum jam, jarum menit, dan angka 1 sampai 12 pada bidang lingkaran.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Jarum Pendek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Jarum jam yang bergerak lambat dan menunjukkan satuan jam.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Jarum Panjang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Jarum jam yang bergerak lebih cepat dan menunjukkan satuan menit.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Durasi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Rentang waktu atau lamanya suatu aktivitas berlangsung dari awal hingga akhir.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