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Pengurangan sampai dengan 50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hasil pengurangan bilangan cacah sampai 50 tanpa teknik meminjam.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hasil pengurangan bilangan cacah sampai 50 dengan teknik meminjam secara bersusun.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hubungan timbal balik antara operasi penjumlahan dan pengurangan.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pengurangan bilangan cacah sampai dengan 50 tanpa dan dengan teknik meminjam serta hubungan inversi penjumlahan dan pengurangan.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Pengurangan Tanpa Meminjam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selisih dua bilangan dua angka dengan mengurangkan satuan dari satuan dan puluhan dari puluhan secara langsung.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Pengurangan dengan Teknik Meminjam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pengurangan bersusun di mana angka satuan yang dikurangi lebih kecil dari pengurang sehingga meminjam 1 puluhan.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Hubungan Penjumlahan dan Pengurangan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Memanfaatkan hubungan inversi untuk memeriksa kebenaran hasil hitung dan memecahkan soal cerita kontekstual.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Hasil dari pengurangan 48 - 23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Kurangkan satuan: 8 - 3 = 5. Kurangkan puluhan: 4 - 2 = 2. Hasilnya adalah 25.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dari 42 - 18 dengan teknik meminjam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Satuan: 2 tidak bisa dikurangi 8, pinjam 1 puluhan menjadi 12. 12 - 8 = 4. Puluhan sisa 3: 3 - 1 = 2. Hasil = 24.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Pak Tani memetik 45 buah jeruk. Sebanyak 19 jeruk sudah dibagikan ke tetangga. Sisa jeruk Pak Tani sekarang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24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26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28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36 buah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45 - 19. Satuan 15 - 9 = 6. Puluhan 3 - 1 = 2. Jadi sisa jeruk adalah 26 buah.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Jika 15 + 22 = 37, maka kalimat matematika pengurangan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37 - 22 = 15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37 + 15 = 22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22 - 15 = 37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37 - 10 = 22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Sesuai konsep inversi, jika 15 + 22 = 37, maka 37 - 22 = 15 atau 37 - 15 = 22.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Beni memiliki 50 kelereng. Saat bermain, Beni kalah 17 kelereng. Kelereng Beni sekarang tersisa...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23 kelereng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33 kelereng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37 kelereng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43 kelereng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50 - 17. Satuan 10 - 7 = 3. Puluhan 4 - 1 = 3. Sisa kelereng Beni adalah 33 kelereng.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3: Pengurangan sampai dengan 50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Pengurangan Tanpa Meminjam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selisih dua bilangan dua angka dengan mengurangkan satuan dari satuan dan puluhan dari puluhan secara langsung.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Pengurangan dengan Teknik Meminjam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pengurangan bersusun di mana angka satuan yang dikurangi lebih kecil dari pengurang sehingga meminjam 1 puluhan.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Hubungan Penjumlahan dan Pengurangan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Memanfaatkan hubungan inversi untuk memeriksa kebenaran hasil hitung dan memecahkan soal cerita kontekstual.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Pengurangan bilangan cacah hingga 50 memfasilitasi pemahaman konsep selisih, sisa, dan pemisahan kuantitas benda. Peserta didik memulai dengan operasi pengurangan tanpa meminjam menggunakan model konkret dan tabel nilai tempat.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materi pengurangan dengan teknik meminjam, peserta didik memahami mekanisme dekomposisi bilangan: 1 puluhan (10 satuan) dipinjam untuk menambah nilai satuan yang kurang sehingga proses pengurangan dapat dilakukan.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juga menekankan keterkaitan erat antara penjumlahan dan pengurangan (jika A + B = C, maka C - B = A dan C - A = B) yang memperkuat fleksibilitas mental berhitung siswa.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Pengurangan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hitung matematika yang mencari selisih atau sisa dari pengambilan suatu kuantitas dari kelompok bilangan.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Teknik Meminjam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pengurangan bersusun di mana angka satuan mengambil 1 nilai puluhan (bernilai 10) dari angka di sebelah kirinya.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Selisih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Beda nilai antara dua kuantitas bilangan yang diperoleh dari hasil pengurangan.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Inversi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kebalikan antara operasi hitung penjumlahan dan pengurangan.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