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Penjumlahan sampai dengan 50</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menghitung hasil penjumlahan dua bilangan cacah sampai 50 tanpa teknik menyimpan.</w:t>
      </w:r>
    </w:p>
    <w:p>
      <w:pPr>
        <w:pStyle w:val="ListNumber"/>
      </w:pPr>
      <w:r>
        <w:rPr>
          <w:rFonts w:ascii="Calibri" w:hAnsi="Calibri"/>
          <w:b w:val="0"/>
          <w:i w:val="0"/>
          <w:color w:val="000000"/>
          <w:sz w:val="19"/>
        </w:rPr>
        <w:t>Peserta didik mampu menghitung hasil penjumlahan dua bilangan cacah sampai 50 dengan teknik menyimpan secara bersusun.</w:t>
      </w:r>
    </w:p>
    <w:p>
      <w:pPr>
        <w:pStyle w:val="ListNumber"/>
      </w:pPr>
      <w:r>
        <w:rPr>
          <w:rFonts w:ascii="Calibri" w:hAnsi="Calibri"/>
          <w:b w:val="0"/>
          <w:i w:val="0"/>
          <w:color w:val="000000"/>
          <w:sz w:val="19"/>
        </w:rPr>
        <w:t>Peserta didik mampu menyelesaikan permasalahan kontekstual penjumlahan dalam kehidupan sehari-hari secara mandiri.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operasi hitung penjumlahan bilangan cacah sampai dengan 50 tanpa dan dengan teknik menyimpan serta pemecahan masalah kontekstual.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Penjumlahan Tanpa Menyimpan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Menjumlahkan dua bilangan dua angka dengan menjumlahkan masing-masing satuan dan puluhan secara langsung.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Penjumlahan dengan Teknik Menyimpan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Menyelesaikan penjumlahan bersusun di mana jumlah satuan bernilai 10 atau lebih dengan menyimpan ke kolom puluhan.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Penyelesaian Soal Cerita Penjumlahan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Menerjemahkan narasi masalah sehari-hari ke dalam kalimat matematika dan menyelesaikannya secara terstruktur.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Hasil dari penjumlahan 23 + 15 adalah...</w:t>
      </w:r>
    </w:p>
    <w:p>
      <w:pPr>
        <w:spacing w:before="0" w:after="20"/>
        <w:ind w:left="576"/>
      </w:pPr>
      <w:r>
        <w:rPr>
          <w:rFonts w:ascii="Calibri" w:hAnsi="Calibri"/>
          <w:b w:val="0"/>
          <w:i w:val="0"/>
          <w:color w:val="000000"/>
          <w:sz w:val="18"/>
        </w:rPr>
        <w:t>A. 37</w:t>
      </w:r>
    </w:p>
    <w:p>
      <w:pPr>
        <w:spacing w:before="0" w:after="20"/>
        <w:ind w:left="576"/>
      </w:pPr>
      <w:r>
        <w:rPr>
          <w:rFonts w:ascii="Calibri" w:hAnsi="Calibri"/>
          <w:b w:val="0"/>
          <w:i w:val="0"/>
          <w:color w:val="000000"/>
          <w:sz w:val="18"/>
        </w:rPr>
        <w:t>B. 38</w:t>
      </w:r>
    </w:p>
    <w:p>
      <w:pPr>
        <w:spacing w:before="0" w:after="20"/>
        <w:ind w:left="576"/>
      </w:pPr>
      <w:r>
        <w:rPr>
          <w:rFonts w:ascii="Calibri" w:hAnsi="Calibri"/>
          <w:b w:val="0"/>
          <w:i w:val="0"/>
          <w:color w:val="000000"/>
          <w:sz w:val="18"/>
        </w:rPr>
        <w:t>C. 39</w:t>
      </w:r>
    </w:p>
    <w:p>
      <w:pPr>
        <w:spacing w:before="0" w:after="20"/>
        <w:ind w:left="576"/>
      </w:pPr>
      <w:r>
        <w:rPr>
          <w:rFonts w:ascii="Calibri" w:hAnsi="Calibri"/>
          <w:b w:val="0"/>
          <w:i w:val="0"/>
          <w:color w:val="000000"/>
          <w:sz w:val="18"/>
        </w:rPr>
        <w:t>D. 48</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Jumlahkan satuan terlebih dahulu: 3 + 5 = 8. Lalu jumlahkan puluhan: 2 + 1 = 3. Hasilnya adalah 38.</w:t>
      </w:r>
    </w:p>
    <w:p>
      <w:pPr>
        <w:spacing w:before="80" w:after="40"/>
        <w:ind w:left="216"/>
      </w:pPr>
      <w:r>
        <w:rPr>
          <w:rFonts w:ascii="Calibri" w:hAnsi="Calibri"/>
          <w:b/>
          <w:color w:val="000000"/>
          <w:sz w:val="19"/>
        </w:rPr>
        <w:t xml:space="preserve">2. </w:t>
      </w:r>
      <w:r>
        <w:rPr>
          <w:rFonts w:ascii="Calibri" w:hAnsi="Calibri"/>
          <w:b w:val="0"/>
          <w:i w:val="0"/>
          <w:color w:val="000000"/>
          <w:sz w:val="19"/>
        </w:rPr>
        <w:t>Hasil dari 27 + 16 dengan teknik menyimpan adalah...</w:t>
      </w:r>
    </w:p>
    <w:p>
      <w:pPr>
        <w:spacing w:before="0" w:after="20"/>
        <w:ind w:left="576"/>
      </w:pPr>
      <w:r>
        <w:rPr>
          <w:rFonts w:ascii="Calibri" w:hAnsi="Calibri"/>
          <w:b w:val="0"/>
          <w:i w:val="0"/>
          <w:color w:val="000000"/>
          <w:sz w:val="18"/>
        </w:rPr>
        <w:t>A. 33</w:t>
      </w:r>
    </w:p>
    <w:p>
      <w:pPr>
        <w:spacing w:before="0" w:after="20"/>
        <w:ind w:left="576"/>
      </w:pPr>
      <w:r>
        <w:rPr>
          <w:rFonts w:ascii="Calibri" w:hAnsi="Calibri"/>
          <w:b w:val="0"/>
          <w:i w:val="0"/>
          <w:color w:val="000000"/>
          <w:sz w:val="18"/>
        </w:rPr>
        <w:t>B. 41</w:t>
      </w:r>
    </w:p>
    <w:p>
      <w:pPr>
        <w:spacing w:before="0" w:after="20"/>
        <w:ind w:left="576"/>
      </w:pPr>
      <w:r>
        <w:rPr>
          <w:rFonts w:ascii="Calibri" w:hAnsi="Calibri"/>
          <w:b w:val="0"/>
          <w:i w:val="0"/>
          <w:color w:val="000000"/>
          <w:sz w:val="18"/>
        </w:rPr>
        <w:t>C. 43</w:t>
      </w:r>
    </w:p>
    <w:p>
      <w:pPr>
        <w:spacing w:before="0" w:after="20"/>
        <w:ind w:left="576"/>
      </w:pPr>
      <w:r>
        <w:rPr>
          <w:rFonts w:ascii="Calibri" w:hAnsi="Calibri"/>
          <w:b w:val="0"/>
          <w:i w:val="0"/>
          <w:color w:val="000000"/>
          <w:sz w:val="18"/>
        </w:rPr>
        <w:t>D. 45</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Satuan: 7 + 6 = 13 (tulis 3, simpan 1 di puluhan). Puluhan: 1 (simpanan) + 2 + 1 = 4. Hasilnya adalah 43.</w:t>
      </w:r>
    </w:p>
    <w:p>
      <w:pPr>
        <w:spacing w:before="80" w:after="40"/>
        <w:ind w:left="216"/>
      </w:pPr>
      <w:r>
        <w:rPr>
          <w:rFonts w:ascii="Calibri" w:hAnsi="Calibri"/>
          <w:b/>
          <w:color w:val="000000"/>
          <w:sz w:val="19"/>
        </w:rPr>
        <w:t xml:space="preserve">3. </w:t>
      </w:r>
      <w:r>
        <w:rPr>
          <w:rFonts w:ascii="Calibri" w:hAnsi="Calibri"/>
          <w:b w:val="0"/>
          <w:i w:val="0"/>
          <w:color w:val="000000"/>
          <w:sz w:val="19"/>
        </w:rPr>
        <w:t>Siti mengumpulkan 18 biji saga. Dayu mengumpulkan 24 biji saga. Jumlah biji saga yang mereka kumpulkan adalah...</w:t>
      </w:r>
    </w:p>
    <w:p>
      <w:pPr>
        <w:spacing w:before="0" w:after="20"/>
        <w:ind w:left="576"/>
      </w:pPr>
      <w:r>
        <w:rPr>
          <w:rFonts w:ascii="Calibri" w:hAnsi="Calibri"/>
          <w:b w:val="0"/>
          <w:i w:val="0"/>
          <w:color w:val="000000"/>
          <w:sz w:val="18"/>
        </w:rPr>
        <w:t>A. 32</w:t>
      </w:r>
    </w:p>
    <w:p>
      <w:pPr>
        <w:spacing w:before="0" w:after="20"/>
        <w:ind w:left="576"/>
      </w:pPr>
      <w:r>
        <w:rPr>
          <w:rFonts w:ascii="Calibri" w:hAnsi="Calibri"/>
          <w:b w:val="0"/>
          <w:i w:val="0"/>
          <w:color w:val="000000"/>
          <w:sz w:val="18"/>
        </w:rPr>
        <w:t>B. 42</w:t>
      </w:r>
    </w:p>
    <w:p>
      <w:pPr>
        <w:spacing w:before="0" w:after="20"/>
        <w:ind w:left="576"/>
      </w:pPr>
      <w:r>
        <w:rPr>
          <w:rFonts w:ascii="Calibri" w:hAnsi="Calibri"/>
          <w:b w:val="0"/>
          <w:i w:val="0"/>
          <w:color w:val="000000"/>
          <w:sz w:val="18"/>
        </w:rPr>
        <w:t>C. 44</w:t>
      </w:r>
    </w:p>
    <w:p>
      <w:pPr>
        <w:spacing w:before="0" w:after="20"/>
        <w:ind w:left="576"/>
      </w:pPr>
      <w:r>
        <w:rPr>
          <w:rFonts w:ascii="Calibri" w:hAnsi="Calibri"/>
          <w:b w:val="0"/>
          <w:i w:val="0"/>
          <w:color w:val="000000"/>
          <w:sz w:val="18"/>
        </w:rPr>
        <w:t>D. 46</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Kalimat matematika: 18 + 24. Satuan 8 + 4 = 12 (simpan 1). Puluhan 1 + 1 + 2 = 4. Total = 42 biji saga.</w:t>
      </w:r>
    </w:p>
    <w:p>
      <w:pPr>
        <w:spacing w:before="80" w:after="40"/>
        <w:ind w:left="216"/>
      </w:pPr>
      <w:r>
        <w:rPr>
          <w:rFonts w:ascii="Calibri" w:hAnsi="Calibri"/>
          <w:b/>
          <w:color w:val="000000"/>
          <w:sz w:val="19"/>
        </w:rPr>
        <w:t xml:space="preserve">4. </w:t>
      </w:r>
      <w:r>
        <w:rPr>
          <w:rFonts w:ascii="Calibri" w:hAnsi="Calibri"/>
          <w:b w:val="0"/>
          <w:i w:val="0"/>
          <w:color w:val="000000"/>
          <w:sz w:val="19"/>
        </w:rPr>
        <w:t>Perhatikan penjumlahan bersusun berikut: 34 + 15 = ... Nilai tempat puluhan dari hasil tersebut bernilai...</w:t>
      </w:r>
    </w:p>
    <w:p>
      <w:pPr>
        <w:spacing w:before="0" w:after="20"/>
        <w:ind w:left="576"/>
      </w:pPr>
      <w:r>
        <w:rPr>
          <w:rFonts w:ascii="Calibri" w:hAnsi="Calibri"/>
          <w:b w:val="0"/>
          <w:i w:val="0"/>
          <w:color w:val="000000"/>
          <w:sz w:val="18"/>
        </w:rPr>
        <w:t>A. 4</w:t>
      </w:r>
    </w:p>
    <w:p>
      <w:pPr>
        <w:spacing w:before="0" w:after="20"/>
        <w:ind w:left="576"/>
      </w:pPr>
      <w:r>
        <w:rPr>
          <w:rFonts w:ascii="Calibri" w:hAnsi="Calibri"/>
          <w:b w:val="0"/>
          <w:i w:val="0"/>
          <w:color w:val="000000"/>
          <w:sz w:val="18"/>
        </w:rPr>
        <w:t>B. 9</w:t>
      </w:r>
    </w:p>
    <w:p>
      <w:pPr>
        <w:spacing w:before="0" w:after="20"/>
        <w:ind w:left="576"/>
      </w:pPr>
      <w:r>
        <w:rPr>
          <w:rFonts w:ascii="Calibri" w:hAnsi="Calibri"/>
          <w:b w:val="0"/>
          <w:i w:val="0"/>
          <w:color w:val="000000"/>
          <w:sz w:val="18"/>
        </w:rPr>
        <w:t>C. 40</w:t>
      </w:r>
    </w:p>
    <w:p>
      <w:pPr>
        <w:spacing w:before="0" w:after="20"/>
        <w:ind w:left="576"/>
      </w:pPr>
      <w:r>
        <w:rPr>
          <w:rFonts w:ascii="Calibri" w:hAnsi="Calibri"/>
          <w:b w:val="0"/>
          <w:i w:val="0"/>
          <w:color w:val="000000"/>
          <w:sz w:val="18"/>
        </w:rPr>
        <w:t>D. 90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Hasil 34 + 15 = 49. Angka 4 pada hasil menempati posisi puluhan yang bernilai 40.</w:t>
      </w:r>
    </w:p>
    <w:p>
      <w:pPr>
        <w:spacing w:before="80" w:after="40"/>
        <w:ind w:left="216"/>
      </w:pPr>
      <w:r>
        <w:rPr>
          <w:rFonts w:ascii="Calibri" w:hAnsi="Calibri"/>
          <w:b/>
          <w:color w:val="000000"/>
          <w:sz w:val="19"/>
        </w:rPr>
        <w:t xml:space="preserve">5. </w:t>
      </w:r>
      <w:r>
        <w:rPr>
          <w:rFonts w:ascii="Calibri" w:hAnsi="Calibri"/>
          <w:b w:val="0"/>
          <w:i w:val="0"/>
          <w:color w:val="000000"/>
          <w:sz w:val="19"/>
        </w:rPr>
        <w:t>Di perpustakaan terdapat 26 buku dongeng dan 19 buku ensiklopedia. Banyak buku seluruhnya adalah...</w:t>
      </w:r>
    </w:p>
    <w:p>
      <w:pPr>
        <w:spacing w:before="0" w:after="20"/>
        <w:ind w:left="576"/>
      </w:pPr>
      <w:r>
        <w:rPr>
          <w:rFonts w:ascii="Calibri" w:hAnsi="Calibri"/>
          <w:b w:val="0"/>
          <w:i w:val="0"/>
          <w:color w:val="000000"/>
          <w:sz w:val="18"/>
        </w:rPr>
        <w:t>A. 35 buku</w:t>
      </w:r>
    </w:p>
    <w:p>
      <w:pPr>
        <w:spacing w:before="0" w:after="20"/>
        <w:ind w:left="576"/>
      </w:pPr>
      <w:r>
        <w:rPr>
          <w:rFonts w:ascii="Calibri" w:hAnsi="Calibri"/>
          <w:b w:val="0"/>
          <w:i w:val="0"/>
          <w:color w:val="000000"/>
          <w:sz w:val="18"/>
        </w:rPr>
        <w:t>B. 45 buku</w:t>
      </w:r>
    </w:p>
    <w:p>
      <w:pPr>
        <w:spacing w:before="0" w:after="20"/>
        <w:ind w:left="576"/>
      </w:pPr>
      <w:r>
        <w:rPr>
          <w:rFonts w:ascii="Calibri" w:hAnsi="Calibri"/>
          <w:b w:val="0"/>
          <w:i w:val="0"/>
          <w:color w:val="000000"/>
          <w:sz w:val="18"/>
        </w:rPr>
        <w:t>C. 46 buku</w:t>
      </w:r>
    </w:p>
    <w:p>
      <w:pPr>
        <w:spacing w:before="0" w:after="20"/>
        <w:ind w:left="576"/>
      </w:pPr>
      <w:r>
        <w:rPr>
          <w:rFonts w:ascii="Calibri" w:hAnsi="Calibri"/>
          <w:b w:val="0"/>
          <w:i w:val="0"/>
          <w:color w:val="000000"/>
          <w:sz w:val="18"/>
        </w:rPr>
        <w:t>D. 50 buku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26 + 19 = (6 + 9 = 15, simpan 1) -&gt; 1 + 2 + 1 = 4 -&gt; 45 buku.</w:t>
      </w:r>
    </w:p>
    <w:p>
      <w:r>
        <w:br w:type="page"/>
      </w:r>
    </w:p>
    <w:p>
      <w:pPr>
        <w:pStyle w:val="Title"/>
      </w:pPr>
      <w:r>
        <w:t>LEMBAR KERJA PESERTA DIDIK (LKPD)</w:t>
      </w:r>
    </w:p>
    <w:p>
      <w:pPr>
        <w:pStyle w:val="Subtitle"/>
      </w:pPr>
      <w:r>
        <w:t>Mata Pelajaran: Matematika • Bab 2: Penjumlahan sampai dengan 50</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Penjumlahan Tanpa Menyimpan</w:t>
      </w:r>
    </w:p>
    <w:p>
      <w:pPr>
        <w:spacing w:before="20" w:after="60"/>
        <w:ind w:left="216"/>
      </w:pPr>
      <w:r>
        <w:rPr>
          <w:rFonts w:ascii="Calibri" w:hAnsi="Calibri"/>
          <w:color w:val="000000"/>
          <w:sz w:val="18"/>
        </w:rPr>
        <w:t xml:space="preserve">Petunjuk: </w:t>
      </w:r>
      <w:r>
        <w:rPr>
          <w:rFonts w:ascii="Calibri" w:hAnsi="Calibri"/>
          <w:b w:val="0"/>
          <w:i w:val="0"/>
          <w:color w:val="000000"/>
          <w:sz w:val="18"/>
        </w:rPr>
        <w:t>Menjumlahkan dua bilangan dua angka dengan menjumlahkan masing-masing satuan dan puluhan secara langsung.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Penjumlahan dengan Teknik Menyimpan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Menyelesaikan penjumlahan bersusun di mana jumlah satuan bernilai 10 atau lebih dengan menyimpan ke kolom puluhan.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Penyelesaian Soal Cerita Penjumlahan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Menerjemahkan narasi masalah sehari-hari ke dalam kalimat matematika dan menyelesaikannya secara terstruktur.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Operasi penjumlahan bilangan cacah hingga 50 menguatkan kemampuan berhitung peserta didik dari tingkat konkret ke simbolik. Pembelajaran dimulai dengan penjumlahan tanpa menyimpan menggunakan cara susun panjang dan susun pendek yang menyejajarkan nilai tempat puluhan dan satuan.</w:t>
      </w:r>
    </w:p>
    <w:p>
      <w:pPr>
        <w:spacing w:before="40" w:after="60" w:line="276" w:lineRule="auto"/>
      </w:pPr>
      <w:r>
        <w:rPr>
          <w:rFonts w:ascii="Calibri" w:hAnsi="Calibri"/>
          <w:b w:val="0"/>
          <w:i w:val="0"/>
          <w:color w:val="000000"/>
          <w:sz w:val="19"/>
        </w:rPr>
        <w:t>Tahap berikutnya mengenalkan teknik menyimpan ketika jumlah satuan menghasilkan nilai sepuluh atau lebih. Peserta didik dibimbing memahami bahwa 10 satuan dilebur menjadi 1 puluhan baru yang ditambahkan ke kolom puluhan.</w:t>
      </w:r>
    </w:p>
    <w:p>
      <w:pPr>
        <w:spacing w:before="40" w:after="60" w:line="276" w:lineRule="auto"/>
      </w:pPr>
      <w:r>
        <w:rPr>
          <w:rFonts w:ascii="Calibri" w:hAnsi="Calibri"/>
          <w:b w:val="0"/>
          <w:i w:val="0"/>
          <w:color w:val="000000"/>
          <w:sz w:val="19"/>
        </w:rPr>
        <w:t>Penerapan konsep diintegrasikan ke dalam soal cerita sehari-hari seperti kegiatan jual beli di kantin sekolah, mengumpulkan benda alam, dan menghitung koleksi buku perpustakaan.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Penjumlahan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Operasi hitung matematika yang menggabungkan dua atau lebih kumpulan bilangan menjadi satu jumlah total.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Teknik Menyimpan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penjumlahan bersusun di mana hasil penjumlahan satuan bernilai 10 atau lebih dipindahkan 1 puluhan ke kolom nilai tempat di kirinya.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Susun Pendek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penulisan operasi hitung secara vertikal dengan menyejajarkan nilai tempat.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Matematika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Pernyataan matematika yang memuat angka, simbol operasi (+, -), dan tanda sama dengan (=).</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