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MATEMATIKA — FASE A (KELAS 2)</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Dasar (SD) / Fase A (Kelas 2)</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Matematika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16 JP (4 Pertemuan x 4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1: Ayo Membilang sampai dengan 50</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(Problem-Based Learning) &amp; Inkuiri Terbimbing</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Papan tulis, lembar kerja berpetak, alat ukur/peraga presisi, ruang kelas/laboratorium,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membilang banyak benda secara terurut dari 21 sampai dengan 50 menggunakan benda konkret.</w:t>
      </w:r>
    </w:p>
    <w:p>
      <w:pPr>
        <w:pStyle w:val="ListNumber"/>
      </w:pPr>
      <w:r>
        <w:rPr>
          <w:rFonts w:ascii="Calibri" w:hAnsi="Calibri"/>
          <w:b w:val="0"/>
          <w:i w:val="0"/>
          <w:color w:val="000000"/>
          <w:sz w:val="19"/>
        </w:rPr>
        <w:t>Peserta didik mampu membaca dan menuliskan lambang bilangan cacah 21 sampai dengan 50 dengan benar.</w:t>
      </w:r>
    </w:p>
    <w:p>
      <w:pPr>
        <w:pStyle w:val="ListNumber"/>
      </w:pPr>
      <w:r>
        <w:rPr>
          <w:rFonts w:ascii="Calibri" w:hAnsi="Calibri"/>
          <w:b w:val="0"/>
          <w:i w:val="0"/>
          <w:color w:val="000000"/>
          <w:sz w:val="19"/>
        </w:rPr>
        <w:t>Peserta didik mampu menguraikan bilangan cacah dua angka ke dalam nilai tempat puluhan dan satuan.</w:t>
      </w:r>
    </w:p>
    <w:p>
      <w:pPr>
        <w:pStyle w:val="ListNumber"/>
      </w:pPr>
      <w:r>
        <w:rPr>
          <w:rFonts w:ascii="Calibri" w:hAnsi="Calibri"/>
          <w:b w:val="0"/>
          <w:i w:val="0"/>
          <w:color w:val="000000"/>
          <w:sz w:val="19"/>
        </w:rPr>
        <w:t>Peserta didik mampu membandingkan dan mengurutkan kumpulan bilangan cacah hingga 50 dari yang terkecil ke terbesar atau sebaliknya.</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Materi membilang banyak benda secara terurut dari 21 hingga 50, menentukan nilai tempat puluhan dan satuan, serta membandingkan kumpulan bilangan.</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Topik A: Membilang Terurut 21 sampai 50</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Membilang maju dan mundur kumpulan benda konkret dalam ikatan puluhan dan satuan.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Topik B: Nilai Tempat Puluhan dan Satuan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Menguraikan bilangan dua angka menjadi bentuk panjang puluhan dan satuan secara terstruktur.</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Topik C: Membandingkan dan Mengurutkan Bilangan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Membandingkan dua bilangan menggunakan tanda dan simbol perbandingan serta menyusun barisan bilangan.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Ibu memiliki 3 kantong permen. Tiap kantong berisi 10 permen. Di luar kantong masih ada 5 permen lepas. Banyak permen ibu seluruhnya adalah...</w:t>
      </w:r>
    </w:p>
    <w:p>
      <w:pPr>
        <w:spacing w:before="0" w:after="20"/>
        <w:ind w:left="576"/>
      </w:pPr>
      <w:r>
        <w:rPr>
          <w:rFonts w:ascii="Calibri" w:hAnsi="Calibri"/>
          <w:b w:val="0"/>
          <w:i w:val="0"/>
          <w:color w:val="000000"/>
          <w:sz w:val="18"/>
        </w:rPr>
        <w:t>A. 25 permen</w:t>
      </w:r>
    </w:p>
    <w:p>
      <w:pPr>
        <w:spacing w:before="0" w:after="20"/>
        <w:ind w:left="576"/>
      </w:pPr>
      <w:r>
        <w:rPr>
          <w:rFonts w:ascii="Calibri" w:hAnsi="Calibri"/>
          <w:b w:val="0"/>
          <w:i w:val="0"/>
          <w:color w:val="000000"/>
          <w:sz w:val="18"/>
        </w:rPr>
        <w:t>B. 30 permen</w:t>
      </w:r>
    </w:p>
    <w:p>
      <w:pPr>
        <w:spacing w:before="0" w:after="20"/>
        <w:ind w:left="576"/>
      </w:pPr>
      <w:r>
        <w:rPr>
          <w:rFonts w:ascii="Calibri" w:hAnsi="Calibri"/>
          <w:b w:val="0"/>
          <w:i w:val="0"/>
          <w:color w:val="000000"/>
          <w:sz w:val="18"/>
        </w:rPr>
        <w:t>C. 35 permen</w:t>
      </w:r>
    </w:p>
    <w:p>
      <w:pPr>
        <w:spacing w:before="0" w:after="20"/>
        <w:ind w:left="576"/>
      </w:pPr>
      <w:r>
        <w:rPr>
          <w:rFonts w:ascii="Calibri" w:hAnsi="Calibri"/>
          <w:b w:val="0"/>
          <w:i w:val="0"/>
          <w:color w:val="000000"/>
          <w:sz w:val="18"/>
        </w:rPr>
        <w:t>D. 53 permen</w:t>
      </w:r>
    </w:p>
    <w:p>
      <w:pPr>
        <w:spacing w:before="20" w:after="80"/>
        <w:ind w:left="576"/>
      </w:pPr>
      <w:r>
        <w:rPr>
          <w:rFonts w:ascii="Calibri" w:hAnsi="Calibri"/>
          <w:i/>
          <w:color w:val="64748B"/>
          <w:sz w:val="17"/>
        </w:rPr>
        <w:t xml:space="preserve">Kunci Jawaban: C — Pembahasan: </w:t>
      </w:r>
      <w:r>
        <w:rPr>
          <w:rFonts w:ascii="Calibri" w:hAnsi="Calibri"/>
          <w:b w:val="0"/>
          <w:i/>
          <w:color w:val="64748B"/>
          <w:sz w:val="17"/>
        </w:rPr>
        <w:t>3 kantong berisi 10 permen bernilai 3 puluhan = 30. Ditambah 5 permen lepas bernilai 5 satuan. Jadi 30 + 5 = 35 permen.</w:t>
      </w:r>
    </w:p>
    <w:p>
      <w:pPr>
        <w:spacing w:before="80" w:after="40"/>
        <w:ind w:left="216"/>
      </w:pPr>
      <w:r>
        <w:rPr>
          <w:rFonts w:ascii="Calibri" w:hAnsi="Calibri"/>
          <w:b/>
          <w:color w:val="000000"/>
          <w:sz w:val="19"/>
        </w:rPr>
        <w:t xml:space="preserve">2. </w:t>
      </w:r>
      <w:r>
        <w:rPr>
          <w:rFonts w:ascii="Calibri" w:hAnsi="Calibri"/>
          <w:b w:val="0"/>
          <w:i w:val="0"/>
          <w:color w:val="000000"/>
          <w:sz w:val="19"/>
        </w:rPr>
        <w:t>Pada bilangan 48, angka 4 menempati nilai tempat...</w:t>
      </w:r>
    </w:p>
    <w:p>
      <w:pPr>
        <w:spacing w:before="0" w:after="20"/>
        <w:ind w:left="576"/>
      </w:pPr>
      <w:r>
        <w:rPr>
          <w:rFonts w:ascii="Calibri" w:hAnsi="Calibri"/>
          <w:b w:val="0"/>
          <w:i w:val="0"/>
          <w:color w:val="000000"/>
          <w:sz w:val="18"/>
        </w:rPr>
        <w:t>A. Satuan</w:t>
      </w:r>
    </w:p>
    <w:p>
      <w:pPr>
        <w:spacing w:before="0" w:after="20"/>
        <w:ind w:left="576"/>
      </w:pPr>
      <w:r>
        <w:rPr>
          <w:rFonts w:ascii="Calibri" w:hAnsi="Calibri"/>
          <w:b w:val="0"/>
          <w:i w:val="0"/>
          <w:color w:val="000000"/>
          <w:sz w:val="18"/>
        </w:rPr>
        <w:t>B. Puluhan</w:t>
      </w:r>
    </w:p>
    <w:p>
      <w:pPr>
        <w:spacing w:before="0" w:after="20"/>
        <w:ind w:left="576"/>
      </w:pPr>
      <w:r>
        <w:rPr>
          <w:rFonts w:ascii="Calibri" w:hAnsi="Calibri"/>
          <w:b w:val="0"/>
          <w:i w:val="0"/>
          <w:color w:val="000000"/>
          <w:sz w:val="18"/>
        </w:rPr>
        <w:t>C. Ratusan</w:t>
      </w:r>
    </w:p>
    <w:p>
      <w:pPr>
        <w:spacing w:before="0" w:after="20"/>
        <w:ind w:left="576"/>
      </w:pPr>
      <w:r>
        <w:rPr>
          <w:rFonts w:ascii="Calibri" w:hAnsi="Calibri"/>
          <w:b w:val="0"/>
          <w:i w:val="0"/>
          <w:color w:val="000000"/>
          <w:sz w:val="18"/>
        </w:rPr>
        <w:t>D. Ribuan</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Pada bilangan 48, angka 4 terletak di posisi depan yang bernilai 4 puluhan (40), sedangkan angka 8 menempati nilai tempat satuan (8).</w:t>
      </w:r>
    </w:p>
    <w:p>
      <w:pPr>
        <w:spacing w:before="80" w:after="40"/>
        <w:ind w:left="216"/>
      </w:pPr>
      <w:r>
        <w:rPr>
          <w:rFonts w:ascii="Calibri" w:hAnsi="Calibri"/>
          <w:b/>
          <w:color w:val="000000"/>
          <w:sz w:val="19"/>
        </w:rPr>
        <w:t xml:space="preserve">3. </w:t>
      </w:r>
      <w:r>
        <w:rPr>
          <w:rFonts w:ascii="Calibri" w:hAnsi="Calibri"/>
          <w:b w:val="0"/>
          <w:i w:val="0"/>
          <w:color w:val="000000"/>
          <w:sz w:val="19"/>
        </w:rPr>
        <w:t>Bentuk panjang dari bilangan 42 yang tepat adalah...</w:t>
      </w:r>
    </w:p>
    <w:p>
      <w:pPr>
        <w:spacing w:before="0" w:after="20"/>
        <w:ind w:left="576"/>
      </w:pPr>
      <w:r>
        <w:rPr>
          <w:rFonts w:ascii="Calibri" w:hAnsi="Calibri"/>
          <w:b w:val="0"/>
          <w:i w:val="0"/>
          <w:color w:val="000000"/>
          <w:sz w:val="18"/>
        </w:rPr>
        <w:t>A. 4 + 2</w:t>
      </w:r>
    </w:p>
    <w:p>
      <w:pPr>
        <w:spacing w:before="0" w:after="20"/>
        <w:ind w:left="576"/>
      </w:pPr>
      <w:r>
        <w:rPr>
          <w:rFonts w:ascii="Calibri" w:hAnsi="Calibri"/>
          <w:b w:val="0"/>
          <w:i w:val="0"/>
          <w:color w:val="000000"/>
          <w:sz w:val="18"/>
        </w:rPr>
        <w:t>B. 40 + 2</w:t>
      </w:r>
    </w:p>
    <w:p>
      <w:pPr>
        <w:spacing w:before="0" w:after="20"/>
        <w:ind w:left="576"/>
      </w:pPr>
      <w:r>
        <w:rPr>
          <w:rFonts w:ascii="Calibri" w:hAnsi="Calibri"/>
          <w:b w:val="0"/>
          <w:i w:val="0"/>
          <w:color w:val="000000"/>
          <w:sz w:val="18"/>
        </w:rPr>
        <w:t>C. 40 + 20</w:t>
      </w:r>
    </w:p>
    <w:p>
      <w:pPr>
        <w:spacing w:before="0" w:after="20"/>
        <w:ind w:left="576"/>
      </w:pPr>
      <w:r>
        <w:rPr>
          <w:rFonts w:ascii="Calibri" w:hAnsi="Calibri"/>
          <w:b w:val="0"/>
          <w:i w:val="0"/>
          <w:color w:val="000000"/>
          <w:sz w:val="18"/>
        </w:rPr>
        <w:t>D. 20 + 4</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Bilangan 42 terdiri dari 4 puluhan (40) dan 2 satuan (2), sehingga bentuk panjangnya adalah 40 + 2.</w:t>
      </w:r>
    </w:p>
    <w:p>
      <w:pPr>
        <w:spacing w:before="80" w:after="40"/>
        <w:ind w:left="216"/>
      </w:pPr>
      <w:r>
        <w:rPr>
          <w:rFonts w:ascii="Calibri" w:hAnsi="Calibri"/>
          <w:b/>
          <w:color w:val="000000"/>
          <w:sz w:val="19"/>
        </w:rPr>
        <w:t xml:space="preserve">4. </w:t>
      </w:r>
      <w:r>
        <w:rPr>
          <w:rFonts w:ascii="Calibri" w:hAnsi="Calibri"/>
          <w:b w:val="0"/>
          <w:i w:val="0"/>
          <w:color w:val="000000"/>
          <w:sz w:val="19"/>
        </w:rPr>
        <w:t>Perhatikan bilangan berikut: 37, 29, 45, 31. Urutan bilangan dari yang terkecil ke terbesar adalah...</w:t>
      </w:r>
    </w:p>
    <w:p>
      <w:pPr>
        <w:spacing w:before="0" w:after="20"/>
        <w:ind w:left="576"/>
      </w:pPr>
      <w:r>
        <w:rPr>
          <w:rFonts w:ascii="Calibri" w:hAnsi="Calibri"/>
          <w:b w:val="0"/>
          <w:i w:val="0"/>
          <w:color w:val="000000"/>
          <w:sz w:val="18"/>
        </w:rPr>
        <w:t>A. 29, 31, 37, 45</w:t>
      </w:r>
    </w:p>
    <w:p>
      <w:pPr>
        <w:spacing w:before="0" w:after="20"/>
        <w:ind w:left="576"/>
      </w:pPr>
      <w:r>
        <w:rPr>
          <w:rFonts w:ascii="Calibri" w:hAnsi="Calibri"/>
          <w:b w:val="0"/>
          <w:i w:val="0"/>
          <w:color w:val="000000"/>
          <w:sz w:val="18"/>
        </w:rPr>
        <w:t>B. 45, 37, 31, 29</w:t>
      </w:r>
    </w:p>
    <w:p>
      <w:pPr>
        <w:spacing w:before="0" w:after="20"/>
        <w:ind w:left="576"/>
      </w:pPr>
      <w:r>
        <w:rPr>
          <w:rFonts w:ascii="Calibri" w:hAnsi="Calibri"/>
          <w:b w:val="0"/>
          <w:i w:val="0"/>
          <w:color w:val="000000"/>
          <w:sz w:val="18"/>
        </w:rPr>
        <w:t>C. 29, 37, 31, 45</w:t>
      </w:r>
    </w:p>
    <w:p>
      <w:pPr>
        <w:spacing w:before="0" w:after="20"/>
        <w:ind w:left="576"/>
      </w:pPr>
      <w:r>
        <w:rPr>
          <w:rFonts w:ascii="Calibri" w:hAnsi="Calibri"/>
          <w:b w:val="0"/>
          <w:i w:val="0"/>
          <w:color w:val="000000"/>
          <w:sz w:val="18"/>
        </w:rPr>
        <w:t>D. 31, 29, 37, 45</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Membandingkan angka puluhan terlebih dahulu: 29 (puluhan 2), lalu 31 dan 37 (puluhan 3, satuan 1 lebih kecil dari 7), dan 45 (puluhan 4). Urutannya adalah 29, 31, 37, 45.</w:t>
      </w:r>
    </w:p>
    <w:p>
      <w:pPr>
        <w:spacing w:before="80" w:after="40"/>
        <w:ind w:left="216"/>
      </w:pPr>
      <w:r>
        <w:rPr>
          <w:rFonts w:ascii="Calibri" w:hAnsi="Calibri"/>
          <w:b/>
          <w:color w:val="000000"/>
          <w:sz w:val="19"/>
        </w:rPr>
        <w:t xml:space="preserve">5. </w:t>
      </w:r>
      <w:r>
        <w:rPr>
          <w:rFonts w:ascii="Calibri" w:hAnsi="Calibri"/>
          <w:b w:val="0"/>
          <w:i w:val="0"/>
          <w:color w:val="000000"/>
          <w:sz w:val="19"/>
        </w:rPr>
        <w:t>Pak Budi memanen 38 butir telur, sedangkan Pak Doni memanen 43 butir telur. Pernyataan perbandingan yang tepat adalah...</w:t>
      </w:r>
    </w:p>
    <w:p>
      <w:pPr>
        <w:spacing w:before="0" w:after="20"/>
        <w:ind w:left="576"/>
      </w:pPr>
      <w:r>
        <w:rPr>
          <w:rFonts w:ascii="Calibri" w:hAnsi="Calibri"/>
          <w:b w:val="0"/>
          <w:i w:val="0"/>
          <w:color w:val="000000"/>
          <w:sz w:val="18"/>
        </w:rPr>
        <w:t>A. Telur Pak Budi lebih banyak dari Pak Doni</w:t>
      </w:r>
    </w:p>
    <w:p>
      <w:pPr>
        <w:spacing w:before="0" w:after="20"/>
        <w:ind w:left="576"/>
      </w:pPr>
      <w:r>
        <w:rPr>
          <w:rFonts w:ascii="Calibri" w:hAnsi="Calibri"/>
          <w:b w:val="0"/>
          <w:i w:val="0"/>
          <w:color w:val="000000"/>
          <w:sz w:val="18"/>
        </w:rPr>
        <w:t>B. Telur Pak Budi lebih sedikit dari Pak Doni</w:t>
      </w:r>
    </w:p>
    <w:p>
      <w:pPr>
        <w:spacing w:before="0" w:after="20"/>
        <w:ind w:left="576"/>
      </w:pPr>
      <w:r>
        <w:rPr>
          <w:rFonts w:ascii="Calibri" w:hAnsi="Calibri"/>
          <w:b w:val="0"/>
          <w:i w:val="0"/>
          <w:color w:val="000000"/>
          <w:sz w:val="18"/>
        </w:rPr>
        <w:t>C. Telur Pak Budi sama banyak dengan Pak Doni</w:t>
      </w:r>
    </w:p>
    <w:p>
      <w:pPr>
        <w:spacing w:before="0" w:after="20"/>
        <w:ind w:left="576"/>
      </w:pPr>
      <w:r>
        <w:rPr>
          <w:rFonts w:ascii="Calibri" w:hAnsi="Calibri"/>
          <w:b w:val="0"/>
          <w:i w:val="0"/>
          <w:color w:val="000000"/>
          <w:sz w:val="18"/>
        </w:rPr>
        <w:t>D. Telur Pak Doni lebih sedikit dari Pak Budi</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Bilangan 38 memiliki nilai puluhan 3, sedangkan 43 memiliki nilai puluhan 4. Karena 38 kurang dari 43, maka telur Pak Budi lebih sedikit dari telur Pak Doni.</w:t>
      </w:r>
    </w:p>
    <w:p>
      <w:r>
        <w:br w:type="page"/>
      </w:r>
    </w:p>
    <w:p>
      <w:pPr>
        <w:pStyle w:val="Title"/>
      </w:pPr>
      <w:r>
        <w:t>LEMBAR KERJA PESERTA DIDIK (LKPD)</w:t>
      </w:r>
    </w:p>
    <w:p>
      <w:pPr>
        <w:pStyle w:val="Subtitle"/>
      </w:pPr>
      <w:r>
        <w:t>Mata Pelajaran: Matematika • Bab 1: Ayo Membilang sampai dengan 50</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Topik A: Membilang Terurut 21 sampai 50</w:t>
      </w:r>
    </w:p>
    <w:p>
      <w:pPr>
        <w:spacing w:before="20" w:after="60"/>
        <w:ind w:left="216"/>
      </w:pPr>
      <w:r>
        <w:rPr>
          <w:rFonts w:ascii="Calibri" w:hAnsi="Calibri"/>
          <w:color w:val="000000"/>
          <w:sz w:val="18"/>
        </w:rPr>
        <w:t xml:space="preserve">Petunjuk: </w:t>
      </w:r>
      <w:r>
        <w:rPr>
          <w:rFonts w:ascii="Calibri" w:hAnsi="Calibri"/>
          <w:b w:val="0"/>
          <w:i w:val="0"/>
          <w:color w:val="000000"/>
          <w:sz w:val="18"/>
        </w:rPr>
        <w:t>Membilang maju dan mundur kumpulan benda konkret dalam ikatan puluhan dan satuan.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Topik B: Nilai Tempat Puluhan dan Satuan</w:t>
      </w:r>
    </w:p>
    <w:p>
      <w:pPr>
        <w:spacing w:before="20" w:after="60"/>
        <w:ind w:left="216"/>
      </w:pPr>
      <w:r>
        <w:rPr>
          <w:rFonts w:ascii="Calibri" w:hAnsi="Calibri"/>
          <w:color w:val="000000"/>
          <w:sz w:val="18"/>
        </w:rPr>
        <w:t xml:space="preserve">Petunjuk: </w:t>
      </w:r>
      <w:r>
        <w:rPr>
          <w:rFonts w:ascii="Calibri" w:hAnsi="Calibri"/>
          <w:b w:val="0"/>
          <w:i w:val="0"/>
          <w:color w:val="000000"/>
          <w:sz w:val="18"/>
        </w:rPr>
        <w:t>Menguraikan bilangan dua angka menjadi bentuk panjang puluhan dan satuan secara terstruktur.</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Topik C: Membandingkan dan Mengurutkan Bilangan</w:t>
      </w:r>
    </w:p>
    <w:p>
      <w:pPr>
        <w:spacing w:before="20" w:after="60"/>
        <w:ind w:left="216"/>
      </w:pPr>
      <w:r>
        <w:rPr>
          <w:rFonts w:ascii="Calibri" w:hAnsi="Calibri"/>
          <w:color w:val="000000"/>
          <w:sz w:val="18"/>
        </w:rPr>
        <w:t xml:space="preserve">Petunjuk: </w:t>
      </w:r>
      <w:r>
        <w:rPr>
          <w:rFonts w:ascii="Calibri" w:hAnsi="Calibri"/>
          <w:b w:val="0"/>
          <w:i w:val="0"/>
          <w:color w:val="000000"/>
          <w:sz w:val="18"/>
        </w:rPr>
        <w:t>Membandingkan dua bilangan menggunakan tanda dan simbol perbandingan serta menyusun barisan bilangan.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Membilang bilangan cacah hingga 50 merupakan kelanjutan fondasi numerasi peserta didik setelah menguasai bilangan dasar pada kelas 1. Peserta didik diajak menghitung kumpulan benda konkret dalam kelompok puluhan dan satuan agar proses membilang berlangsung cepat, terstruktur, dan akurat.</w:t>
      </w:r>
    </w:p>
    <w:p>
      <w:pPr>
        <w:spacing w:before="40" w:after="60" w:line="276" w:lineRule="auto"/>
      </w:pPr>
      <w:r>
        <w:rPr>
          <w:rFonts w:ascii="Calibri" w:hAnsi="Calibri"/>
          <w:b w:val="0"/>
          <w:i w:val="0"/>
          <w:color w:val="000000"/>
          <w:sz w:val="19"/>
        </w:rPr>
        <w:t>Penentuan nilai tempat puluhan dan satuan menjadi fokus esensial dalam bab ini. Melalui representasi stik hitung atau balok susun, peserta didik memahami bahwa angka 3 pada bilangan 34 bernilai 30 (3 puluhan) dan angka 4 bernilai 4 (4 satuan).</w:t>
      </w:r>
    </w:p>
    <w:p>
      <w:pPr>
        <w:spacing w:before="40" w:after="60" w:line="276" w:lineRule="auto"/>
      </w:pPr>
      <w:r>
        <w:rPr>
          <w:rFonts w:ascii="Calibri" w:hAnsi="Calibri"/>
          <w:b w:val="0"/>
          <w:i w:val="0"/>
          <w:color w:val="000000"/>
          <w:sz w:val="19"/>
        </w:rPr>
        <w:t>Pembelajaran diakhiri dengan perbandingan kuantitas dua bilangan menggunakan istilah 'lebih dari', 'kurang dari', atau 'sama dengan', serta menyusun bilangan secara urut dari yang terkecil maupun terbesar.</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Bilangan Cacah</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Himpunan bilangan bulat yang dimulai dari angka nol ke atas (0, 1, 2, 3, ...).</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Nilai Tempat</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Nilai dari suatu angka yang ditentukan oleh letak posisinya dalam suatu bilangan.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Puluhan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Nilai tempat bilangan yang menunjukkan kelompok kelipatan sepuluh.</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Satuan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Nilai tempat bilangan terkecil yang menunjukkan kuantitas satuan tunggal.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Bentuk Panjang</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Penulisan bilangan sebagai jumlahan nilai dari setiap digit penyusunnya.</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Matematika Kelas 2 SD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